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у Христа на ялинці</w:t>
      </w:r>
    </w:p>
    <w:p>
      <w:r>
        <w:br/>
        <w:t xml:space="preserve"> &lt;p&gt;ЧАСТИНА ПЕРША. ХЛОПЧИК З РУЧКОЮ</w:t>
      </w:r>
    </w:p>
    <w:p>
      <w:r>
        <w:br/>
        <w:t>Діти дивний народ, вони сняться і ввижаються. Перед Різдвом я зустрічав на вулиці, на відомому розі, одного хлопчика, не більше семи років. У страшний мороз він був одягнений майже по-літньому, але шия у нього була обв'язана якимось мотлохом, – значить його все ж хтось одягав, посилаючи. Він ходив "з рукою"; це технічний термін, значить – просити милостиню. Термін вигадали самі ці хлопчики. Таких, як він, безліч, вони крутяться на дорозі і завивають щось завчене; але цей не завивав і говорив якось невинно і незвично і довірливо дивився мені в очі, – мабуть, лише починав просити. На розпитування мої він повідомив, що у нього сестра, сидить без роботи, хвора; може, і правда, але тільки я дізнався потім, що цих хлопчаків тьма-тьмуща: їх висилають "з ручкою" хоча б в найстрашніший мороз, і якщо нічого не наберуть, то напевно їх чекають побої. Набравши копійок, хлопчик повертається з червоними, закляклими руками в який-небудь підвал, де пиячить якась зграя Халатников, з тих самих, які, "застрайкували на фабриці проти неділі в суботу, повертаються знову на роботу не раніше як в середу ввечері" . Там, в підвалах, пиячать з ними їх голодні і биті дружини, тут же пищать голодні грудні їхні діти. Горілка, і бруд, і розпуста, але головне, горілка. З набраними копійками хлопчиська відразу ж посилають в шинок, і він приносить ще вина. У забаву і йому іноді наллють в рот горілки і регочуть, коли він, з важким диханням, впаде ледь без пам'яті на підлогу,</w:t>
      </w:r>
    </w:p>
    <w:p>
      <w:r>
        <w:br/>
        <w:t>… І в рот мені горілку погану</w:t>
      </w:r>
    </w:p>
    <w:p>
      <w:r>
        <w:br/>
        <w:t>Безжально вливав …</w:t>
      </w:r>
    </w:p>
    <w:p>
      <w:r>
        <w:br/>
        <w:t>Коли він підросте, його скоріше збувають кудись на фабрику, але все, що він заробить, він знову зобов'язаний приносити до Халатников, а ті знову пропивають. Але вже й до фабрики ці діти стають досконалими злочинцями. Вони бродять по місту і знають такі місця в різних підвалах, в які можна пролізти і де можна переночувати непомітно. Один з них ночував кілька ночей поспіль у одного двірника в якомусь кошику, і той його так і не помічав.</w:t>
      </w:r>
    </w:p>
    <w:p>
      <w:r>
        <w:br/>
        <w:t>Крадіжка переростає в пристрасть навіть у восьмирічних дітей, іноді навіть без всякої свідомості про злочинність вчинку. Під кінець переносять все – голод, холод, побої, – тільки за одне, за свободу, і тікають від своїх Халатников жебракувати вже для себе. Це дика істота, яка не розуміє іноді нічого, ні де живе, ні якої нації, чи є бог, чи є государ; навіть такі кажуть про них речі, що неймовірно чути, і, одначе, все факти.</w:t>
      </w:r>
    </w:p>
    <w:p>
      <w:r>
        <w:br/>
        <w:t>ЧАСТИНА ДРУГА. ХЛОПЧИК У ХРИСТА НА ЯЛИНЦІ</w:t>
      </w:r>
    </w:p>
    <w:p>
      <w:r>
        <w:br/>
        <w:t>Але я романіст, і, здається, одну "історію" сам склав. Чому я пишу: "здається", адже я сам знаю напевно, що склав, але мені все ввижається, що це десь і колись сталося, саме це сталося якраз напередодні Різдва, в якомусь величезному місті і в жахливий мороз.</w:t>
      </w:r>
    </w:p>
    <w:p>
      <w:r>
        <w:br/>
        <w:t>Ввижається мені, був в підвалі хлопчик, але ще дуже маленький, років шести або навіть менше. Цей хлопчик прокинувся вранці в сирому і холодному підвалі. Одягнений він був у якійсь халатик і тремтів. Дихання його вилітало білою парою, і він, сидячи в кутку на скрині, від нудьги навмисне пускав цей пар з рота і бавився, дивлячись, як він вилітає. Але йому дуже хотілося їсти. Він кілька разів з ранку підходив до нар, де на тонкій, як млинець, підстилці і на якомусь вузлі під головою замість подушки лежала його хвора мати. Як вона тут опинилася? Напевно, приїхала з своїм хлопчиком з чужого міста і раптом захворіла. Господиню забрали ще два дні тому в поліцію; мешканці розбрелися, справа святкова, а залишився один Халатников, який вже цілу добу лежав п'яний, не дочекавшись і свята. В іншому кутку кімнати стогнала від ревматизму якась восьмидесятилітня старенька, що жила колись в няньках, а тепер помирала самотньо, охаючи, бурчачи і бурмочучи на хлопчика, так що він вже став боятися підходити до її кутка близько. Напитися він десь дістав в сінях, але скоринки ніде не знайшов і раз в десятий вже підходив розбудити свою маму. Моторошно стало йому, нарешті, в темряві: давно вже почався вечір, а вогню не запалювали. Обмацавши обличчя мами, він здивувався, що вона зовсім не рухається і стала така ж холодна, як стіна.</w:t>
      </w:r>
    </w:p>
    <w:p>
      <w:r>
        <w:br/>
        <w:t>"Дуже вже тут холодно", – подумав він, постояв трохи, несвідомо забувши свою руку на плечі небіжчиці, потім дихнув на свої пальчики, щоб відігріти їх, і раптом, намацав на нарах свій картуз, потихеньку, навпомацки, пішов з підвалу. Він ще б і раніше пішов, та все боявся вгорі, на сходах, великої собаки, яка вила весь день біля сусідських дверей. Але собаки вже не було, і він раптом вийшов на вулицю.</w:t>
      </w:r>
    </w:p>
    <w:p>
      <w:r>
        <w:br/>
        <w:t>Господи, яке місто! Ніколи ще він не бачив нічого такого. Там, звідки він приїхав, ночами такий чорний морок, один ліхтар на всю вулицю. Дерев'яні низенькі будиночки замикаються віконницями; на вулиці, трохи смеркне – нікого, всі зачиняються по домівках, і тільки завивають цілі зграї собак, сотні і тисячі їх, виють і гавкають всю ніч. Але там було тепло і йому давали їсти, а тут – господи, якби поїсти! І який тут стукіт і грім, яке світло і люди, коні і карети, і мороз, мороз! Мерзлий пар йде від загнаних коней; крізь пухкий сніг дзвенять об каміння підкови, і всі так штовхаються, і, господи, так хочеться поїсти, хоч би шматочок чогось, і так боляче стало раптом пальчикам. Повз пройшов охоронець порядку і відвернувся, щоб не помітити хлопчика.</w:t>
      </w:r>
    </w:p>
    <w:p>
      <w:r>
        <w:br/>
        <w:t>Ось і знову вулиця, – ох яка широка! Ось тут так розчавлять напевно; як вони всі кричать, біжать і їдуть, а світла-то, світла-то! А це що? Ой, яке велике скло, а за склом кімната, а в кімнаті дерево до стелі; це ялинка, а на ялинці скільки вогнів, скільки золотих папірців і яблук, а кругом тут же лялечки, маленькі конячки; а по кімнаті бігають діти, ошатні, чистенькі, сміються і грають, і їдять, і п'ють щось. Ось ця дівчинка почала з хлопчиком танцювати, яка гарненька дівчинка! Ось і музику, крізь скло чутно. Дивиться хлопчик, дивится, вже й сміється, а у нього болять вже пальчики і на ніжках, а на руках стали зовсім червоні, вже не згинаються і боляче поворухнути. І раптом згадав хлопчик про те, що у нього так болять пальчики, заплакав і побіг далі, і ось знову бачить він крізь інше скло кімнату, знову там дерева, але на столах пироги, всякі – мигдальні, червоні, жовті, і сидять там чотири багаті барині, а хто прийде, вони тому дають пироги, а відчиняються двері щохвилини, входить до них з вулиці багато панів. Підкрався хлопчик, відчинив раптом двері і ввійшов.</w:t>
      </w:r>
    </w:p>
    <w:p>
      <w:r>
        <w:br/>
        <w:t>Ух, як на нього закричали і замахали! Одна пані підійшла скоріше і сунула йому в руку копієчку, а сама відчинила йому двері на вулицю. Як він злякався! А копієчка тут же викотилася і задзвеніла по сходинках: не міг він зігнути свої червоні пальчики і притримати її. Вибіг хлопчик і пішов скоріше-скоріше, а куди, сам не знає. Хочеться йому знову заплакати, та вже боїться, і біжить, біжить і на ручки дме. І на душі стає його, раптом так самотньо і моторошно, і раптом, господи! Так що ж це знову таке? Стоять люди натовпом і дивуються: на вікні за склом три ляльки, маленькі, виряджені в червоні і зелені платтячка і зовсім-зовсім як живі! Якийсь дідок сидить і нібито грає на великій скрипці, два інших стоять тут же і грають на маленьких скрипочках, і в такт качають голівками, і один на одного дивляться, і губи у них ворушаться, кажуть, зовсім говорять, – тільки ось через скло не чути. І подумав спершу хлопчик, що вони живі, а як здогадався зовсім, що це лялечки, – раптом розсміявся. Ніколи він не бачив таких лялечок і не знав, що такі є! І плакати-то йому хочеться, але так смішно-смішно. Раптом йому здалося, що був за Ним хтось і схопив за халатик: великий злий хлопчик стояв біля і раптом тріснув його по голові, зірвав картуз, а сам знизу піддав йому ніжкою. Покотився хлопчик додолу, закричав, обімлів він, скочив і бігти-бігти, і раптом забіг сам не знає куди, в підворіття, на чуже подвір'я, – і присів за дровами: "Тут не знайдуть, та й темно".</w:t>
      </w:r>
    </w:p>
    <w:p>
      <w:r>
        <w:br/>
        <w:t>Присів він і скорчився, а сам віддихатися не може від страху і раптом, зовсім раптом, стало так йому добре: ручки і ніжки раптом перестали боліти і стало так тепло, так тепло, як на печі; ось він весь здригнувся: ах, але ж він був заснув! Як добре тут заснути: "Посиджу тут і піду знову подивитися на лялечок, – подумав хлопчик і посміхнувся, згадавши про них, – зовсім як живі! .." І раптом йому почулося, що над ним заспівала його мама пісеньку. "Мама, я сплю, ой, як тут спати добре!"</w:t>
      </w:r>
    </w:p>
    <w:p>
      <w:r>
        <w:br/>
        <w:t>– Підемо до мене на ялинку, хлопчик, – прошепотів над ним раптом тихий голос.</w:t>
      </w:r>
    </w:p>
    <w:p>
      <w:r>
        <w:br/>
        <w:t>Він подумав було, що це все його мама, але ні, не вона; хто ж це його покликав, він не бачить, але хтось нахилився над ним і обійняв його в темряві, а він простягнув йому руку і … і раптом, – о, яке світло! О, яка ялинка! Та й не ялинка це, він і не бачив ще таких дерев! Де це він тепер: все блищить, все сяє і кругом все лялечки, – але ні, це все хлопчики і дівчатка, тільки такі світлі, всі вони кружляють біля нього, літають, всі вони цілують його, беруть його, несуть з собою, та й сам він летить, і бачить він: дивиться його мама і сміється на нього радісно.</w:t>
      </w:r>
    </w:p>
    <w:p>
      <w:r>
        <w:br/>
        <w:t>— Мама! Мамо! Ах, як добре тут, мамо! – Кричить їй хлопчик, і знову цілується з дітьми, і хочеться йому розповісти їм скоріше про тих лялечок за склом. – Хто ви, хлопчики? Хто ви, дівчатка? – Запитує він, сміючись і люблячи їх.</w:t>
      </w:r>
    </w:p>
    <w:p>
      <w:r>
        <w:br/>
        <w:t>– Це "Христова ялинка", – відповідають вони йому. – У Христа завжди в цей день ялинка для маленьких діточок, у яких там немає своєї ялинки … – І дізнався він, що хлопчики ці та дівчатка все були все такі ж, як він, діти, але одні замерзли ще в своїх корзинах, в яких їх підкинули на сходи до дверей петербурзьких чиновників, інші задохлась у чухонок, від виховного будинку на прогодування, треті померли у висохлих грудей своїх матерів, під час самарського голоду, четверті задихнулись в вагонах третього класу від смороду, і всі-то вони тепер тут, всі вони тепер як ангели, всі у Христа, і він сам серед них, і простягає до них руки, і благословляє їх і їх грішних матерів … А матері цих дітей все стоять тут же, в сторонці, і плачуть ; кожна впізнає свого хлопчика або дівчинку, а вони підлітають до них і цілують їх, втирають їм сльози своїми ручками і прохають їх не плакати, бо їм тут так добре …</w:t>
      </w:r>
    </w:p>
    <w:p>
      <w:r>
        <w:br/>
        <w:t>А внизу на ранок двірники знайшли маленький трупик замерзлого за дровами хлопчика; розшукали і його маму … Та померла ще раніше його; обидва побачилися у господа бога в небі.</w:t>
      </w:r>
    </w:p>
    <w:p>
      <w:r>
        <w:br/>
        <w:t>І навіщо ж я склав таку історію, так не йде в звичайний розумний щоденник, та ще письменника? А ще обіцяв розповіді переважно про події дійсні! Але ось в тому-то і справа, мені все здається і ввижається, що все це могло статися дійсно, – тобто те, що відбувалося в підвалі і за дровами, а там про ялинку у Христа – вже й не знаю, як вам сказати, чи могло воно статися, чи ні? На те я і романіст, щоб вигадувати.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у Христа на ялинці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