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Хвиля</w:t>
      </w:r>
    </w:p>
    <w:p>
      <w:r>
        <w:br/>
        <w:t xml:space="preserve"> Там, де верби хилять віти,&lt;br /&gt;</w:t>
        <w:br/>
        <w:t>Там, де лози струнко гнуться,&lt;br /&gt;</w:t>
        <w:br/>
        <w:t>Там, на озері розкішнім,&lt;br /&gt;</w:t>
        <w:br/>
        <w:t>Хвиля срібная жила.</w:t>
      </w:r>
    </w:p>
    <w:p>
      <w:r>
        <w:br/>
        <w:t>Вранці кучерями гралась,&lt;br /&gt;</w:t>
        <w:br/>
        <w:t>В чисте озеро дивилась&lt;br /&gt;</w:t>
        <w:br/>
        <w:t>І у затишку під листям&lt;br /&gt;</w:t>
        <w:br/>
        <w:t>Колихалась на йому.</w:t>
      </w:r>
    </w:p>
    <w:p>
      <w:r>
        <w:br/>
        <w:t>Гасне день, злітає вечір,&lt;br /&gt;</w:t>
        <w:br/>
        <w:t>Вечір озеро цілує,&lt;br /&gt;</w:t>
        <w:br/>
        <w:t>Кута землю в темні шати&lt;br /&gt;</w:t>
        <w:br/>
        <w:t>І тумани розстила.</w:t>
      </w:r>
    </w:p>
    <w:p>
      <w:r>
        <w:br/>
        <w:t>Срібний місяць випливає,&lt;br /&gt;</w:t>
        <w:br/>
        <w:t>Місяць озеро цілує,&lt;br /&gt;</w:t>
        <w:br/>
        <w:t>Хвилю променем лоскоче,&lt;br /&gt;</w:t>
        <w:br/>
        <w:t>Щоб розбуркати від сну.</w:t>
      </w:r>
    </w:p>
    <w:p>
      <w:r>
        <w:br/>
        <w:t>Хвиля очі розкриває,&lt;br /&gt;</w:t>
        <w:br/>
        <w:t>Потягається, зітхає,&lt;br /&gt;</w:t>
        <w:br/>
        <w:t>Млосно дивиться на місяць,&lt;br /&gt;</w:t>
        <w:br/>
        <w:t>Усміхається йому.</w:t>
      </w:r>
    </w:p>
    <w:p>
      <w:r>
        <w:br/>
        <w:t>Вечір в срібній млі розтанув,&lt;br /&gt;</w:t>
        <w:br/>
        <w:t>Ніч спустилася на землю,&lt;br /&gt;</w:t>
        <w:br/>
        <w:t>Розлилася понад нею&lt;br /&gt;</w:t>
        <w:br/>
        <w:t>І взяла в обійми крил.</w:t>
      </w:r>
    </w:p>
    <w:p>
      <w:r>
        <w:br/>
        <w:t>Хвиля коси розпускає,&lt;br /&gt;</w:t>
        <w:br/>
        <w:t>Убирається в каміння,—&lt;br /&gt;</w:t>
        <w:br/>
        <w:t>В перли, яхонти, топази,&lt;br /&gt;</w:t>
        <w:br/>
        <w:t>В срібло, золото, смарагд.</w:t>
      </w:r>
    </w:p>
    <w:p>
      <w:r>
        <w:br/>
        <w:t>Хвиля котиться по водах,&lt;br /&gt;</w:t>
        <w:br/>
        <w:t>Хвиля грає, бризка ними,&lt;br /&gt;</w:t>
        <w:br/>
        <w:t>Поринає в їх свавільно&lt;br /&gt;</w:t>
        <w:br/>
        <w:t>І гойдається на них.</w:t>
      </w:r>
    </w:p>
    <w:p>
      <w:r>
        <w:br/>
        <w:t>Гнуться ясени до хвилі,&lt;br /&gt;</w:t>
        <w:br/>
        <w:t>Гнуться явори і квіти,&lt;br /&gt;</w:t>
        <w:br/>
        <w:t>Гнуться верби, гнуться лози,&lt;br /&gt;</w:t>
        <w:br/>
        <w:t>Гнеться, хилиться комиш.</w:t>
      </w:r>
    </w:p>
    <w:p>
      <w:r>
        <w:br/>
        <w:t>Стогне ясень: "Срібна хвиле!"&lt;br /&gt;</w:t>
        <w:br/>
        <w:t>Стогне ясень: "Люба хвиле,&lt;br /&gt;</w:t>
        <w:br/>
        <w:t>Ґлянь на мене молодого,&lt;br /&gt;</w:t>
        <w:br/>
        <w:t>Як з кохання в'яну я...</w:t>
      </w:r>
    </w:p>
    <w:p>
      <w:r>
        <w:br/>
        <w:t>Як мій лист зелений жовкне,&lt;br /&gt;</w:t>
        <w:br/>
        <w:t>Темні кучері січуться.&lt;br /&gt;</w:t>
        <w:br/>
        <w:t>Скільки сліз в очах у мене,&lt;br /&gt;</w:t>
        <w:br/>
        <w:t>Скільки смутку на душі!"</w:t>
      </w:r>
    </w:p>
    <w:p>
      <w:r>
        <w:br/>
        <w:t>Шепче хвиля: "Любий ясень!"&lt;br /&gt;</w:t>
        <w:br/>
        <w:t>Шепче хвиля: "Пишний ясень,&lt;br /&gt;</w:t>
        <w:br/>
        <w:t>Я ж давно тебе кохаю...&lt;br /&gt;</w:t>
        <w:br/>
        <w:t>Ти не віриш? Бідна я..."</w:t>
      </w:r>
    </w:p>
    <w:p>
      <w:r>
        <w:br/>
        <w:t>Ясень мліє, ясень сяє,&lt;br /&gt;</w:t>
        <w:br/>
        <w:t>Ясень віти простягає,&lt;br /&gt;</w:t>
        <w:br/>
        <w:t>Щоб обняти срібну хвилю&lt;br /&gt;</w:t>
        <w:br/>
        <w:t>І про смуток розказать.</w:t>
      </w:r>
    </w:p>
    <w:p>
      <w:r>
        <w:br/>
        <w:t>Хвиля ж вже втекти успіла,&lt;br /&gt;</w:t>
        <w:br/>
        <w:t>Хвиля ж вже давно сміється&lt;br /&gt;</w:t>
        <w:br/>
        <w:t>І у ясеня питає:&lt;br /&gt;</w:t>
        <w:br/>
        <w:t>"Невже краща я від верб?"</w:t>
      </w:r>
    </w:p>
    <w:p>
      <w:r>
        <w:br/>
        <w:t>Гнуться лози, шепчуть: "Хвиле!"&lt;br /&gt;</w:t>
        <w:br/>
        <w:t>Гнуться лози, шепчуть: "Люба!&lt;br /&gt;</w:t>
        <w:br/>
        <w:t>Покохай нас, срібна хвиле:&lt;br /&gt;</w:t>
        <w:br/>
        <w:t>Ми вродливі і гнучкі.</w:t>
      </w:r>
    </w:p>
    <w:p>
      <w:r>
        <w:br/>
        <w:t>Як найкращую перлину&lt;br /&gt;</w:t>
        <w:br/>
        <w:t>Береже глибоке море,&lt;br /&gt;</w:t>
        <w:br/>
        <w:t>Так, схилившись над тобою,&lt;br /&gt;</w:t>
        <w:br/>
        <w:t>Берегтимем ми тебе.</w:t>
      </w:r>
    </w:p>
    <w:p>
      <w:r>
        <w:br/>
        <w:t>Вранці ми не пустим промінь,&lt;br /&gt;</w:t>
        <w:br/>
        <w:t>Щоб тебе він не розбуркав,&lt;br /&gt;</w:t>
        <w:br/>
        <w:t>Не розвіяв мрій рожевих,&lt;br /&gt;</w:t>
        <w:br/>
        <w:t>Спокій твій не зворушив".</w:t>
      </w:r>
    </w:p>
    <w:p>
      <w:r>
        <w:br/>
        <w:t>Шепче хвиля: "Любі лози!"&lt;br /&gt;</w:t>
        <w:br/>
        <w:t>Шепче хвиля: "Милі лози!&lt;br /&gt;</w:t>
        <w:br/>
        <w:t>Я ж давно вже вас кохаю,&lt;br /&gt;</w:t>
        <w:br/>
        <w:t>В'яну, сохну і мовчу..."</w:t>
      </w:r>
    </w:p>
    <w:p>
      <w:r>
        <w:br/>
        <w:t>Лози мліють, лози сяють,&lt;br /&gt;</w:t>
        <w:br/>
        <w:t>Лози віти простягають,&lt;br /&gt;</w:t>
        <w:br/>
        <w:t>Щоб обняти срібну хвилю&lt;br /&gt;</w:t>
        <w:br/>
        <w:t>І на смерть зацілувать.</w:t>
      </w:r>
    </w:p>
    <w:p>
      <w:r>
        <w:br/>
        <w:t>Хвиля ж вже далеко ллється&lt;br /&gt;</w:t>
        <w:br/>
        <w:t>І над лозами глузує:&lt;br /&gt;</w:t>
        <w:br/>
        <w:t>"Гей, ви, лози кривобокі!&lt;br /&gt;</w:t>
        <w:br/>
        <w:t>Хай вас люблять комиші!"</w:t>
      </w:r>
    </w:p>
    <w:p>
      <w:r>
        <w:br/>
        <w:t>Гнуться квіти, шепчуть: "Хвиле!"&lt;br /&gt;</w:t>
        <w:br/>
        <w:t>Гнуться квіти, шепчуть: "Люба!&lt;br /&gt;</w:t>
        <w:br/>
        <w:t>Вийди ти до нас на берег.&lt;br /&gt;</w:t>
        <w:br/>
        <w:t>Ми кохаємо тебе...</w:t>
      </w:r>
    </w:p>
    <w:p>
      <w:r>
        <w:br/>
        <w:t>Тут, на березі зеленім,&lt;br /&gt;</w:t>
        <w:br/>
        <w:t>Ллються пахощі чудові,&lt;br /&gt;</w:t>
        <w:br/>
        <w:t>Шелестять казки осоки,&lt;br /&gt;</w:t>
        <w:br/>
        <w:t>Роси сиплються вночі".</w:t>
      </w:r>
    </w:p>
    <w:p>
      <w:r>
        <w:br/>
        <w:t>Шепче хвиля: "Любі квіти!"&lt;br /&gt;</w:t>
        <w:br/>
        <w:t>Шепче хвиля: "Бідні квіти!&lt;br /&gt;</w:t>
        <w:br/>
        <w:t>Ви не знаєте і досі,&lt;br /&gt;</w:t>
        <w:br/>
        <w:t>Що давно люблю я вас..."</w:t>
      </w:r>
    </w:p>
    <w:p>
      <w:r>
        <w:br/>
        <w:t>Квіти сяють і радіють,&lt;br /&gt;</w:t>
        <w:br/>
        <w:t>Квіти миються росою,&lt;br /&gt;</w:t>
        <w:br/>
        <w:t>Хочуть хвилю заквітчати&lt;br /&gt;</w:t>
        <w:br/>
        <w:t>І барвінками обвить.</w:t>
      </w:r>
    </w:p>
    <w:p>
      <w:r>
        <w:br/>
        <w:t>Хвиля ж вже давно сміється&lt;br /&gt;</w:t>
        <w:br/>
        <w:t>І над квітами глузує:&lt;br /&gt;</w:t>
        <w:br/>
        <w:t>"Гей, квітки, кохайте трави,—&lt;br /&gt;</w:t>
        <w:br/>
        <w:t>Я родилась не для вас!"</w:t>
      </w:r>
    </w:p>
    <w:p>
      <w:r>
        <w:br/>
        <w:t>В'ється вітер, шепче: "Хвиле!"&lt;br /&gt;</w:t>
        <w:br/>
        <w:t>В'ється вітер, шепче: "Люба!&lt;br /&gt;</w:t>
        <w:br/>
        <w:t>Покохай мене, вродлива:&lt;br /&gt;</w:t>
        <w:br/>
        <w:t>Смілий, буйний, вільний я!</w:t>
      </w:r>
    </w:p>
    <w:p>
      <w:r>
        <w:br/>
        <w:t>Я візьму тебе на крила&lt;br /&gt;</w:t>
        <w:br/>
        <w:t>З цього озера тісного,&lt;br /&gt;</w:t>
        <w:br/>
        <w:t>Що деревами закрито&lt;br /&gt;</w:t>
        <w:br/>
        <w:t>І закуто в береги.</w:t>
      </w:r>
    </w:p>
    <w:p>
      <w:r>
        <w:br/>
        <w:t>Я з тобою побуваю&lt;br /&gt;</w:t>
        <w:br/>
        <w:t>І на горах, і на хмарах,&lt;br /&gt;</w:t>
        <w:br/>
        <w:t>Я з тобою облітаю&lt;br /&gt;</w:t>
        <w:br/>
        <w:t>Цілу землю, цілий світ!"</w:t>
      </w:r>
    </w:p>
    <w:p>
      <w:r>
        <w:br/>
        <w:t>Шепче хвиля: "Буйний вітре!"&lt;br /&gt;</w:t>
        <w:br/>
        <w:t>Шепче хвиля: "Смілий вітре!&lt;br /&gt;</w:t>
        <w:br/>
        <w:t>Я була давно твоєю&lt;br /&gt;</w:t>
        <w:br/>
        <w:t>І зостануся навік".</w:t>
      </w:r>
    </w:p>
    <w:p>
      <w:r>
        <w:br/>
        <w:t>Вітер тихне, вітер мліє,&lt;br /&gt;</w:t>
        <w:br/>
        <w:t>Хоче хвилю взять в обійми,&lt;br /&gt;</w:t>
        <w:br/>
        <w:t>Хвиля ж вже пірнула в воду&lt;br /&gt;</w:t>
        <w:br/>
        <w:t>І сміється десь в воді.</w:t>
      </w:r>
    </w:p>
    <w:p>
      <w:r>
        <w:br/>
        <w:t>Стогне ясень над водою,&lt;br /&gt;</w:t>
        <w:br/>
        <w:t>Стогнуть лози, гублять сльози,&lt;br /&gt;</w:t>
        <w:br/>
        <w:t>В'януть квіти, плаче вітер,&lt;br /&gt;</w:t>
        <w:br/>
        <w:t>Хвиля ж знов жартує з кимсь.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