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у чоботях</w:t>
      </w:r>
    </w:p>
    <w:p>
      <w:r>
        <w:br/>
        <w:t xml:space="preserve"> &lt;p&gt;І</w:t>
      </w:r>
    </w:p>
    <w:p>
      <w:r>
        <w:br/>
        <w:t>Отже, про глухе слово: Гапка — глухо, ми її не Гапка, а товариш Жучок. Це так, а то — глухо.</w:t>
      </w:r>
    </w:p>
    <w:p>
      <w:r>
        <w:br/>
        <w:t>А от гаптувати — це яскраво, бо гаптувати: вишивати золотом або сріблом.</w:t>
      </w:r>
    </w:p>
    <w:p>
      <w:r>
        <w:br/>
        <w:t>...А то буває гаптований захід, буває схід, це коли підводиться або лягає заграва.</w:t>
      </w:r>
    </w:p>
    <w:p>
      <w:r>
        <w:br/>
        <w:t>Гаптований — запашне слово, як буває лан у вересні або трави в сіновалах — трави, коли йде з них дух біляплавневої осоки.</w:t>
      </w:r>
    </w:p>
    <w:p>
      <w:r>
        <w:br/>
        <w:t>Гапка — це глухо. Ми її: товариш Жучок.</w:t>
      </w:r>
    </w:p>
    <w:p>
      <w:r>
        <w:br/>
        <w:t>І личить.</w:t>
      </w:r>
    </w:p>
    <w:p>
      <w:r>
        <w:br/>
        <w:t>...От вона:</w:t>
      </w:r>
    </w:p>
    <w:p>
      <w:r>
        <w:br/>
        <w:t>Це тип: "кіт у чоботях"? Знаєте малюнки за дитинства: "кіт у чоботях"? Він дуже комічний. Але він теплий і близький, як неньчина рука з синьою жилкою, як прозорий вечір у червінцях осени.</w:t>
      </w:r>
    </w:p>
    <w:p>
      <w:r>
        <w:br/>
        <w:t>"Кіт у чоботях" — це товариш Жучок. От.</w:t>
      </w:r>
    </w:p>
    <w:p>
      <w:r>
        <w:br/>
        <w:t>А тепер я питаю:</w:t>
      </w:r>
    </w:p>
    <w:p>
      <w:r>
        <w:br/>
        <w:t>— Відкіля вони вийшли — товариші Жучки? Скільки їх вийшло? Га?</w:t>
      </w:r>
    </w:p>
    <w:p>
      <w:r>
        <w:br/>
        <w:t>А пройшли вони з краю в край нашу запашну червінькову революцію. Пройшли товариші Жучки, "кіт у чоботях".</w:t>
      </w:r>
    </w:p>
    <w:p>
      <w:r>
        <w:br/>
        <w:t>...Ах, я знаю: це Жовтнева тайна. Відкіля вони вийшли — це Жовтнева тайна.</w:t>
      </w:r>
    </w:p>
    <w:p>
      <w:r>
        <w:br/>
        <w:t>! ...Сьогодні в степах кінноти не чути, не бачу й "кота в чоботях". ! Відкіля прийшов, туди й зник.</w:t>
      </w:r>
    </w:p>
    <w:p>
      <w:r>
        <w:br/>
        <w:t>...Зникли, розійшлись по шляхах, по кварталах, по глухих дорогах республіки.</w:t>
      </w:r>
    </w:p>
    <w:p>
      <w:r>
        <w:br/>
        <w:t>"Кіт у чоботях" — це муралі революції.</w:t>
      </w:r>
    </w:p>
    <w:p>
      <w:r>
        <w:br/>
        <w:t>І сьогодні, коли голубине небо, коли вітер стиха лоскоче мою скроню, в моїй душі васильковий сум.</w:t>
      </w:r>
    </w:p>
    <w:p>
      <w:r>
        <w:br/>
        <w:t>?</w:t>
      </w:r>
    </w:p>
    <w:p>
      <w:r>
        <w:br/>
        <w:t>Так! Я хочу проспівати степову бур'янову пісню цим сіреньким муралям. Я дуже хочу, але —</w:t>
      </w:r>
    </w:p>
    <w:p>
      <w:r>
        <w:br/>
        <w:t>— Я не можу: треба, щоб була пісня пісень, треба, щоб був —</w:t>
      </w:r>
    </w:p>
    <w:p>
      <w:r>
        <w:br/>
        <w:t>— Гімн.</w:t>
      </w:r>
    </w:p>
    <w:p>
      <w:r>
        <w:br/>
        <w:t>Тому й васильковий сум: хіба я створю гімн "коту в чоботях", щоб понести цей гімн у глухі нетрі республіки? Хіба я створю гімн?</w:t>
      </w:r>
    </w:p>
    <w:p>
      <w:r>
        <w:br/>
        <w:t>От її одіж:</w:t>
      </w:r>
    </w:p>
    <w:p>
      <w:r>
        <w:br/>
        <w:t>— Блюза, спідничка (зимою стара шинеля), капелюшок, чоботи. Блюза колір "хакі", без ґудзиків, колір "хакі" — це ж зелений, а вся революція стукає, дзвенить, плужить, утрамбовує по ярках, по бур'янах, біля шахти — де колір "хакі".</w:t>
      </w:r>
    </w:p>
    <w:p>
      <w:r>
        <w:br/>
        <w:t>Вся революція без ґудзиків, щоб було просторо, щоб можна розправитись, зітхнути вільно на всі легені, на всі степи, на всі оселі...</w:t>
      </w:r>
    </w:p>
    <w:p>
      <w:r>
        <w:br/>
        <w:t>— На ввесь світ!</w:t>
      </w:r>
    </w:p>
    <w:p>
      <w:r>
        <w:br/>
        <w:t>Спідничка теж "хакі", а коли й не так, то все одно так, бо колір з бур'янів давно вже одбився в ній. Так, і спідничка теж "хакі". Вона трішки подерта спереду, трішки ззаду, трішки по боках.</w:t>
      </w:r>
    </w:p>
    <w:p>
      <w:r>
        <w:br/>
        <w:t>Але спідньої сорочки не видно, бо революція знає одну гармонію фарб: червіньковий з кольором "хакі", тому й сорочка була зелена — тіні з бур'янів упали на сорочку.</w:t>
      </w:r>
    </w:p>
    <w:p>
      <w:r>
        <w:br/>
        <w:t>От.</w:t>
      </w:r>
    </w:p>
    <w:p>
      <w:r>
        <w:br/>
        <w:t>— Капелюшок... а на нім п'ятикутна зоря. Цього досить? А то ще: під капелюшком голена голова — не для моди, а для походу, для простору.</w:t>
      </w:r>
    </w:p>
    <w:p>
      <w:r>
        <w:br/>
        <w:t>І нарешті —</w:t>
      </w:r>
    </w:p>
    <w:p>
      <w:r>
        <w:br/>
        <w:t>— чоботи.</w:t>
      </w:r>
    </w:p>
    <w:p>
      <w:r>
        <w:br/>
        <w:t>Ну, тут ясно:</w:t>
      </w:r>
    </w:p>
    <w:p>
      <w:r>
        <w:br/>
        <w:t>подивіться на малюнок, той, що за дитинства.</w:t>
      </w:r>
    </w:p>
    <w:p>
      <w:r>
        <w:br/>
        <w:t>Досить?</w:t>
      </w:r>
    </w:p>
    <w:p>
      <w:r>
        <w:br/>
        <w:t>А тепер про її зовнішність, а потім —</w:t>
      </w:r>
    </w:p>
    <w:p>
      <w:r>
        <w:br/>
        <w:t>про неї...</w:t>
      </w:r>
    </w:p>
    <w:p>
      <w:r>
        <w:br/>
        <w:t>...Зовнішність.</w:t>
      </w:r>
    </w:p>
    <w:p>
      <w:r>
        <w:br/>
        <w:t>Русява? Чорнява?</w:t>
      </w:r>
    </w:p>
    <w:p>
      <w:r>
        <w:br/>
        <w:t>Ясно — жучок.</w:t>
      </w:r>
    </w:p>
    <w:p>
      <w:r>
        <w:br/>
        <w:t>А втім, це не важно...</w:t>
      </w:r>
    </w:p>
    <w:p>
      <w:r>
        <w:br/>
        <w:t>...Очі... ах, ці очі... Я зовсім не роман пишу, а тільки маленьку пісню.</w:t>
      </w:r>
    </w:p>
    <w:p>
      <w:r>
        <w:br/>
        <w:t>Але треба й про очі.</w:t>
      </w:r>
    </w:p>
    <w:p>
      <w:r>
        <w:br/>
        <w:t>Очі —</w:t>
      </w:r>
    </w:p>
    <w:p>
      <w:r>
        <w:br/>
        <w:t>— теж жучок.</w:t>
      </w:r>
    </w:p>
    <w:p>
      <w:r>
        <w:br/>
        <w:t>Іще дивіться на її очі: коли на бузину впаде серпневий промінь — то теж її очі.</w:t>
      </w:r>
    </w:p>
    <w:p>
      <w:r>
        <w:br/>
        <w:t>А от ніс (для баришень скандал!)... ніс — головка від цвяшка: кирпатенький ("Кирпик!" — казали й так, поза очі тільки).</w:t>
      </w:r>
    </w:p>
    <w:p>
      <w:r>
        <w:br/>
        <w:t>Ну, ще зріст.</w:t>
      </w:r>
    </w:p>
    <w:p>
      <w:r>
        <w:br/>
        <w:t>Ясно: "кіт у чоботях".</w:t>
      </w:r>
    </w:p>
    <w:p>
      <w:r>
        <w:br/>
        <w:t>А втім, я зовсім не хочу ідеалізувати товариша Жучка, я хочу написати правду про неї — уривок правди, бо вся правда</w:t>
      </w:r>
    </w:p>
    <w:p>
      <w:r>
        <w:br/>
        <w:t>— то ціла революція.</w:t>
      </w:r>
    </w:p>
    <w:p>
      <w:r>
        <w:br/>
        <w:t>Тепер мій читач чекає від мене, мабуть, цікавої зав'язки, цікавої розв'язки, а від "кота в чоботях" — загальновизнаних подвигів, красивих рухів —</w:t>
      </w:r>
    </w:p>
    <w:p>
      <w:r>
        <w:br/>
        <w:t>— іще багато чого.</w:t>
      </w:r>
    </w:p>
    <w:p>
      <w:r>
        <w:br/>
        <w:t>Це даремно.</w:t>
      </w:r>
    </w:p>
    <w:p>
      <w:r>
        <w:br/>
        <w:t>Ми з товаришем Жучком не міщани, красивих рухів у нас не буде:</w:t>
      </w:r>
    </w:p>
    <w:p>
      <w:r>
        <w:br/>
        <w:t>у товариша Жучка не буде.</w:t>
      </w:r>
    </w:p>
    <w:p>
      <w:r>
        <w:br/>
        <w:t>За цим звертайтесь до гітарних героїв гітарних поем.</w:t>
      </w:r>
    </w:p>
    <w:p>
      <w:r>
        <w:br/>
        <w:t>Товариш Жучок — це тільки "кіт у чоботях" із жвавими рухами, з бузинковим поглядом, що ходить по бур'янах революції і, як мураль, тягне соняшну вагу, щоб висушити болото...</w:t>
      </w:r>
    </w:p>
    <w:p>
      <w:r>
        <w:br/>
        <w:t>А яке — ви самі знаєте.</w:t>
      </w:r>
    </w:p>
    <w:p>
      <w:r>
        <w:br/>
        <w:t>І тільки.</w:t>
      </w:r>
    </w:p>
    <w:p>
      <w:r>
        <w:br/>
        <w:t>А зав'язки — розв'язки так від мене й не дочекаєтесь.</w:t>
      </w:r>
    </w:p>
    <w:p>
      <w:r>
        <w:br/>
        <w:t>Бо зав'язка — Жовтень, а розв'язка — соняшний вік, і до нього йдемо.</w:t>
      </w:r>
    </w:p>
    <w:p>
      <w:r>
        <w:br/>
        <w:t>Розв'язка в гітарних поетів... От: "Вони поцілувались, кінець", або "О моя Дульсінеє! Всаджу собі оцей чингал... Умирає..."</w:t>
      </w:r>
    </w:p>
    <w:p>
      <w:r>
        <w:br/>
        <w:t>Ми з товаришем Жучком цього не знаємо. Правда, подвиги є, але вони не наші...</w:t>
      </w:r>
    </w:p>
    <w:p>
      <w:r>
        <w:br/>
        <w:t>— А чиї?</w:t>
      </w:r>
    </w:p>
    <w:p>
      <w:r>
        <w:br/>
        <w:t>— Ви подумайте!</w:t>
      </w:r>
    </w:p>
    <w:p>
      <w:r>
        <w:br/>
        <w:t>Так от. Це не роман — це тільки маленька пісня, і я її скоро скінчу.</w:t>
      </w:r>
    </w:p>
    <w:p>
      <w:r>
        <w:br/>
        <w:t>II</w:t>
      </w:r>
    </w:p>
    <w:p>
      <w:r>
        <w:br/>
        <w:t>В цьому розділі я оповідаю про невеликий подвиг...</w:t>
      </w:r>
    </w:p>
    <w:p>
      <w:r>
        <w:br/>
        <w:t>— А чий? Ви подумайте!..</w:t>
      </w:r>
    </w:p>
    <w:p>
      <w:r>
        <w:br/>
        <w:t>...Зима, фуга, буруни, іще буруни...</w:t>
      </w:r>
    </w:p>
    <w:p>
      <w:r>
        <w:br/>
        <w:t>Потяг, залізниця, й рейки, рейки в степ.</w:t>
      </w:r>
    </w:p>
    <w:p>
      <w:r>
        <w:br/>
        <w:t>На Кубань! На Кубань! На Кубань! Довго паровик борсається в депо: і тут — у депо, і там — у депо...</w:t>
      </w:r>
    </w:p>
    <w:p>
      <w:r>
        <w:br/>
        <w:t>І тихо в мовчанці стоять снігові станції: може, знову ми будемо бігати сюди розгублені, з запаленими очима, а за холодними станційними будинками завиють вовки на журний холодний семафор.</w:t>
      </w:r>
    </w:p>
    <w:p>
      <w:r>
        <w:br/>
        <w:t>Але сьогодні ми їдемо на Кубань, бо віримо в свої запалені очі.</w:t>
      </w:r>
    </w:p>
    <w:p>
      <w:r>
        <w:br/>
        <w:t>— Товаришу Жучок!</w:t>
      </w:r>
    </w:p>
    <w:p>
      <w:r>
        <w:br/>
        <w:t>Так, і товариш Жучок!</w:t>
      </w:r>
    </w:p>
    <w:p>
      <w:r>
        <w:br/>
        <w:t>...А чому вона в цьому полку, ви, звичайно, не знаєте й ніколи не взнаєте, бо й я не знаю, а брехати не хочу: це уривок правди, а вся правда — то ціла революція.</w:t>
      </w:r>
    </w:p>
    <w:p>
      <w:r>
        <w:br/>
        <w:t>...На кожній станції тільки й чути:</w:t>
      </w:r>
    </w:p>
    <w:p>
      <w:r>
        <w:br/>
        <w:t>— Козаки! Козаки!</w:t>
      </w:r>
    </w:p>
    <w:p>
      <w:r>
        <w:br/>
        <w:t>Всюди козаки, всюди бандити.</w:t>
      </w:r>
    </w:p>
    <w:p>
      <w:r>
        <w:br/>
        <w:t>Тягнеться потяг, як ледачі воли в поле, як ледачі воли з поля.</w:t>
      </w:r>
    </w:p>
    <w:p>
      <w:r>
        <w:br/>
        <w:t>Степ. Раптом:</w:t>
      </w:r>
    </w:p>
    <w:p>
      <w:r>
        <w:br/>
        <w:t>— Стоп!</w:t>
      </w:r>
    </w:p>
    <w:p>
      <w:r>
        <w:br/>
        <w:t>— Що таке?</w:t>
      </w:r>
    </w:p>
    <w:p>
      <w:r>
        <w:br/>
        <w:t>— Нема палива.</w:t>
      </w:r>
    </w:p>
    <w:p>
      <w:r>
        <w:br/>
        <w:t>Товариші! Всеросійская кочегарка в опасності!</w:t>
      </w:r>
    </w:p>
    <w:p>
      <w:r>
        <w:br/>
        <w:t>Д'ех, яблучко, куда котішся,</w:t>
      </w:r>
    </w:p>
    <w:p>
      <w:r>
        <w:br/>
        <w:t>Попадьош до Краснова — не воротішся.</w:t>
      </w:r>
    </w:p>
    <w:p>
      <w:r>
        <w:br/>
        <w:t>І раптом:</w:t>
      </w:r>
    </w:p>
    <w:p>
      <w:r>
        <w:br/>
        <w:t>Ой на горі та женці жнуть.</w:t>
      </w:r>
    </w:p>
    <w:p>
      <w:r>
        <w:br/>
        <w:t>— ...Ей, ви, хохли! Чого завили? Буде панахидити — і так сумно.</w:t>
      </w:r>
    </w:p>
    <w:p>
      <w:r>
        <w:br/>
        <w:t>...Степ. Фуга. Бурани й ще бурани.</w:t>
      </w:r>
    </w:p>
    <w:p>
      <w:r>
        <w:br/>
        <w:t>— ...Єфто пятой вагон — антірнаціональной. І скажу я тобє, братця, про народи. Латиш — єфто тіш, смірной народ, мудрай; оврей — тож нічяво. Ходя — катаяць аль тутарін — суварай і вєрнай народ. А вот єфтот хахол — паняхіда: как завоя про поля аль про дєвчину — тякай!</w:t>
      </w:r>
    </w:p>
    <w:p>
      <w:r>
        <w:br/>
        <w:t>...Степ. Фуга. І рейки — рейки.</w:t>
      </w:r>
    </w:p>
    <w:p>
      <w:r>
        <w:br/>
        <w:t>— Козаки!</w:t>
      </w:r>
    </w:p>
    <w:p>
      <w:r>
        <w:br/>
        <w:t>— Козаки!</w:t>
      </w:r>
    </w:p>
    <w:p>
      <w:r>
        <w:br/>
        <w:t>— Де? Що? Як?</w:t>
      </w:r>
    </w:p>
    <w:p>
      <w:r>
        <w:br/>
        <w:t>— Хто паніку робить? Сволочі!</w:t>
      </w:r>
    </w:p>
    <w:p>
      <w:r>
        <w:br/>
        <w:t>Вискакують сотні "наганів", "бравнінгів", "гвинтівок".</w:t>
      </w:r>
    </w:p>
    <w:p>
      <w:r>
        <w:br/>
        <w:t>Дехто дивиться з тугою, дехто готує набої, дехто сів на тендер і полетів: паровик одчепився й летить по паливо.</w:t>
      </w:r>
    </w:p>
    <w:p>
      <w:r>
        <w:br/>
        <w:t>Товаришу Жучок, вам не боязко? Козаки!</w:t>
      </w:r>
    </w:p>
    <w:p>
      <w:r>
        <w:br/>
        <w:t>Усміхається: в їхнім селі були козаки. О, вона добре знає, що то — козаки. І чогось засмутніла, замислилась.</w:t>
      </w:r>
    </w:p>
    <w:p>
      <w:r>
        <w:br/>
        <w:t>...Довго білі широкі поля. Довго паровик не приходить. Нарешті приходить. Тоді знову відходить у дикий і німий степ.</w:t>
      </w:r>
    </w:p>
    <w:p>
      <w:r>
        <w:br/>
        <w:t>...Від станції до станції, від холодної ночі до холодної ночі.</w:t>
      </w:r>
    </w:p>
    <w:p>
      <w:r>
        <w:br/>
        <w:t>Палива нема. Коли ніч, тоді тріщать станційні паркани, і тріщать і дивляться з тугою обідрані вагони:</w:t>
      </w:r>
    </w:p>
    <w:p>
      <w:r>
        <w:br/>
        <w:t>..."Поїзд генерала (ім'ярек)".</w:t>
      </w:r>
    </w:p>
    <w:p>
      <w:r>
        <w:br/>
        <w:t>...Від дикої станції до холодної ночі, від дикої ночі до холодної станції.</w:t>
      </w:r>
    </w:p>
    <w:p>
      <w:r>
        <w:br/>
        <w:t>...Товариш Жучок дістала палива. А дістає так:</w:t>
      </w:r>
    </w:p>
    <w:p>
      <w:r>
        <w:br/>
        <w:t>— Тьотю, дайте оцю паличку.</w:t>
      </w:r>
    </w:p>
    <w:p>
      <w:r>
        <w:br/>
        <w:t>— Що?</w:t>
      </w:r>
    </w:p>
    <w:p>
      <w:r>
        <w:br/>
        <w:t>— Дайте оцю паличку.</w:t>
      </w:r>
    </w:p>
    <w:p>
      <w:r>
        <w:br/>
        <w:t>— Бери.</w:t>
      </w:r>
    </w:p>
    <w:p>
      <w:r>
        <w:br/>
        <w:t>Взяла.</w:t>
      </w:r>
    </w:p>
    <w:p>
      <w:r>
        <w:br/>
        <w:t>— А може, ще дасте?</w:t>
      </w:r>
    </w:p>
    <w:p>
      <w:r>
        <w:br/>
        <w:t>Подивиться "тьотя":</w:t>
      </w:r>
    </w:p>
    <w:p>
      <w:r>
        <w:br/>
        <w:t>...Жучок: "кіт у чоботях".</w:t>
      </w:r>
    </w:p>
    <w:p>
      <w:r>
        <w:br/>
        <w:t>Іще дає.</w:t>
      </w:r>
    </w:p>
    <w:p>
      <w:r>
        <w:br/>
        <w:t>...Товариш Жучок заливається:</w:t>
      </w:r>
    </w:p>
    <w:p>
      <w:r>
        <w:br/>
        <w:t>— Ха! Ха! Обдурила тьотю!</w:t>
      </w:r>
    </w:p>
    <w:p>
      <w:r>
        <w:br/>
        <w:t>А вона зовсім не обдурила, вона просто — жучок!</w:t>
      </w:r>
    </w:p>
    <w:p>
      <w:r>
        <w:br/>
        <w:t>Ах, ці жучки в чоботях, вони конче не дають мені покою! Коли я буду відомий письменник, тоді я напишу велику драматичну поему: "Кіт у чоботях".</w:t>
      </w:r>
    </w:p>
    <w:p>
      <w:r>
        <w:br/>
        <w:t>...Тріщить чавунна пічка — паливо. За вагоном летить, виє дика фуга.</w:t>
      </w:r>
    </w:p>
    <w:p>
      <w:r>
        <w:br/>
        <w:t>Їдемо на Кубань.</w:t>
      </w:r>
    </w:p>
    <w:p>
      <w:r>
        <w:br/>
        <w:t>-...Отак... не так. (Це товариш Жучок).</w:t>
      </w:r>
    </w:p>
    <w:p>
      <w:r>
        <w:br/>
        <w:t>Отак... не так...</w:t>
      </w:r>
    </w:p>
    <w:p>
      <w:r>
        <w:br/>
        <w:t>Біля пічки одиниця вагону — може, я, може, хто інший, може, всі ми.</w:t>
      </w:r>
    </w:p>
    <w:p>
      <w:r>
        <w:br/>
        <w:t>Вона вчить, як залатати пропалену шинелю.</w:t>
      </w:r>
    </w:p>
    <w:p>
      <w:r>
        <w:br/>
        <w:t>Але вона каже:</w:t>
      </w:r>
    </w:p>
    <w:p>
      <w:r>
        <w:br/>
        <w:t>— Дурня нічого валяти. Думаєш, як приїдеш додому, то я з тобою буду і тепер панькатись? Дзуськи! Як би не так!.. На, ший!</w:t>
      </w:r>
    </w:p>
    <w:p>
      <w:r>
        <w:br/>
        <w:t>Вона нам обід варить, вона наша куховарка — і тільки. Вона безпартійна, але вже має в торбинці товстеньку книжку "Что такое коммунизм" (без автора)... Издание N-го боевого участка рабоче-крестьянской Красной Армии.</w:t>
      </w:r>
    </w:p>
    <w:p>
      <w:r>
        <w:br/>
        <w:t>...Іноді ми їй кажемо:</w:t>
      </w:r>
    </w:p>
    <w:p>
      <w:r>
        <w:br/>
        <w:t>— Слухай, товаришу Жучок! Чи не можна з тобою пожирувати?</w:t>
      </w:r>
    </w:p>
    <w:p>
      <w:r>
        <w:br/>
        <w:t>Тоді ми чуємо:</w:t>
      </w:r>
    </w:p>
    <w:p>
      <w:r>
        <w:br/>
        <w:t>— Дзуськи!</w:t>
      </w:r>
    </w:p>
    <w:p>
      <w:r>
        <w:br/>
        <w:t>Ми регочемось, бо знаємо, що не всім "дзуськи"! — у нас є молодий "пареньок" — так зветься, так звемо: "пареньок". Він теж кирпатенький, і ми вже бачили, як він обіймав її, і вона мовчала.</w:t>
      </w:r>
    </w:p>
    <w:p>
      <w:r>
        <w:br/>
        <w:t>...Ну, то їхнє діло.</w:t>
      </w:r>
    </w:p>
    <w:p>
      <w:r>
        <w:br/>
        <w:t>...Але вона нас конче дивувала, вона іноді вживала таких слів, вела такі промови, що ми лише роти роззявляли. Безумовно, коли ми думали тільки про ворога, вона ще про щось думала.</w:t>
      </w:r>
    </w:p>
    <w:p>
      <w:r>
        <w:br/>
        <w:t>— Чи не скінчила ти, бува, гімназію? — сміявся дехто.</w:t>
      </w:r>
    </w:p>
    <w:p>
      <w:r>
        <w:br/>
        <w:t>Вона комічно сплескувала руками:</w:t>
      </w:r>
    </w:p>
    <w:p>
      <w:r>
        <w:br/>
        <w:t>— Гімназію? Гімназія для панів. А для нас — дзуськи!</w:t>
      </w:r>
    </w:p>
    <w:p>
      <w:r>
        <w:br/>
        <w:t>Тоді один незграбний хохол авторитетно заявив:</w:t>
      </w:r>
    </w:p>
    <w:p>
      <w:r>
        <w:br/>
        <w:t>— Це паходной Ленін...</w:t>
      </w:r>
    </w:p>
    <w:p>
      <w:r>
        <w:br/>
        <w:t>— Да руки порепані.</w:t>
      </w:r>
    </w:p>
    <w:p>
      <w:r>
        <w:br/>
        <w:t>...А за вікном стояла туга, і звисала туга з дроту, що йшов, відходив за стовпами невідомо куди.</w:t>
      </w:r>
    </w:p>
    <w:p>
      <w:r>
        <w:br/>
        <w:t>...Хуртовина, морози, станції з заметеними дзвонами, зрідка туга на дріт, а завжди:</w:t>
      </w:r>
    </w:p>
    <w:p>
      <w:r>
        <w:br/>
        <w:t>— Д'ех! Революція — так революція!</w:t>
      </w:r>
    </w:p>
    <w:p>
      <w:r>
        <w:br/>
        <w:t>А потім знову холодні вагони, довгі потяги, потяг, як воли, і раптом:</w:t>
      </w:r>
    </w:p>
    <w:p>
      <w:r>
        <w:br/>
        <w:t>— Стоп!</w:t>
      </w:r>
    </w:p>
    <w:p>
      <w:r>
        <w:br/>
        <w:t>— Що таке?</w:t>
      </w:r>
    </w:p>
    <w:p>
      <w:r>
        <w:br/>
        <w:t>— Нема палива.</w:t>
      </w:r>
    </w:p>
    <w:p>
      <w:r>
        <w:br/>
        <w:t>Паровик одчеплюють, паровик летить у темну дику фугу, у дикий німий степ.</w:t>
      </w:r>
    </w:p>
    <w:p>
      <w:r>
        <w:br/>
        <w:t>Тільки забув я ще сказати:</w:t>
      </w:r>
    </w:p>
    <w:p>
      <w:r>
        <w:br/>
        <w:t>Частенько, коли потяг зупинявся на станції "на неопредєльонноє врємя", товариш Жучок, упоравшись біля походної кухні, виходила з вагона невідомо куди, і довго її не було. А відтіля вона приходила завжди в зажурі.</w:t>
      </w:r>
    </w:p>
    <w:p>
      <w:r>
        <w:br/>
        <w:t>Чого в зажурі?</w:t>
      </w:r>
    </w:p>
    <w:p>
      <w:r>
        <w:br/>
        <w:t>Це буде видно далі.</w:t>
      </w:r>
    </w:p>
    <w:p>
      <w:r>
        <w:br/>
        <w:t>Плакати! Плакати! Плакати!</w:t>
      </w:r>
    </w:p>
    <w:p>
      <w:r>
        <w:br/>
        <w:t>Гу-у! Гу-у!</w:t>
      </w:r>
    </w:p>
    <w:p>
      <w:r>
        <w:br/>
        <w:t>Бах! Бах!</w:t>
      </w:r>
    </w:p>
    <w:p>
      <w:r>
        <w:br/>
        <w:t>Плакати! Плакати! Плакати!</w:t>
      </w:r>
    </w:p>
    <w:p>
      <w:r>
        <w:br/>
        <w:t>Схід. Захід. Північ. Південь.</w:t>
      </w:r>
    </w:p>
    <w:p>
      <w:r>
        <w:br/>
        <w:t>Росія. Україна. Сибір. Польща.</w:t>
      </w:r>
    </w:p>
    <w:p>
      <w:r>
        <w:br/>
        <w:t>Туркестан. Грузія. Білорусія.</w:t>
      </w:r>
    </w:p>
    <w:p>
      <w:r>
        <w:br/>
        <w:t>Азербайджан. Крим. Хіва. Бухара.</w:t>
      </w:r>
    </w:p>
    <w:p>
      <w:r>
        <w:br/>
        <w:t>Плакати! Плакати! Плакати!</w:t>
      </w:r>
    </w:p>
    <w:p>
      <w:r>
        <w:br/>
        <w:t>Німці, поляки, петлюрівці — ще, ще, ще...</w:t>
      </w:r>
    </w:p>
    <w:p>
      <w:r>
        <w:br/>
        <w:t>Колчак. Юденіч. Денікін — ще, ще, ще...</w:t>
      </w:r>
    </w:p>
    <w:p>
      <w:r>
        <w:br/>
        <w:t>Плакати! Плакати! Плакати!</w:t>
      </w:r>
    </w:p>
    <w:p>
      <w:r>
        <w:br/>
        <w:t>Місяць, два, три, шість, двадцять... ще, ще, ще...</w:t>
      </w:r>
    </w:p>
    <w:p>
      <w:r>
        <w:br/>
        <w:t>Гу-у! Гу-у!</w:t>
      </w:r>
    </w:p>
    <w:p>
      <w:r>
        <w:br/>
        <w:t>Бах! Бах!</w:t>
      </w:r>
    </w:p>
    <w:p>
      <w:r>
        <w:br/>
        <w:t>Мчались місяці...</w:t>
      </w:r>
    </w:p>
    <w:p>
      <w:r>
        <w:br/>
        <w:t>Минуло... я не знаю, скільки минуло: може, це було вчора, може, позавчора, а може, промайнуло двісті літ?</w:t>
      </w:r>
    </w:p>
    <w:p>
      <w:r>
        <w:br/>
        <w:t>Коли це було?.. А може, це васильковий сон?</w:t>
      </w:r>
    </w:p>
    <w:p>
      <w:r>
        <w:br/>
        <w:t>— Не знаю!</w:t>
      </w:r>
    </w:p>
    <w:p>
      <w:r>
        <w:br/>
        <w:t>І от — літо, степове літо. Це степи біля Дніпра — недалеко Дніпро.</w:t>
      </w:r>
    </w:p>
    <w:p>
      <w:r>
        <w:br/>
        <w:t>...Тепер ночі в літніх степах.</w:t>
      </w:r>
    </w:p>
    <w:p>
      <w:r>
        <w:br/>
        <w:t>Це так чудово, так каламутної</w:t>
      </w:r>
    </w:p>
    <w:p>
      <w:r>
        <w:br/>
        <w:t>Знаєте? Сидиш у степу й думаєш про тирсу. Це так чудово: думати про тирсу, коли вона таємно шелестить, коли шелест зайчиком: плиг! плиг!</w:t>
      </w:r>
    </w:p>
    <w:p>
      <w:r>
        <w:br/>
        <w:t>Це так чудово!</w:t>
      </w:r>
    </w:p>
    <w:p>
      <w:r>
        <w:br/>
        <w:t>Ах, який мене жаль бере, що мої попередники змалювали вже степ уночі. А то б я його так замалював — їй-право!</w:t>
      </w:r>
    </w:p>
    <w:p>
      <w:r>
        <w:br/>
        <w:t>...Я приїхав.</w:t>
      </w:r>
    </w:p>
    <w:p>
      <w:r>
        <w:br/>
        <w:t>На третій день одержую записку:</w:t>
      </w:r>
    </w:p>
    <w:p>
      <w:r>
        <w:br/>
        <w:t>"Товаріщ, ви, кажется, прієхалі єщо в пятніцу. Предлагаю нємєдлєнно зарегістріроваться в ячєйкє".</w:t>
      </w:r>
    </w:p>
    <w:p>
      <w:r>
        <w:br/>
        <w:t>Кажу:</w:t>
      </w:r>
    </w:p>
    <w:p>
      <w:r>
        <w:br/>
        <w:t>— Секретар, мабуть, жоха, із старих партійців.</w:t>
      </w:r>
    </w:p>
    <w:p>
      <w:r>
        <w:br/>
        <w:t>Товариш усміхнувся:</w:t>
      </w:r>
    </w:p>
    <w:p>
      <w:r>
        <w:br/>
        <w:t>— Тебе дивує записка? "Это чепуха". От ти ще понюхаєш дискусію. В печінках мені сидить оця дискусія.</w:t>
      </w:r>
    </w:p>
    <w:p>
      <w:r>
        <w:br/>
        <w:t>Я зацікавився.</w:t>
      </w:r>
    </w:p>
    <w:p>
      <w:r>
        <w:br/>
        <w:t>— Що за дискусія?</w:t>
      </w:r>
    </w:p>
    <w:p>
      <w:r>
        <w:br/>
        <w:t>— Почекай, сам узнаєш.</w:t>
      </w:r>
    </w:p>
    <w:p>
      <w:r>
        <w:br/>
        <w:t>І не сказав.</w:t>
      </w:r>
    </w:p>
    <w:p>
      <w:r>
        <w:br/>
        <w:t>...Я пішов.</w:t>
      </w:r>
    </w:p>
    <w:p>
      <w:r>
        <w:br/>
        <w:t>— Де кімната ком'ячейки?</w:t>
      </w:r>
    </w:p>
    <w:p>
      <w:r>
        <w:br/>
        <w:t>— Он!</w:t>
      </w:r>
    </w:p>
    <w:p>
      <w:r>
        <w:br/>
        <w:t>Входжу.</w:t>
      </w:r>
    </w:p>
    <w:p>
      <w:r>
        <w:br/>
        <w:t>Дивлюсь — щось знайоме. Думаю, пригадую й раптом згадав: та це ж "кіт у чоботях".</w:t>
      </w:r>
    </w:p>
    <w:p>
      <w:r>
        <w:br/>
        <w:t>Ото штука!</w:t>
      </w:r>
    </w:p>
    <w:p>
      <w:r>
        <w:br/>
        <w:t>— Ви секретар ком'ячейки?</w:t>
      </w:r>
    </w:p>
    <w:p>
      <w:r>
        <w:br/>
        <w:t>— Я...</w:t>
      </w:r>
    </w:p>
    <w:p>
      <w:r>
        <w:br/>
        <w:t>— Вас, здається, товариш Жучок?</w:t>
      </w:r>
    </w:p>
    <w:p>
      <w:r>
        <w:br/>
        <w:t>— Так.</w:t>
      </w:r>
    </w:p>
    <w:p>
      <w:r>
        <w:br/>
        <w:t>— Ну, так ми з вами знайомі. Пам'ятаєте?..</w:t>
      </w:r>
    </w:p>
    <w:p>
      <w:r>
        <w:br/>
        <w:t>Вона, звичайно, все пам'ятає, але вперше зареєструвала мій партквиток, а потім уже говорила.</w:t>
      </w:r>
    </w:p>
    <w:p>
      <w:r>
        <w:br/>
        <w:t>...Ясно: минуло стільки часу. Товариш Жучок дочитала — прочитала "Что такое коммунизм" (без автора)... Издание N-го боевого участка рабоче-крестьянской Красной Армии. І тільки.</w:t>
      </w:r>
    </w:p>
    <w:p>
      <w:r>
        <w:br/>
        <w:t>А інше так просто: ходить "кіт у чоботях" по бур'янах революції і, може, й сам не знає, що він секретар ком'ячейки, а потім узнає й пише:</w:t>
      </w:r>
    </w:p>
    <w:p>
      <w:r>
        <w:br/>
        <w:t>"Предлагаю нємєдлєнно зарегістріроваться..."</w:t>
      </w:r>
    </w:p>
    <w:p>
      <w:r>
        <w:br/>
        <w:t>Одне слово, я, мабуть, і не здивувався, тим паче що минуло так багато часу, а "кіт у чоботях" і тоді вже був —</w:t>
      </w:r>
    </w:p>
    <w:p>
      <w:r>
        <w:br/>
        <w:t>— "паходной Ленін..."</w:t>
      </w:r>
    </w:p>
    <w:p>
      <w:r>
        <w:br/>
        <w:t>І, треба щиро сказати, друге видання Леніна — "Паходной Ленін" — таке ж іноді було суворе й жахне.</w:t>
      </w:r>
    </w:p>
    <w:p>
      <w:r>
        <w:br/>
        <w:t>От малюнок:</w:t>
      </w:r>
    </w:p>
    <w:p>
      <w:r>
        <w:br/>
        <w:t>Я завинив.</w:t>
      </w:r>
    </w:p>
    <w:p>
      <w:r>
        <w:br/>
        <w:t>Товариш Жучок очі драконом:</w:t>
      </w:r>
    </w:p>
    <w:p>
      <w:r>
        <w:br/>
        <w:t>— Товаришу! І вам не соромно?</w:t>
      </w:r>
    </w:p>
    <w:p>
      <w:r>
        <w:br/>
        <w:t>— Дозвольте... я ж... їй-право... я ж...</w:t>
      </w:r>
    </w:p>
    <w:p>
      <w:r>
        <w:br/>
        <w:t>Товариш Жучок очі драконом:</w:t>
      </w:r>
    </w:p>
    <w:p>
      <w:r>
        <w:br/>
        <w:t>— Ваш партквиток!.. Давайте!</w:t>
      </w:r>
    </w:p>
    <w:p>
      <w:r>
        <w:br/>
        <w:t>Віддаю.</w:t>
      </w:r>
    </w:p>
    <w:p>
      <w:r>
        <w:br/>
        <w:t>Пише:</w:t>
      </w:r>
    </w:p>
    <w:p>
      <w:r>
        <w:br/>
        <w:t>"Товаріщ такой-то в таком-то мєсяцє пропустіл столько-то собраній. Получіл виговор от секретаря ком'ячейкі с предупрєждєнієм винєсті єго недісціплінірованность на обсуждєніє обществен-ного мнєнія партії посредством партійного суда на предмет перевода в кандідати ілі окончательного ісключєнія із нашіх коммуністічєскіх рядов.</w:t>
      </w:r>
    </w:p>
    <w:p>
      <w:r>
        <w:br/>
        <w:t>Подпісь".</w:t>
      </w:r>
    </w:p>
    <w:p>
      <w:r>
        <w:br/>
        <w:t>Точка.</w:t>
      </w:r>
    </w:p>
    <w:p>
      <w:r>
        <w:br/>
        <w:t>Коротко.</w:t>
      </w:r>
    </w:p>
    <w:p>
      <w:r>
        <w:br/>
        <w:t>Ясно.</w:t>
      </w:r>
    </w:p>
    <w:p>
      <w:r>
        <w:br/>
        <w:t>І трішки того... ніяково.</w:t>
      </w:r>
    </w:p>
    <w:p>
      <w:r>
        <w:br/>
        <w:t>...Звичайно, як і тоді (тоді — в дикім степу), на ній колір "хакі", бо революція знає одну гармонію фарб: червіньковий з кольором "хакі". Як і тоді: величезні чоботи не на ногу. Як і тоді.</w:t>
      </w:r>
    </w:p>
    <w:p>
      <w:r>
        <w:br/>
        <w:t>— Дзуськи!</w:t>
      </w:r>
    </w:p>
    <w:p>
      <w:r>
        <w:br/>
        <w:t>Як і тоді, бузиновий погляд, бузиновий сміх і носик — голівка від цвяшка: кирпатенький.</w:t>
      </w:r>
    </w:p>
    <w:p>
      <w:r>
        <w:br/>
        <w:t>...Як і тоді, були ночі, але вже не холодні, а теплі, замріяні — літні степові ночі.</w:t>
      </w:r>
    </w:p>
    <w:p>
      <w:r>
        <w:br/>
        <w:t>Тільки тепер тривожили нас не козаки, а бандити-лісовики тривожили наш тил. А з півдня насідав розлютований, поранений (добивали) ведмідь з білого кубла великої Російської імперії.</w:t>
      </w:r>
    </w:p>
    <w:p>
      <w:r>
        <w:br/>
        <w:t>А от дискусія (в печінках сидить!).</w:t>
      </w:r>
    </w:p>
    <w:p>
      <w:r>
        <w:br/>
        <w:t>Є ходяча фраза: треба бути начеку і не забувати про чеку.</w:t>
      </w:r>
    </w:p>
    <w:p>
      <w:r>
        <w:br/>
        <w:t>Зробили перефразовку.</w:t>
      </w:r>
    </w:p>
    <w:p>
      <w:r>
        <w:br/>
        <w:t>— Дискусія — це бути начеку, щоб не попасти в секретарську чеку.</w:t>
      </w:r>
    </w:p>
    <w:p>
      <w:r>
        <w:br/>
        <w:t>Товариш Жучок каже:</w:t>
      </w:r>
    </w:p>
    <w:p>
      <w:r>
        <w:br/>
        <w:t>— Сьогодні вечір дискусії!</w:t>
      </w:r>
    </w:p>
    <w:p>
      <w:r>
        <w:br/>
        <w:t>Ми:</w:t>
      </w:r>
    </w:p>
    <w:p>
      <w:r>
        <w:br/>
        <w:t>— О-ох! У печінках вона сидить! (Це, звичайно, не вголос).</w:t>
      </w:r>
    </w:p>
    <w:p>
      <w:r>
        <w:br/>
        <w:t>— Товаришу! Дайте мені на хвилину "Азбуку комунізма".</w:t>
      </w:r>
    </w:p>
    <w:p>
      <w:r>
        <w:br/>
        <w:t>— Ах, нє мєшайтє, товаріщ. От я і забил: как ето? Фу, чорт. Значіт, капіталізм імєєт трі прізнака: найомний труд... найомний труд... найомний труд...</w:t>
      </w:r>
    </w:p>
    <w:p>
      <w:r>
        <w:br/>
        <w:t>Хтось підказує:</w:t>
      </w:r>
    </w:p>
    <w:p>
      <w:r>
        <w:br/>
        <w:t>— Монополізація стредств проізводства. І...</w:t>
      </w:r>
    </w:p>
    <w:p>
      <w:r>
        <w:br/>
        <w:t>— І ідіте ви к чорту, сам прекрасно знаю.</w:t>
      </w:r>
    </w:p>
    <w:p>
      <w:r>
        <w:br/>
        <w:t>...А от на другім краю:</w:t>
      </w:r>
    </w:p>
    <w:p>
      <w:r>
        <w:br/>
        <w:t>— Комедія! Как все заволновалісь. Товаріщ Ларіков, неужелі ви нє волнуєтесь? Нє вєрю. Нє повєрю, чтоб ви всьо зналі. Це до одного з тих, що все знають:</w:t>
      </w:r>
    </w:p>
    <w:p>
      <w:r>
        <w:br/>
        <w:t>— Ну от, єслі ви всьо знаєте, скажіте: когда Тьєр разбіл велікую французскую комуну — в 71 ілі в 48 году. А? От скажіте.</w:t>
      </w:r>
    </w:p>
    <w:p>
      <w:r>
        <w:br/>
        <w:t>— А ви, товаріщ Молодочков, не хітрітє, нє випитивайтє, скажіте просто, что ви не знаєте. І тогда я вам скажу.</w:t>
      </w:r>
    </w:p>
    <w:p>
      <w:r>
        <w:br/>
        <w:t>Молодчіков червоніє, і я червонію, і багато з нас червоніє, бо більшість із нас — це ті, що нічого не знають, але цього ні в якім разі не скажуть.</w:t>
      </w:r>
    </w:p>
    <w:p>
      <w:r>
        <w:br/>
        <w:t>— Це ж дурниці — ці дискусії, наче ми шкільники.</w:t>
      </w:r>
    </w:p>
    <w:p>
      <w:r>
        <w:br/>
        <w:t>— І правда. На чорта це? Це ж буржуазна метода освіти. Не достає ще екзамена з інспектором. Іще чути:</w:t>
      </w:r>
    </w:p>
    <w:p>
      <w:r>
        <w:br/>
        <w:t>— Да, наконєц, дайте мнє на мінуту "Азбуку комунізма").</w:t>
      </w:r>
    </w:p>
    <w:p>
      <w:r>
        <w:br/>
        <w:t>— Фу, чорт, снова забил. Капіталізм імєєт трі прізнака: монополізація проізводства... монополізація проізводства...</w:t>
      </w:r>
    </w:p>
    <w:p>
      <w:r>
        <w:br/>
        <w:t>— От бачите, все ж одно не знаєте.</w:t>
      </w:r>
    </w:p>
    <w:p>
      <w:r>
        <w:br/>
        <w:t>— Ах, оставьтє мєня, товаріщ...</w:t>
      </w:r>
    </w:p>
    <w:p>
      <w:r>
        <w:br/>
        <w:t>Нарешті вечір.</w:t>
      </w:r>
    </w:p>
    <w:p>
      <w:r>
        <w:br/>
        <w:t>Так: за вікном, як і в інших моїх оповіданнях (не всіх),— громи гармат, а десь у травах, а потім на дорозі — кавалерія. Наша? Кажуть, не наша. А чия? Не знаю. Може, ворожа кавалерія, може, рейд.</w:t>
      </w:r>
    </w:p>
    <w:p>
      <w:r>
        <w:br/>
        <w:t>І хтось тихенько за травами — "може, завтра тут, де ми сидимо, будуть папірці, ганчірки й дух порожнечі, дух побігу, дух крови".</w:t>
      </w:r>
    </w:p>
    <w:p>
      <w:r>
        <w:br/>
        <w:t>Але те забувається.</w:t>
      </w:r>
    </w:p>
    <w:p>
      <w:r>
        <w:br/>
        <w:t>...Доповідач скінчив.</w:t>
      </w:r>
    </w:p>
    <w:p>
      <w:r>
        <w:br/>
        <w:t>Товариш Жучок:</w:t>
      </w:r>
    </w:p>
    <w:p>
      <w:r>
        <w:br/>
        <w:t>— Ну, товаришу Бойко, все-таки я нічого не зрозуміла. При чому тут діалектика, коли сказано історичний матеріялізм? Ви як думаєте?</w:t>
      </w:r>
    </w:p>
    <w:p>
      <w:r>
        <w:br/>
        <w:t>— Дозвольте, товаришу голова, я, собственно, слова не прохав.</w:t>
      </w:r>
    </w:p>
    <w:p>
      <w:r>
        <w:br/>
        <w:t>Товариш Жучок очі драконом:</w:t>
      </w:r>
    </w:p>
    <w:p>
      <w:r>
        <w:br/>
        <w:t>— Як голова нічого не дозволяю, а як товариш прошу вас сказати.</w:t>
      </w:r>
    </w:p>
    <w:p>
      <w:r>
        <w:br/>
        <w:t>Ми говорили, ми плутались (з нами іноді бувало навіть дурно). А все це називалось дискусія. Товариш Жучок казала:</w:t>
      </w:r>
    </w:p>
    <w:p>
      <w:r>
        <w:br/>
        <w:t>— Дзуськи! Не так. Ану ви, товаришу Молодчіков?</w:t>
      </w:r>
    </w:p>
    <w:p>
      <w:r>
        <w:br/>
        <w:t>Вона рішуче входила в роль педагога.</w:t>
      </w:r>
    </w:p>
    <w:p>
      <w:r>
        <w:br/>
        <w:t>А ми бісились, бо в нас було самолюбство. Ми обурювались на нашу бувшу кухарку, на сьогоднішнього секретаря ком'ячейки — на "кота в чоботях".</w:t>
      </w:r>
    </w:p>
    <w:p>
      <w:r>
        <w:br/>
        <w:t>...Потім вона бігала, метушилась, збирала жінок, улаштовувала жіночі зібрання, де говорили: про аборт, про кохання, про право куховарки (Ленін сказав).</w:t>
      </w:r>
    </w:p>
    <w:p>
      <w:r>
        <w:br/>
        <w:t>Кричали:</w:t>
      </w:r>
    </w:p>
    <w:p>
      <w:r>
        <w:br/>
        <w:t>— Геть сем'ю!</w:t>
      </w:r>
    </w:p>
    <w:p>
      <w:r>
        <w:br/>
        <w:t>— Хай живе холоста женщина!</w:t>
      </w:r>
    </w:p>
    <w:p>
      <w:r>
        <w:br/>
        <w:t>А для плодючої женщини казали:</w:t>
      </w:r>
    </w:p>
    <w:p>
      <w:r>
        <w:br/>
        <w:t>— Хай буде інтернат, хай будуть спільні прачешні й т. д., й т. інш.</w:t>
      </w:r>
    </w:p>
    <w:p>
      <w:r>
        <w:br/>
        <w:t>— ...Товаришу Жучок, можна двох любити?</w:t>
      </w:r>
    </w:p>
    <w:p>
      <w:r>
        <w:br/>
        <w:t>— Це залежить від того, як ви знаєте історичний матеріалізм. Я його погано знаю, а тому й "воздержуюсь".</w:t>
      </w:r>
    </w:p>
    <w:p>
      <w:r>
        <w:br/>
        <w:t>Так от —</w:t>
      </w:r>
    </w:p>
    <w:p>
      <w:r>
        <w:br/>
        <w:t>— багато я написав би ще про товариша Жучка, і це заняття вельми цікаве. Та, бачите, зараз пів на п'яту, і мені треба вже спішити на партзібрання, бо там —</w:t>
      </w:r>
    </w:p>
    <w:p>
      <w:r>
        <w:br/>
        <w:t>— товариш Жучок № 2, а це значить... проте коли ви партійний, то ви самі знаєте, що це значить.</w:t>
      </w:r>
    </w:p>
    <w:p>
      <w:r>
        <w:br/>
        <w:t>Вона написала так:</w:t>
      </w:r>
    </w:p>
    <w:p>
      <w:r>
        <w:br/>
        <w:t>"Товаришу Миколо (це до мене, Микола Хвильовий). Ви, здається, післязавтра будете вже в Таращанськім полку, а я зараз буду в резервній кінноті: там щось махновщина, треба поагітувати. Може, ніколи не побачимось, так я вас хочу попрохати: не гнівайтесь на мене за дискусію. Я знаю, у вас — самолюбство, але в нас — темнота. А поскільки диктатура наша... Словом, ви мене розумієте: нам треба за рік-два-три вирости не на вершок, а на весь сажень. З комуністичним привітом. Жучок".</w:t>
      </w:r>
    </w:p>
    <w:p>
      <w:r>
        <w:br/>
        <w:t>Але вона сьогодні не поїхала, і ми ще побачимось.</w:t>
      </w:r>
    </w:p>
    <w:p>
      <w:r>
        <w:br/>
        <w:t>Побачились от де.</w:t>
      </w:r>
    </w:p>
    <w:p>
      <w:r>
        <w:br/>
        <w:t>Уявіть — порожня школа, політвідділ. По кутках, на столах сплять. Це муралі революції. Частина з них поїде в полки, подиви, частина ще буде тут, а потім теж поїде в полки, в подиви.</w:t>
      </w:r>
    </w:p>
    <w:p>
      <w:r>
        <w:br/>
        <w:t>Це бурса революції.</w:t>
      </w:r>
    </w:p>
    <w:p>
      <w:r>
        <w:br/>
        <w:t>...Було зоряно, а потім стало темно — пройшли хмари.</w:t>
      </w:r>
    </w:p>
    <w:p>
      <w:r>
        <w:br/>
        <w:t>...Побігла мжичка.</w:t>
      </w:r>
    </w:p>
    <w:p>
      <w:r>
        <w:br/>
        <w:t>Мжичило, мжичило, і чогось було сумно тоді. Хотів скоріш заснути.</w:t>
      </w:r>
    </w:p>
    <w:p>
      <w:r>
        <w:br/>
        <w:t>Але в кутку часто підшморгували носом і не давали спати.</w:t>
      </w:r>
    </w:p>
    <w:p>
      <w:r>
        <w:br/>
        <w:t>— Товаришу, не мішайте спати!</w:t>
      </w:r>
    </w:p>
    <w:p>
      <w:r>
        <w:br/>
        <w:t>...Мовчанка.</w:t>
      </w:r>
    </w:p>
    <w:p>
      <w:r>
        <w:br/>
        <w:t>Мжичка тихо, одноманітно била у вікно. Хотілось, щоб не було мжички й не торохкотіли підводи: нагадували важку дорогу на Москву — іти на Москву, на північ від ворожих рейдів.</w:t>
      </w:r>
    </w:p>
    <w:p>
      <w:r>
        <w:br/>
        <w:t>— Товаришу, не мішайте спати.</w:t>
      </w:r>
    </w:p>
    <w:p>
      <w:r>
        <w:br/>
        <w:t>Мовчанка.</w:t>
      </w:r>
    </w:p>
    <w:p>
      <w:r>
        <w:br/>
        <w:t>...Ви, мабуть, уже знаєте, що то товариш Жучок підшморгувала.</w:t>
      </w:r>
    </w:p>
    <w:p>
      <w:r>
        <w:br/>
        <w:t>Вона підійшла до мене.</w:t>
      </w:r>
    </w:p>
    <w:p>
      <w:r>
        <w:br/>
        <w:t>— Ходімте!</w:t>
      </w:r>
    </w:p>
    <w:p>
      <w:r>
        <w:br/>
        <w:t>Я здивовано подивився на неї.</w:t>
      </w:r>
    </w:p>
    <w:p>
      <w:r>
        <w:br/>
        <w:t>...Вийшли на ґанок.</w:t>
      </w:r>
    </w:p>
    <w:p>
      <w:r>
        <w:br/>
        <w:t>Була одна сіра дорога в нічний степ, і була мжичка.</w:t>
      </w:r>
    </w:p>
    <w:p>
      <w:r>
        <w:br/>
        <w:t>— Ви плакали?</w:t>
      </w:r>
    </w:p>
    <w:p>
      <w:r>
        <w:br/>
        <w:t>— Так!..</w:t>
      </w:r>
    </w:p>
    <w:p>
      <w:r>
        <w:br/>
        <w:t>І засміялась:</w:t>
      </w:r>
    </w:p>
    <w:p>
      <w:r>
        <w:br/>
        <w:t>— Мені трішки соромно... знаєте... буває.</w:t>
      </w:r>
    </w:p>
    <w:p>
      <w:r>
        <w:br/>
        <w:t>І розказала.</w:t>
      </w:r>
    </w:p>
    <w:p>
      <w:r>
        <w:br/>
        <w:t>Тоді я взнав, що товариш Жучок, хоч і жучок, і "кіт у чоботях", але і їй буває сумно й буває не буває:</w:t>
      </w:r>
    </w:p>
    <w:p>
      <w:r>
        <w:br/>
        <w:t>— Дзуськи!</w:t>
      </w:r>
    </w:p>
    <w:p>
      <w:r>
        <w:br/>
        <w:t>Тоді мені кирпатенький носик розказав, що їй не 19, як ми думали, а цілих 25 літ, що в неї вже було байстря і це невеличке байстря —</w:t>
      </w:r>
    </w:p>
    <w:p>
      <w:r>
        <w:br/>
        <w:t>— повісив на ліхтарі козак.</w:t>
      </w:r>
    </w:p>
    <w:p>
      <w:r>
        <w:br/>
        <w:t>Це було на Далекім Сході, але це й тепер тяжко. Це було на Далекім Сході, коли вона пішла по дорозі за отрядом. А то була козача помста.</w:t>
      </w:r>
    </w:p>
    <w:p>
      <w:r>
        <w:br/>
        <w:t>...Я згадав сніговий степ.</w:t>
      </w:r>
    </w:p>
    <w:p>
      <w:r>
        <w:br/>
        <w:t>...Ішла мжичка.</w:t>
      </w:r>
    </w:p>
    <w:p>
      <w:r>
        <w:br/>
        <w:t>...Була одна сіра дорога й темні силуети будівель.</w:t>
      </w:r>
    </w:p>
    <w:p>
      <w:r>
        <w:br/>
        <w:t>А втім, це не диво, що дитину на ліхтарі повісили: було ще й не таке.</w:t>
      </w:r>
    </w:p>
    <w:p>
      <w:r>
        <w:br/>
        <w:t>Я не збираюсь у вас викликати сльозу.</w:t>
      </w:r>
    </w:p>
    <w:p>
      <w:r>
        <w:br/>
        <w:t>А от маленький подвиг — це без сумніву. А чий? —</w:t>
      </w:r>
    </w:p>
    <w:p>
      <w:r>
        <w:br/>
        <w:t>— Ви подумайте.</w:t>
      </w:r>
    </w:p>
    <w:p>
      <w:r>
        <w:br/>
        <w:t>...Товариш Жучок № 2,</w:t>
      </w:r>
    </w:p>
    <w:p>
      <w:r>
        <w:br/>
        <w:t>№ З,</w:t>
      </w:r>
    </w:p>
    <w:p>
      <w:r>
        <w:br/>
        <w:t>№ 4,</w:t>
      </w:r>
    </w:p>
    <w:p>
      <w:r>
        <w:br/>
        <w:t>і не знаю, ще скільки є.</w:t>
      </w:r>
    </w:p>
    <w:p>
      <w:r>
        <w:br/>
        <w:t>Товариш Жучок № 1 нема.</w:t>
      </w:r>
    </w:p>
    <w:p>
      <w:r>
        <w:br/>
        <w:t>Зник "кіт у чоботях" у глухих нетрях республіки.</w:t>
      </w:r>
    </w:p>
    <w:p>
      <w:r>
        <w:br/>
        <w:t>Зник товариш Жучок.</w:t>
      </w:r>
    </w:p>
    <w:p>
      <w:r>
        <w:br/>
        <w:t>...Ходить "кіт у чоботях" по бур'янах революції, носить соняшну вагу, щоб висушити болото, а яке — ви знаєте.</w:t>
      </w:r>
    </w:p>
    <w:p>
      <w:r>
        <w:br/>
        <w:t>Так:</w:t>
      </w:r>
    </w:p>
    <w:p>
      <w:r>
        <w:br/>
        <w:t>— піп охрестив Гапка (глухе слово, а от гаптувати — вишивати золотом або сріблом — це яскраво).</w:t>
      </w:r>
    </w:p>
    <w:p>
      <w:r>
        <w:br/>
        <w:t>Ми назвали —</w:t>
      </w:r>
    </w:p>
    <w:p>
      <w:r>
        <w:br/>
        <w:t>— товариш Жучок.</w:t>
      </w:r>
    </w:p>
    <w:p>
      <w:r>
        <w:br/>
        <w:t>А історія назве —</w:t>
      </w:r>
    </w:p>
    <w:p>
      <w:r>
        <w:br/>
        <w:t>— "кіт у чоботях".</w:t>
      </w:r>
    </w:p>
    <w:p>
      <w:r>
        <w:br/>
        <w:t>Кіт у чоботях — тип. Точка. Коротко. Ясно.</w:t>
      </w:r>
    </w:p>
    <w:p>
      <w:r>
        <w:br/>
        <w:t>Все.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у чоботях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