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мені не допоможуть вірші...</w:t>
      </w:r>
    </w:p>
    <w:p>
      <w:r>
        <w:br/>
        <w:t xml:space="preserve"> Коли мені не допоможуть вірші,&lt;br /&gt;</w:t>
        <w:br/>
        <w:t>То вже не допоможуть лікарі.&lt;br /&gt;</w:t>
        <w:br/>
        <w:t>У сни свої благословенні й віщі&lt;br /&gt;</w:t>
        <w:br/>
        <w:t>Я відійду самотньо на зорі.</w:t>
      </w:r>
    </w:p>
    <w:p>
      <w:r>
        <w:br/>
        <w:t>Тоді прийди, кохана, кроком тіні,&lt;br /&gt;</w:t>
        <w:br/>
        <w:t>Та серця ти за тим собі не рви,&lt;br /&gt;</w:t>
        <w:br/>
        <w:t>Що все життя віддав я Батьківщині,&lt;br /&gt;</w:t>
        <w:br/>
        <w:t>Тобі ж — пучок могильної трави.</w:t>
      </w:r>
    </w:p>
    <w:p>
      <w:r>
        <w:br/>
        <w:t>Я знаю, мила, це несправедливо,&lt;br /&gt;</w:t>
        <w:br/>
        <w:t>Та поділить інакше я не міг,&lt;br /&gt;</w:t>
        <w:br/>
        <w:t>Бо й ця трава так само — вічне диво,&lt;br /&gt;</w:t>
        <w:br/>
        <w:t>Як дивина найкращих днів моїх.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мені не допоможуть вірші...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