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Конкурс пісні</w:t>
      </w:r>
    </w:p>
    <w:p>
      <w:r>
        <w:br/>
        <w:t xml:space="preserve"> &lt;p&gt;— Діти,— сказала якось піонервожата.— Скоро в нашому таборі проводитиметься конкурс на краще виконання пісні, тож треба щось підготувати і нам.</w:t>
      </w:r>
    </w:p>
    <w:p>
      <w:r>
        <w:br/>
        <w:t>— Ну, це не важко,— відповів за всіх Митько.</w:t>
      </w:r>
    </w:p>
    <w:p>
      <w:r>
        <w:br/>
        <w:t>— Не важко просто так вийти і заспівати,— заперечила вожата.— А важко заспівати добре, та ще й цікаве щось придумати.</w:t>
      </w:r>
    </w:p>
    <w:p>
      <w:r>
        <w:br/>
        <w:t>— Придумаємо, — заспокоїв її Митько. — У нас навіть акордеоніст свій є,— і випхнув наперед Славка.</w:t>
      </w:r>
    </w:p>
    <w:p>
      <w:r>
        <w:br/>
        <w:t>Той миттю почервонів і запхикав:</w:t>
      </w:r>
    </w:p>
    <w:p>
      <w:r>
        <w:br/>
        <w:t>— Я так не можу... щоб іти і грати.,. Мені треба сидіти...</w:t>
      </w:r>
    </w:p>
    <w:p>
      <w:r>
        <w:br/>
        <w:t>— А ми тільки вийдемо на майданчик, а там, перед жюрі, ти й зможеш сісти,— пояснила Ірина Василівна.— Із своїм акордеоністом набагато краще.</w:t>
      </w:r>
    </w:p>
    <w:p>
      <w:r>
        <w:br/>
        <w:t>— Я боюсь,— заскиглив Славко.— Це така відповідальність... Я щось не те заграю.</w:t>
      </w:r>
    </w:p>
    <w:p>
      <w:r>
        <w:br/>
        <w:t>— Не бійся,— поплескав його по плечу Митько.— Подумаєш, одну пісню. Я за тобою й стілець винесу.</w:t>
      </w:r>
    </w:p>
    <w:p>
      <w:r>
        <w:br/>
        <w:t>— Ну от іще, стілець,— протягнув музика.— Всі з мене сміятимуться...</w:t>
      </w:r>
    </w:p>
    <w:p>
      <w:r>
        <w:br/>
        <w:t>Але тут кругом замахали руками, і Славко замовк. Що з нього візьмеш! Такий уже він боягуз і тюхтій!</w:t>
      </w:r>
    </w:p>
    <w:p>
      <w:r>
        <w:br/>
        <w:t>Вибрали пісню, а тоді гайнули до лісу і почали готуватись до огляду, щоб ніхто не бачив. Акордеон на перший раз не взяли. Славко стояв під деревом і грав на губах:</w:t>
      </w:r>
    </w:p>
    <w:p>
      <w:r>
        <w:br/>
        <w:t>— Та-та-та-ра ті-ті-рі...</w:t>
      </w:r>
    </w:p>
    <w:p>
      <w:r>
        <w:br/>
        <w:t>Ми виходили на галявину, робили поворот на дев’яносто градусів, обличчям до жюрі, й заводили пісню.</w:t>
      </w:r>
    </w:p>
    <w:p>
      <w:r>
        <w:br/>
        <w:t>— Що ж, на перший раз непогано,— похвалила нас вожата.— Давайте ось у цьому місці, де "Ми зростаємо дружними", всі чітко й гарно візьмемось за руки і ступнемо крок уперед.</w:t>
      </w:r>
    </w:p>
    <w:p>
      <w:r>
        <w:br/>
        <w:t>Сробували — теж вийшло добре.</w:t>
      </w:r>
    </w:p>
    <w:p>
      <w:r>
        <w:br/>
        <w:t>— А давайте,— тут Люська говорить,— у цьому місці ще й піраміду зробимо. А я нагорі ще й "ластівку".</w:t>
      </w:r>
    </w:p>
    <w:p>
      <w:r>
        <w:br/>
        <w:t>— А вийде? — вожата засумнівалась.</w:t>
      </w:r>
    </w:p>
    <w:p>
      <w:r>
        <w:br/>
        <w:t>— Вийде,— Наталка їй.— Люська балетом займалась, у неї вийде.</w:t>
      </w:r>
    </w:p>
    <w:p>
      <w:r>
        <w:br/>
        <w:t>— От давайте спробуємо,— Люська розходилась.— Дивіться, тут стануть Вовка, Сашко і Ґенка — от так, трохи присядьте. А сюди їм Юрко й Митько ноги поставлять.</w:t>
      </w:r>
    </w:p>
    <w:p>
      <w:r>
        <w:br/>
        <w:t>— Я не можу,— Митько каже.— Я стілець несу.</w:t>
      </w:r>
    </w:p>
    <w:p>
      <w:r>
        <w:br/>
        <w:t>— Ну, то хай Толик. О! Чудово! А я нагору — дивіться! А дівчатка отак, півколом.</w:t>
      </w:r>
    </w:p>
    <w:p>
      <w:r>
        <w:br/>
        <w:t>— Справді, ніби непогано,— погодилась Ірина Василівна.— Ану, спочатку...</w:t>
      </w:r>
    </w:p>
    <w:p>
      <w:r>
        <w:br/>
        <w:t>— Та-ра-ра,— заспівав Славко, ми вийшли на галявину і повторили все від початку до кінця.</w:t>
      </w:r>
    </w:p>
    <w:p>
      <w:r>
        <w:br/>
        <w:t>— Не вистачає, звичайно, чіткості і злагодженості,— сказала вожата,— але маємо ще тиждень попереду.</w:t>
      </w:r>
    </w:p>
    <w:p>
      <w:r>
        <w:br/>
        <w:t>Увесь тиждень ми ходили в ліс і там співали, і всім це дуже подобалося. Настав день огляду.</w:t>
      </w:r>
    </w:p>
    <w:p>
      <w:r>
        <w:br/>
        <w:t>— Знаєш що,— каже мені перед самим початком Митько,— понеси за мене стілець.</w:t>
      </w:r>
    </w:p>
    <w:p>
      <w:r>
        <w:br/>
        <w:t>— Так у тебе ж усе відпрацьовано, а я й не знаю, коли той стілець підсовувати.</w:t>
      </w:r>
    </w:p>
    <w:p>
      <w:r>
        <w:br/>
        <w:t>— То що, довго навчитися? Славко йде першим, ти трохи ззаду. Як усі проспівають "Ми зростаємо дружними", ти робиш крок убік і трохи вперед і ставиш стілець, а він на нього сідає. Одночасно з пірамідою. Зрозумів?</w:t>
      </w:r>
    </w:p>
    <w:p>
      <w:r>
        <w:br/>
        <w:t>— Зрозумів. А ти?</w:t>
      </w:r>
    </w:p>
    <w:p>
      <w:r>
        <w:br/>
        <w:t>— А я? — Митько засміявся.— Пам’ятаєш, Ірина Василівна сказала, що важко цікаве щось придумати. Так я вже придумав. І зовсім не важко. Е-ле-мен-тар-но! Пригадуєш, на відкриття табору вожаті влаштовували салют з ракет, що знизу за мотузку треба смикати. Так я одну таку ракету виміняв у хлопця з першого загону. Уявляєш?!</w:t>
      </w:r>
    </w:p>
    <w:p>
      <w:r>
        <w:br/>
        <w:t>У цей час заграла музика, і я побачив, що огляд уже почався. Наймолодший, восьмий, загін саме співав пісню про чайку, яка махає крилами. При цьому вони робили руками такі рухи, мовби хотіли полетіти. Потім у декого, мабуть, руки заболіли, і вони їх поопускали, а дехто продовжував махати. Коли вони теж притомились, то перші, відпочивши, почали махати знову з таким виглядом, ніби ось-ось помруть.</w:t>
      </w:r>
    </w:p>
    <w:p>
      <w:r>
        <w:br/>
        <w:t>— Сміхота,— сказав Юрко.— Хіба це можна порівняти з нашою пірамідою?</w:t>
      </w:r>
    </w:p>
    <w:p>
      <w:r>
        <w:br/>
        <w:t>Митько тільки крекнув, і я зрозумів: він ледь стримується, щоб не додати й собі щось.</w:t>
      </w:r>
    </w:p>
    <w:p>
      <w:r>
        <w:br/>
        <w:t>Та от підійшла наша черга. Митько метнувся кудись і повернувся з ракетою під сорочкою. Я відчув, що все це скінчиться, певно, трохи не так, як заплановано, але нічого не сказав. Загін тим часом уже вийшов на середину майданчика і повернувся обличчям до жюрі.</w:t>
      </w:r>
    </w:p>
    <w:p>
      <w:r>
        <w:br/>
        <w:t>— Три-чотири,— прошепотіла Ірина Василівна, і Славко взяв перший акорд.</w:t>
      </w:r>
    </w:p>
    <w:p>
      <w:r>
        <w:br/>
        <w:t>Ми зростаємо дружними,—</w:t>
      </w:r>
    </w:p>
    <w:p>
      <w:r>
        <w:br/>
        <w:t>чітко почали ми, але в цей час за нашими спинами щось голосно бахнуло і, зашипівши, полетіло вгору. Я побачив, як здригнулося жюрі і як видовжилось обличчя в нашої вожатої. Потім, озирнувшись, я побачив, що Люська на вершечку піраміди захиталась і вчепилась для рівноваги Юркові в волосся. Хлопець змахнув руками і вдарив по носі Толика. Толик вхопився за ніс правицею, що нею підтримував Люську, і вони всі втрьох упали додолу, підминаючи під себе хлопців, які стояли внизу.</w:t>
      </w:r>
    </w:p>
    <w:p>
      <w:r>
        <w:br/>
        <w:t>На мить запанувала непередбачена тиша, але акордеон грав далі, тож усі, хоч і з запізненням, але завзято підхопили:</w:t>
      </w:r>
    </w:p>
    <w:p>
      <w:r>
        <w:br/>
        <w:t>Сміливими і мужніми...</w:t>
      </w:r>
    </w:p>
    <w:p>
      <w:r>
        <w:br/>
        <w:t>Потім я згадав про Славка і поглянув туди, де мав знаходитись музика. Славко лежав у піску горілиць і, втупивши погляд у небо, зосереджено грав.</w:t>
      </w:r>
    </w:p>
    <w:p>
      <w:r>
        <w:br/>
        <w:t>Я зрозумів, що хлопець лежить через мене: адже він, як завжди, сів, не обертаючись, на стілець, якого я забув йому підсунути. Подумки картаючи себе за забудькуватість, я ледь ворушив губами і дививсь на Славка, коли почув крики: "Пожежа! Пожежа!"</w:t>
      </w:r>
    </w:p>
    <w:p>
      <w:r>
        <w:br/>
        <w:t>Всі побігли за кухню, де щось диміло, але побачили — ми там зовсім не потрібні. Просто то догорала ракета, щойно запущена Митьком, а від неї зайнялось якесь сміття. Наш кухар уже загасив вогонь, виливши на нього відро води, і ми всі повернулись на майданчик.</w:t>
      </w:r>
    </w:p>
    <w:p>
      <w:r>
        <w:br/>
        <w:t>Славко так і лежав на тому місці і все грав і грав. Я допоміг йому підвестись, посадив на стілець, і наш загін заспівав пісню ще раз, уже без піраміди.</w:t>
      </w:r>
    </w:p>
    <w:p>
      <w:r>
        <w:br/>
        <w:t>Та дарма: нам усе одно присудили останнє місце. Але що нас вразило, так це те, що Славкові, цьому тюхтію, боягузу і скиглію, дали спеціальний приз,— за те, що не розгубився, бо грав лежачи, і за мужність, бо не піддався паніці, коли загорілося сміття.</w:t>
      </w:r>
    </w:p>
    <w:p>
      <w:r>
        <w:br/>
        <w:t>А Славко ж сам мені потім зізнався, що не міг встати, бо його придавило акордеоном, і він ніяк, ну просто ніяк не в силі був з-під того акордеона вибратись.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 пісні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