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Концерт з Меркурія</w:t>
      </w:r>
    </w:p>
    <w:p>
      <w:r>
        <w:br/>
        <w:t xml:space="preserve"> Як віко скриню, ніч прикрила муравлисько міста,&lt;br /&gt;</w:t>
        <w:br/>
        <w:t>в долинах забуття ростуть гіркі мигдалі сну.&lt;br /&gt;</w:t>
        <w:br/>
        <w:t>На голови міщан злітають зорі, наче листя,&lt;br /&gt;</w:t>
        <w:br/>
        <w:t>у скорчах болю і багатства людський вир заснув.</w:t>
      </w:r>
    </w:p>
    <w:p>
      <w:r>
        <w:br/>
        <w:t>Бур'ян дахів, співуче зілля, міцний кущ – антени.&lt;br /&gt;</w:t>
        <w:br/>
        <w:t>На ніч сплітаються коханці, мов гарячий хміль.&lt;br /&gt;</w:t>
        <w:br/>
        <w:t>Червоні раки ламп повзуть по меблях і по стінах,&lt;br /&gt;</w:t>
        <w:br/>
        <w:t>холоне тіло в сні, душа гниє й сріблиться цвіль.</w:t>
      </w:r>
    </w:p>
    <w:p>
      <w:r>
        <w:br/>
        <w:t>Руда коханка в теплім ліжку і зоря в портфелі,&lt;br /&gt;</w:t>
        <w:br/>
        <w:t>старі перини, мокрі рожі і черва з книжок.&lt;br /&gt;</w:t>
        <w:br/>
        <w:t>В радіостанції натхненний спікер накладає&lt;br /&gt;</w:t>
        <w:br/>
        <w:t>на ночі грамофон холодний місяця кружок.</w:t>
      </w:r>
    </w:p>
    <w:p>
      <w:r>
        <w:br/>
        <w:t>20 травня 1935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Концерт з Меркурія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