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Корінфська наречена</w:t>
      </w:r>
    </w:p>
    <w:p>
      <w:r>
        <w:br/>
        <w:t xml:space="preserve"> До Корінфу хлопець вирушає&lt;br /&gt;</w:t>
        <w:br/>
        <w:t>Із Афін в дорогу нелегку;&lt;br /&gt;</w:t>
        <w:br/>
        <w:t>В місті тім нікого він не має,—&lt;br /&gt;</w:t>
        <w:br/>
        <w:t>Батько мав лиш друга в тім кутку,&lt;br /&gt;</w:t>
        <w:br/>
        <w:t>І вони колись&lt;br /&gt;</w:t>
        <w:br/>
        <w:t>Вірно поклялись&lt;br /&gt;</w:t>
        <w:br/>
        <w:t>Одружити сина і дочку.</w:t>
      </w:r>
    </w:p>
    <w:p>
      <w:r>
        <w:br/>
        <w:t>Але як він дружбу там здобуде&lt;br /&gt;</w:t>
        <w:br/>
        <w:t>І чи пустять в незнайомий дім?&lt;br /&gt;</w:t>
        <w:br/>
        <w:t>Та ж вони тепер хрещені люди&lt;br /&gt;</w:t>
        <w:br/>
        <w:t>Чи язичник личитиме їм!&lt;br /&gt;</w:t>
        <w:br/>
        <w:t>Адже там, де Бог&lt;br /&gt;</w:t>
        <w:br/>
        <w:t>Стане поміж двох,&lt;br /&gt;</w:t>
        <w:br/>
        <w:t>Навіть з братом сваришся своїм!</w:t>
      </w:r>
    </w:p>
    <w:p>
      <w:r>
        <w:br/>
        <w:t>В домі спить давно дочка єдина,&lt;br /&gt;</w:t>
        <w:br/>
        <w:t>Батько спить у тиші та теплі.&lt;br /&gt;</w:t>
        <w:br/>
        <w:t>Юнака стрічає господиня,&lt;br /&gt;</w:t>
        <w:br/>
        <w:t>Розігнавши зморшки на чолі,&lt;br /&gt;</w:t>
        <w:br/>
        <w:t>І густе вино,&lt;br /&gt;</w:t>
        <w:br/>
        <w:t>Сховане давно,&lt;br /&gt;</w:t>
        <w:br/>
        <w:t>Перед гостем ставить на столі.</w:t>
      </w:r>
    </w:p>
    <w:p>
      <w:r>
        <w:br/>
        <w:t>Мати ночі доброї бажає.&lt;br /&gt;</w:t>
        <w:br/>
        <w:t>В домі пізня тиша настає.&lt;br /&gt;</w:t>
        <w:br/>
        <w:t>Гість півсонний, стомлений безкрає,&lt;br /&gt;</w:t>
        <w:br/>
        <w:t>В тепле ліжко падає своє,—&lt;br /&gt;</w:t>
        <w:br/>
        <w:t>Він не п'є й не їсть.&lt;br /&gt;</w:t>
        <w:br/>
        <w:t>Раптом — інший гість&lt;br /&gt;</w:t>
        <w:br/>
        <w:t>У відкритих дверях постає.</w:t>
      </w:r>
    </w:p>
    <w:p>
      <w:r>
        <w:br/>
        <w:t>В покривалі білому в покої&lt;br /&gt;</w:t>
        <w:br/>
        <w:t>Входить діва зовсім молода,&lt;br /&gt;</w:t>
        <w:br/>
        <w:t>Навкруги коси її густої&lt;br /&gt;</w:t>
        <w:br/>
        <w:t>Сяє стрічка ясно-золота.&lt;br /&gt;</w:t>
        <w:br/>
        <w:t>До свого чола&lt;br /&gt;</w:t>
        <w:br/>
        <w:t>Руку підвела,&lt;br /&gt;</w:t>
        <w:br/>
        <w:t>Полохливо погляд одверта.</w:t>
      </w:r>
    </w:p>
    <w:p>
      <w:r>
        <w:br/>
        <w:t>"Певне, я чужа уже в родині,—&lt;br /&gt;</w:t>
        <w:br/>
        <w:t>Неспокійно думає вона,—&lt;br /&gt;</w:t>
        <w:br/>
        <w:t>Що не відала про гостя нині&lt;br /&gt;</w:t>
        <w:br/>
        <w:t>І стою пристижена й сумна.&lt;br /&gt;</w:t>
        <w:br/>
        <w:t>Спи спокійно ти,&lt;br /&gt;</w:t>
        <w:br/>
        <w:t>Я ж піду туди,&lt;br /&gt;</w:t>
        <w:br/>
        <w:t>Де відлюдно мучуся одна".</w:t>
      </w:r>
    </w:p>
    <w:p>
      <w:r>
        <w:br/>
        <w:t>"Зупинись! — юнак гукає лунко,—&lt;br /&gt;</w:t>
        <w:br/>
        <w:t>Залишись до ранньої зорі.&lt;br /&gt;</w:t>
        <w:br/>
        <w:t>Ось Церери й Вакхові дарунки,&lt;br /&gt;</w:t>
        <w:br/>
        <w:t>Ти ж несеш Амурові дари.&lt;br /&gt;</w:t>
        <w:br/>
        <w:t>Будемо і ми,&lt;br /&gt;</w:t>
        <w:br/>
        <w:t>Як боги сами,&lt;br /&gt;</w:t>
        <w:br/>
        <w:t>В ніч оцю щасливі до пори".</w:t>
      </w:r>
    </w:p>
    <w:p>
      <w:r>
        <w:br/>
        <w:t>"Не підходь, бо радості земної&lt;br /&gt;</w:t>
        <w:br/>
        <w:t>Не судилось скуштувати нам.&lt;br /&gt;</w:t>
        <w:br/>
        <w:t>Вірна клятві матері старої,&lt;br /&gt;</w:t>
        <w:br/>
        <w:t>Я себе любові не віддам.&lt;br /&gt;</w:t>
        <w:br/>
        <w:t>Відтоді таю&lt;br /&gt;</w:t>
        <w:br/>
        <w:t>Я красу свою&lt;br /&gt;</w:t>
        <w:br/>
        <w:t>І віддам її я небесам.</w:t>
      </w:r>
    </w:p>
    <w:p>
      <w:r>
        <w:br/>
        <w:t>Вже старих богів шумливий образ&lt;br /&gt;</w:t>
        <w:br/>
        <w:t>Залишив цей спорожнілий дім,&lt;br /&gt;</w:t>
        <w:br/>
        <w:t>І постав хреста над нами обрис&lt;br /&gt;</w:t>
        <w:br/>
        <w:t>І Господь розіп'ятий на нім.&lt;br /&gt;</w:t>
        <w:br/>
        <w:t>Тут жертовний чад&lt;br /&gt;</w:t>
        <w:br/>
        <w:t>Не прийма ягнят,&lt;br /&gt;</w:t>
        <w:br/>
        <w:t>Та людей — числа немає їм!"</w:t>
      </w:r>
    </w:p>
    <w:p>
      <w:r>
        <w:br/>
        <w:t>І говорить він до неї слово,&lt;br /&gt;</w:t>
        <w:br/>
        <w:t>Та чомусь не чує власних слів.&lt;br /&gt;</w:t>
        <w:br/>
        <w:t>"Чи можливо, щоб отак раптово&lt;br /&gt;</w:t>
        <w:br/>
        <w:t>Діву наречену я зустрів?&lt;br /&gt;</w:t>
        <w:br/>
        <w:t>Люба, залитись!&lt;br /&gt;</w:t>
        <w:br/>
        <w:t>Адже це збулись&lt;br /&gt;</w:t>
        <w:br/>
        <w:t>Клятви наших здружених батьків!"</w:t>
      </w:r>
    </w:p>
    <w:p>
      <w:r>
        <w:br/>
        <w:t>"Ти мене не клич, о друже милий,&lt;br /&gt;</w:t>
        <w:br/>
        <w:t>Ти неси сестрі літа свої.&lt;br /&gt;</w:t>
        <w:br/>
        <w:t>Та любов до мене щиру вилий,&lt;br /&gt;</w:t>
        <w:br/>
        <w:t>Палко обіймаючи її!&lt;br /&gt;</w:t>
        <w:br/>
        <w:t>Я ж піду туди,&lt;br /&gt;</w:t>
        <w:br/>
        <w:t>Де мене не жди,&lt;br /&gt;</w:t>
        <w:br/>
        <w:t>Скоро я покину ці краї".</w:t>
      </w:r>
    </w:p>
    <w:p>
      <w:r>
        <w:br/>
        <w:t>"Клятви нас єднає вічна сила&lt;br /&gt;</w:t>
        <w:br/>
        <w:t>І Гімена — полум'ям своїм.&lt;br /&gt;</w:t>
        <w:br/>
        <w:t>Радості в мені ти не згубила,&lt;br /&gt;</w:t>
        <w:br/>
        <w:t>Для життя ми підем в батьків дім.&lt;br /&gt;</w:t>
        <w:br/>
        <w:t>О, звільнись від пут!&lt;br /&gt;</w:t>
        <w:br/>
        <w:t>Ми неждано тут&lt;br /&gt;</w:t>
        <w:br/>
        <w:t>Шлюбну клятву тайно сотворім".</w:t>
      </w:r>
    </w:p>
    <w:p>
      <w:r>
        <w:br/>
        <w:t>І вони міняються дарами:&lt;br /&gt;</w:t>
        <w:br/>
        <w:t>Золотий ланцюг вона дає,&lt;br /&gt;</w:t>
        <w:br/>
        <w:t>Він — коштовну чашу з малюнками&lt;br /&gt;</w:t>
        <w:br/>
        <w:t>В дар своїй коханій дістає.&lt;br /&gt;</w:t>
        <w:br/>
        <w:t>"Не для мене, ні,&lt;br /&gt;</w:t>
        <w:br/>
        <w:t>Ці дари земні,&lt;br /&gt;</w:t>
        <w:br/>
        <w:t>Краще ти волосся дай своє".</w:t>
      </w:r>
    </w:p>
    <w:p>
      <w:r>
        <w:br/>
        <w:t>Північ б'є з-над замкненої брами —&lt;br /&gt;</w:t>
        <w:br/>
        <w:t>В дівчині кохання не умре.&lt;br /&gt;</w:t>
        <w:br/>
        <w:t>І вона поблідлими устами&lt;br /&gt;</w:t>
        <w:br/>
        <w:t>П'є вино хвилююче старе.&lt;br /&gt;</w:t>
        <w:br/>
        <w:t>Сповнений надій,&lt;br /&gt;</w:t>
        <w:br/>
        <w:t>Хліб дає він їй,&lt;br /&gt;</w:t>
        <w:br/>
        <w:t>Та вона ні крихти не бере.</w:t>
      </w:r>
    </w:p>
    <w:p>
      <w:r>
        <w:br/>
        <w:t>Келих йому дівчина підносить,&lt;br /&gt;</w:t>
        <w:br/>
        <w:t>Той, з якого випила сама,&lt;br /&gt;</w:t>
        <w:br/>
        <w:t>Але як любові він не просить,—&lt;br /&gt;</w:t>
        <w:br/>
        <w:t>Все перечить, мовчки, як німа.&lt;br /&gt;</w:t>
        <w:br/>
        <w:t>І в нестямі він&lt;br /&gt;</w:t>
        <w:br/>
        <w:t>До її колін&lt;br /&gt;</w:t>
        <w:br/>
        <w:t>Падає, бо сил уже нема.</w:t>
      </w:r>
    </w:p>
    <w:p>
      <w:r>
        <w:br/>
        <w:t>І вона схиляється несміло:&lt;br /&gt;</w:t>
        <w:br/>
        <w:t>"Хоч огонь палає у серцях,&lt;br /&gt;</w:t>
        <w:br/>
        <w:t>Та коли мого торкнешся тіла,&lt;br /&gt;</w:t>
        <w:br/>
        <w:t>Неземний тебе охопить жах:&lt;br /&gt;</w:t>
        <w:br/>
        <w:t>Я немов той лід,&lt;br /&gt;</w:t>
        <w:br/>
        <w:t>Вид смертельно зблід,—&lt;br /&gt;</w:t>
        <w:br/>
        <w:t>Не зігріюсь я в твоїх руках".</w:t>
      </w:r>
    </w:p>
    <w:p>
      <w:r>
        <w:br/>
        <w:t>Та руками юними щосили&lt;br /&gt;</w:t>
        <w:br/>
        <w:t>Він її схвильовано обвив.&lt;br /&gt;</w:t>
        <w:br/>
        <w:t>"Вийшла б ти з глибокої могили,—&lt;br /&gt;</w:t>
        <w:br/>
        <w:t>Я б тебе однаково зігрів.&lt;br /&gt;</w:t>
        <w:br/>
        <w:t>Чи в душі твоїй&lt;br /&gt;</w:t>
        <w:br/>
        <w:t>Поцілунок мій&lt;br /&gt;</w:t>
        <w:br/>
        <w:t>Полум'я збудити б не зумів!"</w:t>
      </w:r>
    </w:p>
    <w:p>
      <w:r>
        <w:br/>
        <w:t>Їх любов полонить і єднає&lt;br /&gt;</w:t>
        <w:br/>
        <w:t>Почуттям гарячим і міцним,&lt;br /&gt;</w:t>
        <w:br/>
        <w:t>Щастя невгасиме та безкрає&lt;br /&gt;</w:t>
        <w:br/>
        <w:t>Пізнають вони в огні п'янкім.&lt;br /&gt;</w:t>
        <w:br/>
        <w:t>Тільки хоч любов&lt;br /&gt;</w:t>
        <w:br/>
        <w:t>Їх збудила кров,&lt;br /&gt;</w:t>
        <w:br/>
        <w:t>Але серце в спокої яснім.</w:t>
      </w:r>
    </w:p>
    <w:p>
      <w:r>
        <w:br/>
        <w:t>Та проходить за дверима мати&lt;br /&gt;</w:t>
        <w:br/>
        <w:t>В пізній час у чорному вбранні,&lt;br /&gt;</w:t>
        <w:br/>
        <w:t>Чує — дивні гомони з кімнати&lt;br /&gt;</w:t>
        <w:br/>
        <w:t>І слова чиїсь неголосні,&lt;br /&gt;</w:t>
        <w:br/>
        <w:t>Ледве чутний звук&lt;br /&gt;</w:t>
        <w:br/>
        <w:t>Невимовних мук&lt;br /&gt;</w:t>
        <w:br/>
        <w:t>І любовний шепіт, мов у сні.</w:t>
      </w:r>
    </w:p>
    <w:p>
      <w:r>
        <w:br/>
        <w:t>І стара спиняється, незрима,&lt;br /&gt;</w:t>
        <w:br/>
        <w:t>Слухаючи гомін перемов,&lt;br /&gt;</w:t>
        <w:br/>
        <w:t>Докори і клятви за дверима,&lt;br /&gt;</w:t>
        <w:br/>
        <w:t>Пристрасні благання про любов.&lt;br /&gt;</w:t>
        <w:br/>
        <w:t>"Завтра в цей же час&lt;br /&gt;</w:t>
        <w:br/>
        <w:t>Ніч зустріне нас.&lt;br /&gt;</w:t>
        <w:br/>
        <w:t>Жду тебе!" І поцілунки знов.</w:t>
      </w:r>
    </w:p>
    <w:p>
      <w:r>
        <w:br/>
        <w:t>Мати дістає ключі знайомі,&lt;br /&gt;</w:t>
        <w:br/>
        <w:t>В хвилюванні аж тремтить рука.&lt;br /&gt;</w:t>
        <w:br/>
        <w:t>"Звідки тут взялася дівка в домі,&lt;br /&gt;</w:t>
        <w:br/>
        <w:t>Що в обійми йде до чужака?!"&lt;br /&gt;</w:t>
        <w:br/>
        <w:t>За свічу мерщій,&lt;br /&gt;</w:t>
        <w:br/>
        <w:t>Світить в очі їй,&lt;br /&gt;</w:t>
        <w:br/>
        <w:t>Бачить — Боже! — то її дочка!</w:t>
      </w:r>
    </w:p>
    <w:p>
      <w:r>
        <w:br/>
        <w:t>Знявши килим, захистити хоче&lt;br /&gt;</w:t>
        <w:br/>
        <w:t>Юні груди зляканий юнак,&lt;br /&gt;</w:t>
        <w:br/>
        <w:t>Шарф на тіло кидає дівоче,&lt;br /&gt;</w:t>
        <w:br/>
        <w:t>Та вона, йому подавши знак,&lt;br /&gt;</w:t>
        <w:br/>
        <w:t>З ложа тут, як є,&lt;br /&gt;</w:t>
        <w:br/>
        <w:t>Владно устає&lt;br /&gt;</w:t>
        <w:br/>
        <w:t>І в погорді промовляє так:</w:t>
      </w:r>
    </w:p>
    <w:p>
      <w:r>
        <w:br/>
        <w:t>"Мамо, мамо! Нащо так вороже&lt;br /&gt;</w:t>
        <w:br/>
        <w:t>Рідна мати геть мене жене&lt;br /&gt;</w:t>
        <w:br/>
        <w:t>З теплого і затишного ложа?&lt;br /&gt;</w:t>
        <w:br/>
        <w:t>Чи відчай вигнанницю мине!&lt;br /&gt;</w:t>
        <w:br/>
        <w:t>Чи не досить з вас,&lt;br /&gt;</w:t>
        <w:br/>
        <w:t>Що на вічний час&lt;br /&gt;</w:t>
        <w:br/>
        <w:t>Ви в труну спровадили мене?</w:t>
      </w:r>
    </w:p>
    <w:p>
      <w:r>
        <w:br/>
        <w:t>Навіть з тісноти і тьми могили&lt;br /&gt;</w:t>
        <w:br/>
        <w:t>Воліє юнацька правота,&lt;br /&gt;</w:t>
        <w:br/>
        <w:t>Марно піп співатиме щосили,&lt;br /&gt;</w:t>
        <w:br/>
        <w:t>Марна клятви вашої мета;&lt;br /&gt;</w:t>
        <w:br/>
        <w:t>Ні вода, ні сіль&lt;br /&gt;</w:t>
        <w:br/>
        <w:t>Не уб'ють мій біль,&lt;br /&gt;</w:t>
        <w:br/>
        <w:t>Ні гарячу пристрасть, ні літа.</w:t>
      </w:r>
    </w:p>
    <w:p>
      <w:r>
        <w:br/>
        <w:t>Цей юнак з дитинства золотого&lt;br /&gt;</w:t>
        <w:br/>
        <w:t>Жде моєї вірної руки,&lt;br /&gt;</w:t>
        <w:br/>
        <w:t>Ви ж зломили клятву проти нього&lt;br /&gt;</w:t>
        <w:br/>
        <w:t>Лиш новітній вірі завдяки.&lt;br /&gt;</w:t>
        <w:br/>
        <w:t>Бог не чув, коли&lt;br /&gt;</w:t>
        <w:br/>
        <w:t>Клятву ви дали&lt;br /&gt;</w:t>
        <w:br/>
        <w:t>Проти щастя рідної дочки!</w:t>
      </w:r>
    </w:p>
    <w:p>
      <w:r>
        <w:br/>
        <w:t>З небуття мене прогнала стужа,&lt;br /&gt;</w:t>
        <w:br/>
        <w:t>Щоб тепло знайшла я в світі знов,&lt;br /&gt;</w:t>
        <w:br/>
        <w:t>Щоб любити втраченого мужа,&lt;br /&gt;</w:t>
        <w:br/>
        <w:t>Пити з серця виточену кров.&lt;br /&gt;</w:t>
        <w:br/>
        <w:t>І любов без меж&lt;br /&gt;</w:t>
        <w:br/>
        <w:t>В серці інших теж&lt;br /&gt;</w:t>
        <w:br/>
        <w:t>Збудять наша мука і любов.</w:t>
      </w:r>
    </w:p>
    <w:p>
      <w:r>
        <w:br/>
        <w:t>Любий мій, не збудеться надія —&lt;br /&gt;</w:t>
        <w:br/>
        <w:t>В рідний дім твій не піду я, ні!&lt;br /&gt;</w:t>
        <w:br/>
        <w:t>Ланцюга свого дала тобі я,&lt;br /&gt;</w:t>
        <w:br/>
        <w:t>Ти волосся дав своє мені —&lt;br /&gt;</w:t>
        <w:br/>
        <w:t>Подивись, яке&lt;br /&gt;</w:t>
        <w:br/>
        <w:t>Темне і м'яке:&lt;br /&gt;</w:t>
        <w:br/>
        <w:t>Вік йому біліти в сивині.</w:t>
      </w:r>
    </w:p>
    <w:p>
      <w:r>
        <w:br/>
        <w:t>Мамо, ось одне моє прохання:&lt;br /&gt;</w:t>
        <w:br/>
        <w:t>Хай нам ватру пишну розкладуть —&lt;br /&gt;</w:t>
        <w:br/>
        <w:t>В ній любов не перша й не остання&lt;br /&gt;</w:t>
        <w:br/>
        <w:t>З темноти до світла знайде путь.&lt;br /&gt;</w:t>
        <w:br/>
        <w:t>Так із диму тьми&lt;br /&gt;</w:t>
        <w:br/>
        <w:t>Прийдем в іскрах ми&lt;br /&gt;</w:t>
        <w:br/>
        <w:t>До богів старих, що ще живуть!"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Корінфська наречена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