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Космічна станція</w:t>
      </w:r>
    </w:p>
    <w:p>
      <w:r>
        <w:br/>
        <w:t xml:space="preserve"> Ох же і рух на космічній станції!&lt;br /&gt;</w:t>
        <w:br/>
        <w:t>І на далекі, й на ближні дистанції&lt;br /&gt;</w:t>
        <w:br/>
        <w:t>Звідси ведуть міжпланетні пілоти&lt;br /&gt;</w:t>
        <w:br/>
        <w:t>То зореходи,&lt;br /&gt;</w:t>
        <w:br/>
        <w:t>То космольоти —&lt;br /&gt;</w:t>
        <w:br/>
        <w:t>Гарні машини, статурні.</w:t>
      </w:r>
    </w:p>
    <w:p>
      <w:r>
        <w:br/>
        <w:t>По радіофону гука черговий:&lt;br /&gt;</w:t>
        <w:br/>
        <w:t>"Зараз посадка на кільцевий;&lt;br /&gt;</w:t>
        <w:br/>
        <w:t>Перший причал — на Сатурні".&lt;br /&gt;</w:t>
        <w:br/>
        <w:t>Знову об'ява:&lt;br /&gt;</w:t>
        <w:br/>
        <w:t>"Кому на Юпітер,&lt;br /&gt;</w:t>
        <w:br/>
        <w:t>Просимо сорок хвилин потерпіти".</w:t>
      </w:r>
    </w:p>
    <w:p>
      <w:r>
        <w:br/>
        <w:t>Публіка ремствує:&lt;br /&gt;</w:t>
        <w:br/>
        <w:t>"Ну і вояж!&lt;br /&gt;</w:t>
        <w:br/>
        <w:t>Не космостанція — розгардіяш!"&lt;br /&gt;</w:t>
        <w:br/>
        <w:t>"Я на Плутон на побачення спізнююсь,&lt;br /&gt;</w:t>
        <w:br/>
        <w:t>Мушу сидіть тут без толку..."&lt;br /&gt;</w:t>
        <w:br/>
        <w:t>"У мене горить вигідний бізнес,&lt;br /&gt;</w:t>
        <w:br/>
        <w:t>А з кого брать неустойку?"&lt;br /&gt;</w:t>
        <w:br/>
        <w:t>А онде двоє молодят&lt;br /&gt;</w:t>
        <w:br/>
        <w:t>У залі чекання в куточку сидять.&lt;br /&gt;</w:t>
        <w:br/>
        <w:t>Вони відбувають весільну подорож —&lt;br /&gt;</w:t>
        <w:br/>
        <w:t>Треба ж об'їхать всіх тьоть і дядь.&lt;br /&gt;</w:t>
        <w:br/>
        <w:t>Десь на периферійній планетці&lt;br /&gt;</w:t>
        <w:br/>
        <w:t>Галактики, хто його зна которої,&lt;br /&gt;</w:t>
        <w:br/>
        <w:t>Ще є в них родичка — бабка здається,—&lt;br /&gt;</w:t>
        <w:br/>
        <w:t>Працює швейцаром в обсерваторії.</w:t>
      </w:r>
    </w:p>
    <w:p>
      <w:r>
        <w:br/>
        <w:t>А ось книгар —&lt;br /&gt;</w:t>
        <w:br/>
        <w:t>Старий бородань,&lt;br /&gt;</w:t>
        <w:br/>
        <w:t>Проте меткий клопотун:&lt;br /&gt;</w:t>
        <w:br/>
        <w:t>Він хоче пункт передплатних видань&lt;br /&gt;</w:t>
        <w:br/>
        <w:t>Відкрить на планеті Нептун.&lt;br /&gt;</w:t>
        <w:br/>
        <w:t>Ось дівчина-швачка&lt;br /&gt;</w:t>
        <w:br/>
        <w:t>Летить на Венеру —&lt;br /&gt;</w:t>
        <w:br/>
        <w:t>Освоїть нову вишивальну манеру,&lt;br /&gt;</w:t>
        <w:br/>
        <w:t>Її наречений&lt;br /&gt;</w:t>
        <w:br/>
        <w:t>На службу найнявсь&lt;br /&gt;</w:t>
        <w:br/>
        <w:t>В тоталізатор десь аж на Марс.&lt;br /&gt;</w:t>
        <w:br/>
        <w:t>Хлопцеві є над чим, певно, замислиться,&lt;br /&gt;</w:t>
        <w:br/>
        <w:t>Стоїть і замріяно мружиться:&lt;br /&gt;</w:t>
        <w:br/>
        <w:t>За рік має з нею зустрітись на Місяці,&lt;br /&gt;</w:t>
        <w:br/>
        <w:t>Як грошей зароблять,—&lt;br /&gt;</w:t>
        <w:br/>
        <w:t>Одружаться.</w:t>
      </w:r>
    </w:p>
    <w:p>
      <w:r>
        <w:br/>
        <w:t>Скрізь у кіосках маса газет&lt;br /&gt;</w:t>
        <w:br/>
        <w:t>З різних сузір'їв, різних планет:&lt;br /&gt;</w:t>
        <w:br/>
        <w:t>"Волосожарщина",&lt;br /&gt;</w:t>
        <w:br/>
        <w:t>"Голос Урана",&lt;br /&gt;</w:t>
        <w:br/>
        <w:t>"Останні вісті Альдебарана",&lt;br /&gt;</w:t>
        <w:br/>
        <w:t>"Нові Плеяди",&lt;br /&gt;</w:t>
        <w:br/>
        <w:t>"Вогні Козерога",&lt;br /&gt;</w:t>
        <w:br/>
        <w:t>"Вечірня Чумацька Дорога".&lt;br /&gt;</w:t>
        <w:br/>
        <w:t>Шикарні шрифти, оформлення ловке...&lt;br /&gt;</w:t>
        <w:br/>
        <w:t>Киньмо очима на заголовки:&lt;br /&gt;</w:t>
        <w:br/>
        <w:t>"В футбольнім матчі на першість системи&lt;br /&gt;</w:t>
        <w:br/>
        <w:t>Сіріус впевнено виграв у Гемми".</w:t>
      </w:r>
    </w:p>
    <w:p>
      <w:r>
        <w:br/>
        <w:t>"Кризові явища на Волопасі —&lt;br /&gt;</w:t>
        <w:br/>
        <w:t>Банки не мають валюти в запасі".&lt;br /&gt;</w:t>
        <w:br/>
        <w:t>"Новий телеатракціон На сузір'ї Оріон".&lt;br /&gt;</w:t>
        <w:br/>
        <w:t>"Де ж вісті з Землі?" —&lt;br /&gt;</w:t>
        <w:br/>
        <w:t>Шукають земляни.&lt;br /&gt;</w:t>
        <w:br/>
        <w:t>Нехай на останню сторінку хто гляне.&lt;br /&gt;</w:t>
        <w:br/>
        <w:t>На самім низу дрібненьким мачком&lt;br /&gt;</w:t>
        <w:br/>
        <w:t>Коротка замітка, рядків чотири:&lt;br /&gt;</w:t>
        <w:br/>
        <w:t>"У Римі й досі&lt;br /&gt;</w:t>
        <w:br/>
        <w:t>Сутужно з житлом,&lt;br /&gt;</w:t>
        <w:br/>
        <w:t>Сто тисяч родин&lt;br /&gt;</w:t>
        <w:br/>
        <w:t>Не мають квартири".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Космічна станція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