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</w:t>
      </w:r>
    </w:p>
    <w:p>
      <w:r>
        <w:br/>
        <w:t xml:space="preserve"> (Новорічна казка)</w:t>
      </w:r>
    </w:p>
    <w:p>
      <w:r>
        <w:br/>
        <w:t>Через ліс-переліс,&lt;br /&gt;</w:t>
        <w:br/>
        <w:t>через море навкіс&lt;br /&gt;</w:t>
        <w:br/>
        <w:t>Новий рік для людей подарунки ніс:&lt;br /&gt;</w:t>
        <w:br/>
        <w:t>Кому — шапку смушеву,&lt;br /&gt;</w:t>
        <w:br/>
        <w:t>кому — люльку дешеву,&lt;br /&gt;</w:t>
        <w:br/>
        <w:t>Кому — модерні кастети,&lt;br /&gt;</w:t>
        <w:br/>
        <w:t>кому — фотонні ракети,&lt;br /&gt;</w:t>
        <w:br/>
        <w:t>Кому — солі до бараболі,&lt;br /&gt;</w:t>
        <w:br/>
        <w:t>кому — три снопи вітру в полі,&lt;br /&gt;</w:t>
        <w:br/>
        <w:t>Кому — пушок на рило,&lt;br /&gt;</w:t>
        <w:br/>
        <w:t>а дядькові Кирилові — крила.</w:t>
      </w:r>
    </w:p>
    <w:p>
      <w:r>
        <w:br/>
        <w:t>Був день як день, і раптом — непорядок,&lt;br /&gt;</w:t>
        <w:br/>
        <w:t>Куфайку з-під лопаток як ножем прошило.&lt;br /&gt;</w:t>
        <w:br/>
        <w:t>Пробивши вату, заряхтіли радо,&lt;br /&gt;</w:t>
        <w:br/>
        <w:t>На сонці закипіли сині крила.&lt;br /&gt;</w:t>
        <w:br/>
        <w:t>Голодні небом, випростались туго,&lt;br /&gt;</w:t>
        <w:br/>
        <w:t>Ковтали з неба синє мерехтіння,&lt;br /&gt;</w:t>
        <w:br/>
        <w:t>А в дядька в серпі — туга,&lt;br /&gt;</w:t>
        <w:br/>
        <w:t>А в дядька в серці — тіні.&lt;br /&gt;</w:t>
        <w:br/>
        <w:t>(Кому — долю багряну,&lt;br /&gt;</w:t>
        <w:br/>
        <w:t>кому — сонце з туману,&lt;br /&gt;</w:t>
        <w:br/>
        <w:t>Кому — перса дівочі,&lt;br /&gt;</w:t>
        <w:br/>
        <w:t>кому — смерть серед ночі,&lt;br /&gt;</w:t>
        <w:br/>
        <w:t>Щоб тебе доля побила,&lt;br /&gt;</w:t>
        <w:br/>
        <w:t>а Кирилові, прости Господи,-&lt;br /&gt;</w:t>
        <w:br/>
        <w:t>крила).</w:t>
      </w:r>
    </w:p>
    <w:p>
      <w:r>
        <w:br/>
        <w:t>Жінка голосила: "Люди як люди.&lt;br /&gt;</w:t>
        <w:br/>
        <w:t>їм доля маслом губи змастила.&lt;br /&gt;</w:t>
        <w:br/>
        <w:t>Кому — валянки,&lt;br /&gt;</w:t>
        <w:br/>
        <w:t>кому — мед од простуди,&lt;br /&gt;</w:t>
        <w:br/>
        <w:t>Кому — жом у господу,&lt;br /&gt;</w:t>
        <w:br/>
        <w:t>а цьому гаспиду,&lt;br /&gt;</w:t>
        <w:br/>
        <w:t>прости Господи,— крила?!"</w:t>
      </w:r>
    </w:p>
    <w:p>
      <w:r>
        <w:br/>
        <w:t>Так Кирило до тями брів,&lt;br /&gt;</w:t>
        <w:br/>
        <w:t>І, щоб мати якусь свободу,&lt;br /&gt;</w:t>
        <w:br/>
        <w:t>Сокиру бруском задобрив,&lt;br /&gt;</w:t>
        <w:br/>
        <w:t>І крила обтяв об колоду.&lt;br /&gt;</w:t>
        <w:br/>
        <w:t>Та коли захлинались сичі,&lt;br /&gt;</w:t>
        <w:br/>
        <w:t>Насміхалися зорі з Кирила,&lt;br /&gt;</w:t>
        <w:br/>
        <w:t>І, пробивши сорочку вночі,&lt;br /&gt;</w:t>
        <w:br/>
        <w:t>Знов кипіли пружинисті крила.&lt;br /&gt;</w:t>
        <w:br/>
        <w:t>Так Кирило з сокирою жив,&lt;br /&gt;</w:t>
        <w:br/>
        <w:t>На крилах навіть розжився —&lt;br /&gt;</w:t>
        <w:br/>
        <w:t>Крилами хату вшив,&lt;br /&gt;</w:t>
        <w:br/>
        <w:t>Крилами обгородився.&lt;br /&gt;</w:t>
        <w:br/>
        <w:t>А ті крила розкрали поети,&lt;br /&gt;</w:t>
        <w:br/>
        <w:t>Щоб їх муза була небезкрила,&lt;br /&gt;</w:t>
        <w:br/>
        <w:t>На ті крила молились естети,&lt;br /&gt;</w:t>
        <w:br/>
        <w:t>І снилося небо порубаним крилам.&lt;br /&gt;</w:t>
        <w:br/>
        <w:t>(Кому — нові ворота,&lt;br /&gt;</w:t>
        <w:br/>
        <w:t>кому — ширшого рота,&lt;br /&gt;</w:t>
        <w:br/>
        <w:t>Кому — сонце в кишеню,&lt;br /&gt;</w:t>
        <w:br/>
        <w:t>кому — дулю дешеву,&lt;br /&gt;</w:t>
        <w:br/>
        <w:t>Щоб тебе доля побила,&lt;br /&gt;</w:t>
        <w:br/>
        <w:t>а Кирилові — не пощастить же&lt;br /&gt;</w:t>
        <w:br/>
        <w:t>отак чоловікові! — крила.)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