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 тікають із Європи...</w:t>
      </w:r>
    </w:p>
    <w:p>
      <w:r>
        <w:br/>
        <w:t xml:space="preserve"> * * *</w:t>
      </w:r>
    </w:p>
    <w:p>
      <w:r>
        <w:br/>
        <w:t>Ластівки тікають із Європи.&lt;br /&gt;</w:t>
        <w:br/>
        <w:t>Що поробиш? Скрегіт, регіт, рев.&lt;br /&gt;</w:t>
        <w:br/>
        <w:t>Чад, бензин, вібрації, галопи, —&lt;br /&gt;</w:t>
        <w:br/>
        <w:t>птиці мертві падають з дерев.&lt;br /&gt;</w:t>
        <w:br/>
        <w:t>Може, десь є лотоси і ґінкго,&lt;br /&gt;</w:t>
        <w:br/>
        <w:t>тихі ріки і рожева даль —&lt;br /&gt;</w:t>
        <w:br/>
        <w:t>у краю неляканих фламінго,&lt;br /&gt;</w:t>
        <w:br/>
        <w:t>де росте неламаний мигдаль.&lt;br /&gt;</w:t>
        <w:br/>
        <w:t>Може, там є птицям привілеї...&lt;br /&gt;</w:t>
        <w:br/>
        <w:t>А гніздо ліпити, ластівки, —&lt;br /&gt;</w:t>
        <w:br/>
        <w:t>все одно вам, із якого ґлею, —&lt;br /&gt;</w:t>
        <w:br/>
        <w:t>з Рейну, з Нілу чи з Угрюм-ріки?&lt;br /&gt;</w:t>
        <w:br/>
        <w:t>Ну, а потім, — я люблю вас змалку.&lt;br /&gt;</w:t>
        <w:br/>
        <w:t>А іще — спасибі вам за все.&lt;br /&gt;</w:t>
        <w:br/>
        <w:t>Тільки хто ж це королеві Марку&lt;br /&gt;</w:t>
        <w:br/>
        <w:t>золотнику в дзьобі принесе?!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 тікають із Європи...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