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Лебідь</w:t>
      </w:r>
    </w:p>
    <w:p>
      <w:r>
        <w:br/>
        <w:t xml:space="preserve"> &lt;p&gt;I</w:t>
      </w:r>
    </w:p>
    <w:p>
      <w:r>
        <w:br/>
        <w:t>Розчудеснi мiсця на рiчцi, на Пiвнiчнiм Дiнцi...</w:t>
      </w:r>
    </w:p>
    <w:p>
      <w:r>
        <w:br/>
        <w:t>Вам нiколи там не доводилося бувати?</w:t>
      </w:r>
    </w:p>
    <w:p>
      <w:r>
        <w:br/>
        <w:t>Коли не доводилося, — обов'язково побувайте.</w:t>
      </w:r>
    </w:p>
    <w:p>
      <w:r>
        <w:br/>
        <w:t>Ви з Харкова робочим поїздом доїдете до Змiіва.</w:t>
      </w:r>
    </w:p>
    <w:p>
      <w:r>
        <w:br/>
        <w:t>Змiїв — мальовничий городок, тепер районний центр Харкiвської областi, — вiн розлiгся якраз на Пiвнiчному Дiнцi.</w:t>
      </w:r>
    </w:p>
    <w:p>
      <w:r>
        <w:br/>
        <w:t>У Змiівi ви вiзьмете човна й попливете за течiію Пiвнiчним Дiнцем...</w:t>
      </w:r>
    </w:p>
    <w:p>
      <w:r>
        <w:br/>
        <w:t>А пливти вам треба в червнi...</w:t>
      </w:r>
    </w:p>
    <w:p>
      <w:r>
        <w:br/>
        <w:t>Ви потихеньку пливтимете i милуватиметеся чудесними краівидами: лiворуч зеленiтимуть заливнi луки, — зеленi вони, тi луки, зеленi, та запашнi, уквiтчанi i ромашкою, i конюшиною, i дзвiночками, а iнодi серед зеленої соковитої трави червоно горiтиме квiтка степового тюльпана або дикого маку.</w:t>
      </w:r>
    </w:p>
    <w:p>
      <w:r>
        <w:br/>
        <w:t>I скiльки ви пливтимете, весь час вiтатимуть вас своїм щебетанням веселi жовтобрюшки, канарейковi трясогузочки, пiдпадьомкатиме на вашу честь перепел i дерчатиме деркач.</w:t>
      </w:r>
    </w:p>
    <w:p>
      <w:r>
        <w:br/>
        <w:t>З прибережного пiсочка з посвистом зриватимуться кулички, а в затоцi, вкритiй лататтям та бiлими лiлеями, мов почесний вартовий, вас зустрiчатиме сiра чапля.</w:t>
      </w:r>
    </w:p>
    <w:p>
      <w:r>
        <w:br/>
        <w:t>На правому високому березi в кущах лiщини розриватимуться солов'ї...</w:t>
      </w:r>
    </w:p>
    <w:p>
      <w:r>
        <w:br/>
        <w:t>Так потихесеньку ви допливете аж до Коропового хутора.</w:t>
      </w:r>
    </w:p>
    <w:p>
      <w:r>
        <w:br/>
        <w:t>Наближаючись до Коропового хутора, Пiвнiчний Донець ширшаі, робиться многоводнiшим, глибшаі, — тут вiн упливаі в лiс, — з обох берегiв над ним схиляються зеленi вiти густо-зеленої вiльшини, гостролистих кленiв, струнких дубiв, бересткiв, грабини, утворюючи над ласкавою рiкою казкову алею-тунель...</w:t>
      </w:r>
    </w:p>
    <w:p>
      <w:r>
        <w:br/>
        <w:t>Стоять на височеньких протилежних берегах дерева i нiби вiтаються мiж собою, простягаючи одне одному зеленi вiти-руки.</w:t>
      </w:r>
    </w:p>
    <w:p>
      <w:r>
        <w:br/>
        <w:t>Як випливете ви з алеї-тунелю, — острiвець невеличкий на вашiй путi буде, — зелений, зелений острiвець, зарослий i вiльхами, i вербами, i кугою, i високим-високим очеретом.</w:t>
      </w:r>
    </w:p>
    <w:p>
      <w:r>
        <w:br/>
        <w:t>А на тому на островi пiд розлогою, старою, дуплястою вербою курiнь побачите, — благенький курiнь, такий собi очеретом сяк-так прикритий, а зверху ще вiтами, та кугою, та травою, — щоб од дощу десь приткнутися було...</w:t>
      </w:r>
    </w:p>
    <w:p>
      <w:r>
        <w:br/>
        <w:t>I в куренi зеленої трави наслано, щоб можна було при нагодi, чи як уже дуже очi злипаються, подрiмати годину-другу.</w:t>
      </w:r>
    </w:p>
    <w:p>
      <w:r>
        <w:br/>
        <w:t>Ген там гонiв, може, за п'ять, як рiчкою, там уже пором буде, щоб з лiвого берега на правий переправитися, — бо лiвим берегом ген он аж куди пiшли луки та й луки, та й луки, — а на правiм березi величенька серед лiсу галявина, де й розлiгся Коропiв хутiр, з хатами, з садками, з городами...</w:t>
      </w:r>
    </w:p>
    <w:p>
      <w:r>
        <w:br/>
        <w:t>Ах, який чудесний Коропiв хутiр!</w:t>
      </w:r>
    </w:p>
    <w:p>
      <w:r>
        <w:br/>
        <w:t>I хатiв за деревами та за садками не видно, i такi ж там соняшники, i така там квасоля, тичинами пiдтримувана, росте, — ну, просто вам як лiс...</w:t>
      </w:r>
    </w:p>
    <w:p>
      <w:r>
        <w:br/>
        <w:t>Колишнi хуторяни, а теперiшнi колгоспники вам одразу i скажуть:</w:t>
      </w:r>
    </w:p>
    <w:p>
      <w:r>
        <w:br/>
        <w:t>— У нас не хутiр, а рай!</w:t>
      </w:r>
    </w:p>
    <w:p>
      <w:r>
        <w:br/>
        <w:t>А ви вiзьмiть та їх i запитайте:</w:t>
      </w:r>
    </w:p>
    <w:p>
      <w:r>
        <w:br/>
        <w:t>— А ви рай бачили?</w:t>
      </w:r>
    </w:p>
    <w:p>
      <w:r>
        <w:br/>
        <w:t>Вони за словом у кишеню не полiзуть:</w:t>
      </w:r>
    </w:p>
    <w:p>
      <w:r>
        <w:br/>
        <w:t>— А навiщо ми того раю шукатимемо, коли в нас свiй ість...</w:t>
      </w:r>
    </w:p>
    <w:p>
      <w:r>
        <w:br/>
        <w:t>А коли ви вже захочете, щоб на свiй бiк їх пригорнути, ви їм скажiть:</w:t>
      </w:r>
    </w:p>
    <w:p>
      <w:r>
        <w:br/>
        <w:t>— Нi, товаришi, у вас тут тепер краще, як у раю! Вони вам привiтно посмiхнуться i скажуть:</w:t>
      </w:r>
    </w:p>
    <w:p>
      <w:r>
        <w:br/>
        <w:t>— Могло буть! Отакий Коропiв хутiр!</w:t>
      </w:r>
    </w:p>
    <w:p>
      <w:r>
        <w:br/>
        <w:t>II</w:t>
      </w:r>
    </w:p>
    <w:p>
      <w:r>
        <w:br/>
        <w:t>На цей раз ми з вами умовимося так: у Коропiв хутiр ви не пливiть, а правуйте човна до отого зеленого-зеленого острiвця, тiльки обережненько правуйте, щоб вудочки не зачепити, бо часто й густо отак бiля куреня, куди вам пристати треба, — там лиманський дiд Кирило Iванович Дудка рибу вудить...</w:t>
      </w:r>
    </w:p>
    <w:p>
      <w:r>
        <w:br/>
        <w:t>От вам i пощастило: вудочок нема, i ви спокiйно стукнулися човном об берег...</w:t>
      </w:r>
    </w:p>
    <w:p>
      <w:r>
        <w:br/>
        <w:t>Пiдвели голову, а на березi бiля куреня дiд Кирило Iванович Дудка сидить.</w:t>
      </w:r>
    </w:p>
    <w:p>
      <w:r>
        <w:br/>
        <w:t>У солом'яному брилi й босий...</w:t>
      </w:r>
    </w:p>
    <w:p>
      <w:r>
        <w:br/>
        <w:t>— Здоровенькi були, Кириле Iвановичу! — весело ви до нього...</w:t>
      </w:r>
    </w:p>
    <w:p>
      <w:r>
        <w:br/>
        <w:t>— Драстуйте, — вiн до вас...</w:t>
      </w:r>
    </w:p>
    <w:p>
      <w:r>
        <w:br/>
        <w:t>— Живенькi-здоровенькi? Як рибка? — ви дiдовi.</w:t>
      </w:r>
    </w:p>
    <w:p>
      <w:r>
        <w:br/>
        <w:t>— Порвало! — дiд вам.</w:t>
      </w:r>
    </w:p>
    <w:p>
      <w:r>
        <w:br/>
        <w:t>— Кого порвало?! Хто порвав?! — iнтересуітеся ви.</w:t>
      </w:r>
    </w:p>
    <w:p>
      <w:r>
        <w:br/>
        <w:t>— Снасть! — сердито кидаі Кирило Iванович. — Не бачите хiба! Ось! Порвало й переплутало! Оце вже годин зо три сидю, розплутую i розплутати не можу! Сатана!</w:t>
      </w:r>
    </w:p>
    <w:p>
      <w:r>
        <w:br/>
        <w:t>— Та хто ж порвав, хто ж заплутав? — не вiдстаіте ви вiд дiда.</w:t>
      </w:r>
    </w:p>
    <w:p>
      <w:r>
        <w:br/>
        <w:t>— Хто ж, як не вiн!</w:t>
      </w:r>
    </w:p>
    <w:p>
      <w:r>
        <w:br/>
        <w:t>— А хто вiн?</w:t>
      </w:r>
    </w:p>
    <w:p>
      <w:r>
        <w:br/>
        <w:t>— Та що, ви не знаіте: короп! — люто вже говорить дiд i з серцем кидаі на траву лiску. — Закурить нема?</w:t>
      </w:r>
    </w:p>
    <w:p>
      <w:r>
        <w:br/>
        <w:t>— Закурюйте, дiдусю! Закурили...</w:t>
      </w:r>
    </w:p>
    <w:p>
      <w:r>
        <w:br/>
        <w:t>Помовчавши трохи, Кирило Iванович починаі розповiдати...</w:t>
      </w:r>
    </w:p>
    <w:p>
      <w:r>
        <w:br/>
        <w:t>— Воно й брало потихеньку! Так тiльки ледь-ледь на свiт заблагословилося. Смик! I тихо... потiм ще раз — смик! I знову-тихо. А потiм повело, повело, повело, до того он, — бачите? — кущика по-о-овело! Дай, думаю, пiдсiкну! Сiп! Ех, воно ж як i рвонуло! Ех же ж, як i рвонуло! А волосiнь у мене у двадцять волосин, та ще з якого жеребця! Iз Рицаря, з племiнного, орловського рисака! Там така волосiнь, що на одну волосинку можна бузiвка налигати! Вудлище — дугою! Я — попускать! А воно рве, а воно рве! Я — держу! Коли ось — викидаіться! пй-же богу, як ночви!</w:t>
      </w:r>
    </w:p>
    <w:p>
      <w:r>
        <w:br/>
        <w:t>— Ну, Кириле Iвановичу, невже ж таке велике?</w:t>
      </w:r>
    </w:p>
    <w:p>
      <w:r>
        <w:br/>
        <w:t>— Їй-богу, як ночви! Сатана! Бiльше, як сатана! Хвостом по водi як урiже, й на дно! Я — смик! А волосiнь — дзень! А я в воду з усiх нiг — лясь! I — по шию! Сушусь оце! Одежа вже трохи висохла, а чоботи й досi он мокрi! Босий ходю. Так з гачком i пiшло! Бiля грузила — перервало.</w:t>
      </w:r>
    </w:p>
    <w:p>
      <w:r>
        <w:br/>
        <w:t>— Може, грузило волосiнь перетерло?</w:t>
      </w:r>
    </w:p>
    <w:p>
      <w:r>
        <w:br/>
        <w:t>— Е, нi! Перервало! Та хiба таке не перерве?! Як ночви! Так оце й розплутую! Кiлограмiв на двадцять! Не менше!</w:t>
      </w:r>
    </w:p>
    <w:p>
      <w:r>
        <w:br/>
        <w:t>Вам краще повiрити Кириловi Iвановичу, щоб його не розгнiвати, бо Кирило Iванович Дудка, як розгнiваіться, — замовкне, i нiколи в свiтi не розкаже вам, як вiн позатої весни на Лиманському озерi лебедя стрiляв...</w:t>
      </w:r>
    </w:p>
    <w:p>
      <w:r>
        <w:br/>
        <w:t>Кирило Iванович дуже неохоче про того лебедя розповiдаі, отже вам треба дуже тонко й дипломатичне роз'ятрити його рану, щоб вiн у гнiвi на свого онука Васька розказав вам про той випадок, пiдкреслюючи:</w:t>
      </w:r>
    </w:p>
    <w:p>
      <w:r>
        <w:br/>
        <w:t>— А все той гемонський Васько! Якби не вiн, був би лебiдь мiй...</w:t>
      </w:r>
    </w:p>
    <w:p>
      <w:r>
        <w:br/>
        <w:t>III</w:t>
      </w:r>
    </w:p>
    <w:p>
      <w:r>
        <w:br/>
        <w:t>— Ой, той менi Васько! I досi забути не можу, — починаі Кирило Iванович, запалюючи цигарку. — Да... Ви ж знаіте наше озеро Лиман. Воно звiдси, вiд Дiнця, кiлометрiв iз дванадцять. I село Лиман називаіться, i озеро Лиман. Кiлометрiв на сiм те озеро простяглося, аж до села Андрiївки. Чудесне озеро. На ньому андрiївськi колгоспники силу качок свiйських i гусей розплоджують у природних, сказать, умовах. А якi там карасi!.. Вони й невеличкi, i не золотi, а срiблястi якiсь, — а до чого ж смачнi — i в юшцi й на сковорiдцi. Харкiв'яни на базарi завжди питають: "Чи не лиманськi, часом, карасi?" — "Лиманськi!" — "Давайте, дiду, давайте, спасибi, що привезли!" Да... Так отак, значить, озеро Лиман, а сюди ближче до села Лиман друге озеро, Чайки зветься... А мiж тими озерами такий собi перешийок, метрiв так iз п'ятсот, а може, й бiльше. Добряче там полювання на качок восени. На перешийку викопуються ямки, маскуються бур'яном, сiдаіш у ямку й сидиш: качка вранцi i ввечерi тягне, перелiтаі або з Чайок на Лиман, або з Лиману на Чайки... i таки iнодi добре попострiляіш... Да... От позатої весни, якось надвечiр, прилiтаі Васько, онук отой мiй гемонський, i ще з вулицi криком кричить:</w:t>
      </w:r>
    </w:p>
    <w:p>
      <w:r>
        <w:br/>
        <w:t>— Дiду-у-у! На Лиманi два лебедi сiло! пй-бо, правда! Швидше, а то полетять!</w:t>
      </w:r>
    </w:p>
    <w:p>
      <w:r>
        <w:br/>
        <w:t>Я за рушницю та туди. Васько бiжить за мною й командуі:</w:t>
      </w:r>
    </w:p>
    <w:p>
      <w:r>
        <w:br/>
        <w:t>— Ви, дiдусю, бiжiть, сiдайте в ямцi, ми з Федьком побiжимо та забредемо озером, бо вони недалечке з цього боку сiли, на мiлкому!</w:t>
      </w:r>
    </w:p>
    <w:p>
      <w:r>
        <w:br/>
        <w:t>— Обережно, — кажу, — забрiдайте, щоб не потопилися!</w:t>
      </w:r>
    </w:p>
    <w:p>
      <w:r>
        <w:br/>
        <w:t>— Нi, там, дiду, мiлко! Не бiйтесь! — подавсь Васько до озера, де вже його чекав Федько.</w:t>
      </w:r>
    </w:p>
    <w:p>
      <w:r>
        <w:br/>
        <w:t>Сiв я в ямцi, прикрився бур'яном, звiв курки, чекаю... А як спускався з гiрки, бачив, що справдi на Лиманi, недалечко вiд берега, з цього боку два лебедi плавають. Сидю я. Ну, поки хлоп'ята ж ото забрели та потихеньку до лебедiв пiдходили, чималенько часу проминуло. Уже в мене i спина болить, уже й очi злипаються, i ноги терпнуть... Я терплю, — аякже: лебiдь! Коли ось чую Васькiв крик: "Дiду-у-у! Пильнуйте!" Пiдвiвся я трошки в ямцi, зирк у той бiк крiзь бур'ян, — бачу, справдi знялися з озера лебедi I летять просто на мене. I низько, так низько пливуть... Бiлi, бiлi, — аж нiби блищать... Сонечко якраз заходить, i як сонячний промiнь упаде на лебедя, — так у нього одно крило нiби золоте, а друге — срiбне! Летять тихо, не сурмлять. Один летить вище, а другий — нижче, — i той, що нижче, прямуі просто на мою ямку... У мене аж зуби цокотять i руки пiдскакують. Ось-ось уже лебiдь мене крилами накриі. Я беру його на мушку, вiрно беру, даю, як i треба, вперед: клац! не спалило!.. Аж я зубами заскреготав. — Клац — з лiвого! — не спалило! А я ружжо об землю! А я картуза об землю! Та впав у ямку i за чуба себе вхопив! Пiдбiгають Васько з Федьком:</w:t>
      </w:r>
    </w:p>
    <w:p>
      <w:r>
        <w:br/>
        <w:t>— Чого ж не стрiляли, дiду?!</w:t>
      </w:r>
    </w:p>
    <w:p>
      <w:r>
        <w:br/>
        <w:t>А я не сказав, а нiби аж заревiв:</w:t>
      </w:r>
    </w:p>
    <w:p>
      <w:r>
        <w:br/>
        <w:t>— Не спа-га-га-ли-ло!</w:t>
      </w:r>
    </w:p>
    <w:p>
      <w:r>
        <w:br/>
        <w:t>Васько пiдбiг до ямки, вхопив рушницю, — а в мене централка, тулка, добряче ружжо! — розкрив її.</w:t>
      </w:r>
    </w:p>
    <w:p>
      <w:r>
        <w:br/>
        <w:t>— Та вона ж у вас, дiдусю, без набоїв! Не заряджена! Оце охотник! Я як закричу:</w:t>
      </w:r>
    </w:p>
    <w:p>
      <w:r>
        <w:br/>
        <w:t>— Як не заряджена?!</w:t>
      </w:r>
    </w:p>
    <w:p>
      <w:r>
        <w:br/>
        <w:t>— Дивiться самi! — смiіться Васько. — Де ж вашi набої?</w:t>
      </w:r>
    </w:p>
    <w:p>
      <w:r>
        <w:br/>
        <w:t>Так отаке буваі! Раз у життi довелося лебедя стрiляти, i забув рушницю зарядити! А все той Васько гемонський. "Швидше, — кричить, — швидше!" От тобi й швидше!</w:t>
      </w:r>
    </w:p>
    <w:p>
      <w:r>
        <w:br/>
        <w:t>IV</w:t>
      </w:r>
    </w:p>
    <w:p>
      <w:r>
        <w:br/>
        <w:t>Ви не смiйтеся з дiда Кирила Iвановича Дудки, бо вiн розсердиться...</w:t>
      </w:r>
    </w:p>
    <w:p>
      <w:r>
        <w:br/>
        <w:t>А ви його так лагiдненько запитайте:</w:t>
      </w:r>
    </w:p>
    <w:p>
      <w:r>
        <w:br/>
        <w:t>— Весною це, дiдусю, було? А чи дозволено тодi було весняне полювання, не пам'ятаіте?</w:t>
      </w:r>
    </w:p>
    <w:p>
      <w:r>
        <w:br/>
        <w:t>— То ж бо й і, що не дозволено! Так хiба ж отямишся, коли Васько, як навiжений, кричить: "Швидше, дiду, бо лебедi сiли!" Хiба той Васько не спантеличить?</w:t>
      </w:r>
    </w:p>
    <w:p>
      <w:r>
        <w:br/>
        <w:t>— А цiії весни, дiдусю, сiдали лебедi на Лиманi?</w:t>
      </w:r>
    </w:p>
    <w:p>
      <w:r>
        <w:br/>
        <w:t>— Сiдали! Васько бачив!</w:t>
      </w:r>
    </w:p>
    <w:p>
      <w:r>
        <w:br/>
        <w:t>— I що: не прибiгав за вами, щоб ви з рушницею йшли лебедiв стрiляти?</w:t>
      </w:r>
    </w:p>
    <w:p>
      <w:r>
        <w:br/>
        <w:t>— Таке скажете? Тепер Васько в пiонерах, та ще й за голову отих, — як їх там? — юннатiв, що ото птицю оберiгають! Так такий завзятий, що як побачить когось iз ружжом у заборонений час, — зразу до сiльради! Та ще й менi навеснi наказуі:</w:t>
      </w:r>
    </w:p>
    <w:p>
      <w:r>
        <w:br/>
        <w:t>— Ховайте, дiдусю, рушницю аж до осенi! Кирило Iванович Дудка докурив цигарку i взявся знову розплутувати снасть...</w:t>
      </w:r>
    </w:p>
    <w:p>
      <w:r>
        <w:br/>
        <w:t>Мовчав, мовчав, а потiм додав потихеньку:</w:t>
      </w:r>
    </w:p>
    <w:p>
      <w:r>
        <w:br/>
        <w:t>— Та воно, може, й краще, що тодi ружжо не "спалило", мав би я мороку, що навеснi лебедя встрелив.</w:t>
      </w:r>
    </w:p>
    <w:p>
      <w:r>
        <w:br/>
        <w:t>...Тепер ви можете пливти Дiнцем на Коропiв хутiр i далi повз Козацьку могилу, аж до... та куди, хочете...</w:t>
      </w:r>
    </w:p>
    <w:p>
      <w:r>
        <w:br/>
        <w:t>1951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Лебідь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