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"Лені"</w:t>
      </w:r>
    </w:p>
    <w:p>
      <w:r>
        <w:br/>
        <w:t xml:space="preserve"> &lt;p&gt;1</w:t>
      </w:r>
    </w:p>
    <w:p>
      <w:r>
        <w:br/>
        <w:t>Фатьма все їхала.</w:t>
      </w:r>
    </w:p>
    <w:p>
      <w:r>
        <w:br/>
        <w:t>Байран минув, дні губилися у спеці. Живіт знову наче проростав чимось, а срібні метелики все дзвеніли блискучими крильцями.</w:t>
      </w:r>
    </w:p>
    <w:p>
      <w:r>
        <w:br/>
        <w:t>Їжі не було.</w:t>
      </w:r>
    </w:p>
    <w:p>
      <w:r>
        <w:br/>
        <w:t>Фатьма лежала в куточку і бажала вмерти. Мову вона загубила, бо не було того, хто б розумів.</w:t>
      </w:r>
    </w:p>
    <w:p>
      <w:r>
        <w:br/>
        <w:t>Лиш заплющить очі, а вже бачить велику-велику хлібину і губами шепоче вперто:</w:t>
      </w:r>
    </w:p>
    <w:p>
      <w:r>
        <w:br/>
        <w:t>— Утмек (хліба), ізряк (трошки) утмек!</w:t>
      </w:r>
    </w:p>
    <w:p>
      <w:r>
        <w:br/>
        <w:t>Але не тільки утмек панував. Було слово, яке переливалось у Фатьми з кров’ю. Слово, яке вона шепотіла ніччю і вдень. Слово, якому вона молилась.</w:t>
      </w:r>
    </w:p>
    <w:p>
      <w:r>
        <w:br/>
        <w:t>Було слово — "Лені".</w:t>
      </w:r>
    </w:p>
    <w:p>
      <w:r>
        <w:br/>
        <w:t>Фатьма з Дединою смертю оніміла. Всі її запитання не знаходили відповіді, і завжди замість того яка-небудь рука лягала на її голову, мовчки гладила, щоб наприкінці сказати: "Бідна дитина!" Але що це означало,— Фатьма не знала.</w:t>
      </w:r>
    </w:p>
    <w:p>
      <w:r>
        <w:br/>
        <w:t>Надія вся була на Лені, що балакає її мовою, "він все знає", бо як би інакше його розуміли обідрані татарські тамар (товариші)?</w:t>
      </w:r>
    </w:p>
    <w:p>
      <w:r>
        <w:br/>
        <w:t>А що це так — Фатьма певна.</w:t>
      </w:r>
    </w:p>
    <w:p>
      <w:r>
        <w:br/>
        <w:t>На станції ходила до залізного коня.</w:t>
      </w:r>
    </w:p>
    <w:p>
      <w:r>
        <w:br/>
        <w:t>Хотіла побачить, як ним правує тамар самого Лені.</w:t>
      </w:r>
    </w:p>
    <w:p>
      <w:r>
        <w:br/>
        <w:t>Коли вона рушила до дверей, жінка-доглядачка запитала : — Куди це ти, дівчино?</w:t>
      </w:r>
    </w:p>
    <w:p>
      <w:r>
        <w:br/>
        <w:t>Фатьма озирнулась. Слів вона не розуміла, але подумала: "Вона не дозволяє виходити".</w:t>
      </w:r>
    </w:p>
    <w:p>
      <w:r>
        <w:br/>
        <w:t>— Тіточко добра, я хочу побачить тамар самого Лені. І залізного ат (коня). Я не підійду близько, він мене не вдарить.</w:t>
      </w:r>
    </w:p>
    <w:p>
      <w:r>
        <w:br/>
        <w:t>Жінка нічого не сказала, вийшла з Фатьмою, чекала коло вагона, куди та піде.</w:t>
      </w:r>
    </w:p>
    <w:p>
      <w:r>
        <w:br/>
        <w:t>Фатьма брела до краю потяга.</w:t>
      </w:r>
    </w:p>
    <w:p>
      <w:r>
        <w:br/>
        <w:t>Кінь був великий, чорний, угору з димаря йшов дим, ніг не було — колеса.</w:t>
      </w:r>
    </w:p>
    <w:p>
      <w:r>
        <w:br/>
        <w:t>Якийсь, як сажа, чоловік виглядає з віконця.</w:t>
      </w:r>
    </w:p>
    <w:p>
      <w:r>
        <w:br/>
        <w:t>— Вам неважко правувати таким великим ат? — запитала ввічливо Фатьма.</w:t>
      </w:r>
    </w:p>
    <w:p>
      <w:r>
        <w:br/>
        <w:t>Чоловік подивився на неї і сказав:</w:t>
      </w:r>
    </w:p>
    <w:p>
      <w:r>
        <w:br/>
        <w:t>— Не розумію.</w:t>
      </w:r>
    </w:p>
    <w:p>
      <w:r>
        <w:br/>
        <w:t>Фатьма побачила, що попала не до того, бо тамар самого Лені п о в и н е н був зрозуміти, і продовжувала:</w:t>
      </w:r>
    </w:p>
    <w:p>
      <w:r>
        <w:br/>
        <w:t>— Я хочу бачить тамар улькум-бая (великого начальника) Лені. Того, що правує цим ат і везе діти.</w:t>
      </w:r>
    </w:p>
    <w:p>
      <w:r>
        <w:br/>
        <w:t>Чоловік з чорним обличчям придивився до Фатьми:</w:t>
      </w:r>
    </w:p>
    <w:p>
      <w:r>
        <w:br/>
        <w:t>— Ах ти ж, мумія засушена! Вона й про Леніна знає! Товаришу,—звернувся він до середини "коня",— ось тут дівчинка Леніна питає!</w:t>
      </w:r>
    </w:p>
    <w:p>
      <w:r>
        <w:br/>
        <w:t>З вікна виглянув другий засмаглий чоловік. Він цікаво глянув на Фатьму і сказав:</w:t>
      </w:r>
    </w:p>
    <w:p>
      <w:r>
        <w:br/>
        <w:t>— Звідкіль ти взялося, циганча?</w:t>
      </w:r>
    </w:p>
    <w:p>
      <w:r>
        <w:br/>
        <w:t>— Я не знаю, що ви кажете. Балакайте, як я,— протягнула Фатьма.</w:t>
      </w:r>
    </w:p>
    <w:p>
      <w:r>
        <w:br/>
        <w:t>— Убий мене грім, як я хоч слово зрозумів,— відповів машиніст,— ти, певно, не наша?</w:t>
      </w:r>
    </w:p>
    <w:p>
      <w:r>
        <w:br/>
        <w:t>Фатьмі було соромно, що він не розуміє. "Лені ще не вспів навчить, мабуть. Бо зразу всього не поробиш: і багатих подолай, і про бідних думай, і дітей годуй, і свого тамар татарської мови вчи!"</w:t>
      </w:r>
    </w:p>
    <w:p>
      <w:r>
        <w:br/>
        <w:t>— Ви самі і є тамар улькум-бая Лені?</w:t>
      </w:r>
    </w:p>
    <w:p>
      <w:r>
        <w:br/>
        <w:t>— О, це по-нашому! Леніна кожний знає!</w:t>
      </w:r>
    </w:p>
    <w:p>
      <w:r>
        <w:br/>
        <w:t>Машиніст зліз з "коня" до Фатьми.</w:t>
      </w:r>
    </w:p>
    <w:p>
      <w:r>
        <w:br/>
        <w:t>Чогось вона йому здалася рідною і навіть нагадала дочку. Він сів на драбинці і притягнув до себе. Фатьма не лякалась: тамар Лені — свій чоловік.</w:t>
      </w:r>
    </w:p>
    <w:p>
      <w:r>
        <w:br/>
        <w:t>— Так ти хочеш побачить товариша Леніна?</w:t>
      </w:r>
    </w:p>
    <w:p>
      <w:r>
        <w:br/>
        <w:t>— Лені, Лені,— тільки повторювала Фатьма.</w:t>
      </w:r>
    </w:p>
    <w:p>
      <w:r>
        <w:br/>
        <w:t>— Можна, можна. Петре, винеси мені календар. Треба показати. Час маємо: пари ще не досить.</w:t>
      </w:r>
    </w:p>
    <w:p>
      <w:r>
        <w:br/>
        <w:t>Петро подав якусь книжку.</w:t>
      </w:r>
    </w:p>
    <w:p>
      <w:r>
        <w:br/>
        <w:t>Машиніст почав показувати:</w:t>
      </w:r>
    </w:p>
    <w:p>
      <w:r>
        <w:br/>
        <w:t>— Оце ось товариш Маркс, а ось і той, кого ти хочеш,— сам Ілліч, Ленін...</w:t>
      </w:r>
    </w:p>
    <w:p>
      <w:r>
        <w:br/>
        <w:t>Фатьма вхопилась за книжку.</w:t>
      </w:r>
    </w:p>
    <w:p>
      <w:r>
        <w:br/>
        <w:t>— Улькум-бай Лені?</w:t>
      </w:r>
    </w:p>
    <w:p>
      <w:r>
        <w:br/>
        <w:t>— Ленін, Ленін. А що там ти ще додаєш — ні бельмеса не розберу.</w:t>
      </w:r>
    </w:p>
    <w:p>
      <w:r>
        <w:br/>
        <w:t>Фатьма придивлялась до малюнка.</w:t>
      </w:r>
    </w:p>
    <w:p>
      <w:r>
        <w:br/>
        <w:t>Так. Так. Вона таким собі і уявляла. Він стоїть на якомусь яблуці і простягнув руку: кличе когось. Мабуть, своїх тамар — бідних.</w:t>
      </w:r>
    </w:p>
    <w:p>
      <w:r>
        <w:br/>
        <w:t>А одіж на вітрі в’ється. Сильний вітер, видно... Це його змалювали, як він на чарівному яблуці літає по світові...</w:t>
      </w:r>
    </w:p>
    <w:p>
      <w:r>
        <w:br/>
        <w:t>...А обличчя суворе й добре. Одне око прищурив, наче каже: "Іди й ти, мала Фатьмо, до мене!" Це дійсно "той Лені"...</w:t>
      </w:r>
    </w:p>
    <w:p>
      <w:r>
        <w:br/>
        <w:t>Фатьма вхопила книжку і притиснула до грудей.</w:t>
      </w:r>
    </w:p>
    <w:p>
      <w:r>
        <w:br/>
        <w:t>Машиніст чомусь витер очі і розмазав піт на чолі.</w:t>
      </w:r>
    </w:p>
    <w:p>
      <w:r>
        <w:br/>
        <w:t>— Петре, кинь мені кусок хліба!</w:t>
      </w:r>
    </w:p>
    <w:p>
      <w:r>
        <w:br/>
        <w:t>Помічник подав щось чорне, як земля.</w:t>
      </w:r>
    </w:p>
    <w:p>
      <w:r>
        <w:br/>
        <w:t>Машиніст сунув у руку Фатьмі.</w:t>
      </w:r>
    </w:p>
    <w:p>
      <w:r>
        <w:br/>
        <w:t>— На, їж, донько!</w:t>
      </w:r>
    </w:p>
    <w:p>
      <w:r>
        <w:br/>
        <w:t>Фатьма не повірила: "Невже утмек?" Але ніхто не дурив.</w:t>
      </w:r>
    </w:p>
    <w:p>
      <w:r>
        <w:br/>
        <w:t>"Він, мабуть, і справді од Лені",—пройшло в думці.</w:t>
      </w:r>
    </w:p>
    <w:p>
      <w:r>
        <w:br/>
        <w:t>Вхопила хліб, гризла.</w:t>
      </w:r>
    </w:p>
    <w:p>
      <w:r>
        <w:br/>
        <w:t>Чоловік у чорній шкірі крикнув рушать.</w:t>
      </w:r>
    </w:p>
    <w:p>
      <w:r>
        <w:br/>
        <w:t>Машиніст поцілував Фатьму, вирвав сторінку з Леніним, дав їй і побіг драбинкою всередину "коня".</w:t>
      </w:r>
    </w:p>
    <w:p>
      <w:r>
        <w:br/>
        <w:t>Фатьму підхопила жінка з вагона...</w:t>
      </w:r>
    </w:p>
    <w:p>
      <w:r>
        <w:br/>
        <w:t>2</w:t>
      </w:r>
    </w:p>
    <w:p>
      <w:r>
        <w:br/>
        <w:t>Фатьма прохала Лені.</w:t>
      </w:r>
    </w:p>
    <w:p>
      <w:r>
        <w:br/>
        <w:t>Зразу трошки страшно було: така персона. Але потім вона насмілилась, поставила малюнок перед себе, била поклони і розповідала "самому":</w:t>
      </w:r>
    </w:p>
    <w:p>
      <w:r>
        <w:br/>
        <w:t>— Я, улькум Лені, дуже голодна. Пошли мені шкуринку утмека. Я тобі буду гуси пасти хоч ціле літо. Воду з берега носитиму. Туфлі тобі до мечеті ходить вишию. Батька в мене нема, мама вмерла, ти один у мене, улькум тамар Лені...</w:t>
      </w:r>
    </w:p>
    <w:p>
      <w:r>
        <w:br/>
        <w:t>Фатьма схлипнула і розказувала далі в подробицях. Як-от вона бідувала, як аллах не чув, як її нагодували, як везли залізним ат, як дали утмек ("твій тамар це зробив, о Лені!") і багато іншого.</w:t>
      </w:r>
    </w:p>
    <w:p>
      <w:r>
        <w:br/>
        <w:t>Жінка, що була в вагоні, бачила ці молитви і додивилась: замість аллаха — Ленін.</w:t>
      </w:r>
    </w:p>
    <w:p>
      <w:r>
        <w:br/>
        <w:t>Очі її засвербіли від цього.</w:t>
      </w:r>
    </w:p>
    <w:p>
      <w:r>
        <w:br/>
        <w:t>Станції протікали мимо — холерні царини, рейки губились позаду.</w:t>
      </w:r>
    </w:p>
    <w:p>
      <w:r>
        <w:br/>
        <w:t>Села з боків, що з кожною шпалою ставали ситішими, зустрічали іноді потяг.</w:t>
      </w:r>
    </w:p>
    <w:p>
      <w:r>
        <w:br/>
        <w:t>Цюкав "комезан" ціпком по рейці і балакав ("ділогат"):</w:t>
      </w:r>
    </w:p>
    <w:p>
      <w:r>
        <w:br/>
        <w:t>— Ми, значить, усім обчеством. Усією пролетарською колективою, значить. Щоб допомогти діткам. Ми усі. І постановили, щоб, значить, із кожного двору по хунту печеного хліба, а з куркулей заядлих, значить,— по цілому хлібові. їжте на здоров’я.</w:t>
      </w:r>
    </w:p>
    <w:p>
      <w:r>
        <w:br/>
        <w:t>Усім приходилось по скибці.</w:t>
      </w:r>
    </w:p>
    <w:p>
      <w:r>
        <w:br/>
        <w:t>"Ділогати" довго стояли та дивились, коли мотався вже хвіст ешелону.</w:t>
      </w:r>
    </w:p>
    <w:p>
      <w:r>
        <w:br/>
        <w:t>Бачила Фатьма на станціях жінок у білих халатах і з червоними обличчями.</w:t>
      </w:r>
    </w:p>
    <w:p>
      <w:r>
        <w:br/>
        <w:t>Вони годували утмеком, навіть білим.</w:t>
      </w:r>
    </w:p>
    <w:p>
      <w:r>
        <w:br/>
        <w:t>Чутка пробігла по потягу — скоро кінець дорозі, зараз місто.</w:t>
      </w:r>
    </w:p>
    <w:p>
      <w:r>
        <w:br/>
        <w:t>Ешелон став.</w:t>
      </w:r>
    </w:p>
    <w:p>
      <w:r>
        <w:br/>
        <w:t>Скільки не виглядали з дверей — все бачили шпали, рейки, стовп з дощечкою впоперек. Навкруги степ.</w:t>
      </w:r>
    </w:p>
    <w:p>
      <w:r>
        <w:br/>
        <w:t>Дошка мала нахилитись, і тоді потягові дозволялось їхать.</w:t>
      </w:r>
    </w:p>
    <w:p>
      <w:r>
        <w:br/>
        <w:t>Все виглядали, дивились. Все нетерпляче ходили вагонами, злазили на землю, йшли до паротяга, зазирали в очі машиністові:</w:t>
      </w:r>
    </w:p>
    <w:p>
      <w:r>
        <w:br/>
        <w:t>— Чи скоро?.. Чого стоїмо?.. Ну, рушайте!..</w:t>
      </w:r>
    </w:p>
    <w:p>
      <w:r>
        <w:br/>
        <w:t>Дерев’яна червона дощечка глузувала — не хилилась.</w:t>
      </w:r>
    </w:p>
    <w:p>
      <w:r>
        <w:br/>
        <w:t>Всі — на неї, всі — до неї, всі — про неї!..</w:t>
      </w:r>
    </w:p>
    <w:p>
      <w:r>
        <w:br/>
        <w:t>Був тихий вечір. Степ молочаєм пах. Неіснуючими дзвонами кружив вітер — паркий, як молоко.</w:t>
      </w:r>
    </w:p>
    <w:p>
      <w:r>
        <w:br/>
        <w:t>Не переставали коники в траві, і низько летіла павутина...</w:t>
      </w:r>
    </w:p>
    <w:p>
      <w:r>
        <w:br/>
        <w:t>Семафор дозволив, нарешті.</w:t>
      </w:r>
    </w:p>
    <w:p>
      <w:r>
        <w:br/>
        <w:t>Приїхали на останню станцію.</w:t>
      </w:r>
    </w:p>
    <w:p>
      <w:r>
        <w:br/>
        <w:t>Тремтіли осінні вітри. Може — як скрипка, а може — як хворі діти.</w:t>
      </w:r>
    </w:p>
    <w:p>
      <w:r>
        <w:br/>
        <w:t>Висіли в повітрі сухотні дерева. І вечір хитав їх назустріч.</w:t>
      </w:r>
    </w:p>
    <w:p>
      <w:r>
        <w:br/>
        <w:t>3</w:t>
      </w:r>
    </w:p>
    <w:p>
      <w:r>
        <w:br/>
        <w:t>Фатьма вийшла в юрбі дітей зі станції. Там чекали кілька возів. Дітей посадили окремо. Поїхали.</w:t>
      </w:r>
    </w:p>
    <w:p>
      <w:r>
        <w:br/>
        <w:t>Дивно було, що аул такий дуже улькум (великий). Хати великі, суворі, а під возом не земля — там бринить камінь.</w:t>
      </w:r>
    </w:p>
    <w:p>
      <w:r>
        <w:br/>
        <w:t>Голод у Фатьми заснув. Вона була слаба, і їй все одно: чи жити, чи піти до "мама", чи загинуть, як малий брат. Зовсім все одно.</w:t>
      </w:r>
    </w:p>
    <w:p>
      <w:r>
        <w:br/>
        <w:t>Хотілось тільки побачить Лені. О, вона б йому все розказала! А найбільш про аллаха і про тамар, що віз конем із заліза.</w:t>
      </w:r>
    </w:p>
    <w:p>
      <w:r>
        <w:br/>
        <w:t>Фатьма не пробувала висловитись: Лені не було ще, а без нього хто?</w:t>
      </w:r>
    </w:p>
    <w:p>
      <w:r>
        <w:br/>
        <w:t>Привезли за місто у великий сірий дім. Позносили дітей всередину, мили гарячою водою, одягали в чисті сорочки.</w:t>
      </w:r>
    </w:p>
    <w:p>
      <w:r>
        <w:br/>
        <w:t>Заснули всі після гарячого сут (молока) з утмеком.</w:t>
      </w:r>
    </w:p>
    <w:p>
      <w:r>
        <w:br/>
        <w:t>Фатьма спала, як після дороги. її Лені ("на чарівному яблуці") був коло неї.</w:t>
      </w:r>
    </w:p>
    <w:p>
      <w:r>
        <w:br/>
        <w:t>Аж ось коли приснились сни.</w:t>
      </w:r>
    </w:p>
    <w:p>
      <w:r>
        <w:br/>
        <w:t>...Їде Фатьма залізним конем. Кінь біжить не колесами — ногами. Поруч іде величезний Лені і щось каже. ("А голос у нього, як грім!") І зовсім не страшно Фатьмі — як з "мама". Лені бере її на руки, і вона летить з ним по світові. ("А воно чарівне, те яблуко!") Страшно! Серце так тьохкає!..</w:t>
      </w:r>
    </w:p>
    <w:p>
      <w:r>
        <w:br/>
        <w:t>...Бачить Фатьма згори багато тамар — бідних. І всі вони йдуть до Лені, бо його видко по цілому світові, і дорога до нього проста... Лені дає Фатьмі такий утмек, що вона лізе на нього, як на гору. Потім оступилась і починає летіти вниз. Ух!.. Обривається серце!..</w:t>
      </w:r>
    </w:p>
    <w:p>
      <w:r>
        <w:br/>
        <w:t>4</w:t>
      </w:r>
    </w:p>
    <w:p>
      <w:r>
        <w:br/>
        <w:t>Ранком побудили рано. Дали жирної юшки. Вивели на подвір’я, бо хату прибирали, наче для свята.</w:t>
      </w:r>
    </w:p>
    <w:p>
      <w:r>
        <w:br/>
        <w:t>"Сам Лені приїде",— подумалось Фатьмі.</w:t>
      </w:r>
    </w:p>
    <w:p>
      <w:r>
        <w:br/>
        <w:t>Коли сонце було на обіді — приїхав чоловік.</w:t>
      </w:r>
    </w:p>
    <w:p>
      <w:r>
        <w:br/>
        <w:t>Він мав великі сірі очі глибоко захованими і пильно ними оглядав.</w:t>
      </w:r>
    </w:p>
    <w:p>
      <w:r>
        <w:br/>
        <w:t>Жінки, що хазяйнували в хаті, тепер показували йому все і розповідали.</w:t>
      </w:r>
    </w:p>
    <w:p>
      <w:r>
        <w:br/>
        <w:t>Фатьма часто чула: "Товариш завідуючий".</w:t>
      </w:r>
    </w:p>
    <w:p>
      <w:r>
        <w:br/>
        <w:t>"Це не Лені — він зовсім малий",— Фатьмина думка.</w:t>
      </w:r>
    </w:p>
    <w:p>
      <w:r>
        <w:br/>
        <w:t>"Не Лені" обдивився і підійшов до дітей.</w:t>
      </w:r>
    </w:p>
    <w:p>
      <w:r>
        <w:br/>
        <w:t>— Здрастуйте, малі товариші! — сказав.</w:t>
      </w:r>
    </w:p>
    <w:p>
      <w:r>
        <w:br/>
        <w:t>— Як тобі тут живеться, марушка (дівчинка)?</w:t>
      </w:r>
    </w:p>
    <w:p>
      <w:r>
        <w:br/>
        <w:t>Діти відповіли гуртом — чуже Фатьмі.</w:t>
      </w:r>
    </w:p>
    <w:p>
      <w:r>
        <w:br/>
        <w:t>Одна з виховательок сказала щось гостеві і вказала на Фатьму.</w:t>
      </w:r>
    </w:p>
    <w:p>
      <w:r>
        <w:br/>
        <w:t>Чоловік підійшов і — по-татарському:</w:t>
      </w:r>
    </w:p>
    <w:p>
      <w:r>
        <w:br/>
        <w:t>(Фатьмі вподобався його голос).</w:t>
      </w:r>
    </w:p>
    <w:p>
      <w:r>
        <w:br/>
        <w:t>Фатьму наче хто обухом вдарив.— "Чи це їй не сниться?.."</w:t>
      </w:r>
    </w:p>
    <w:p>
      <w:r>
        <w:br/>
        <w:t>— Ти мене розумієш, мала?..</w:t>
      </w:r>
    </w:p>
    <w:p>
      <w:r>
        <w:br/>
        <w:t>Фатьма мовчала і дивилась пильно, широко.</w:t>
      </w:r>
    </w:p>
    <w:p>
      <w:r>
        <w:br/>
        <w:t>— На тобі ізрек сіхір (цукру)! Ал (візьми)! Вона, здається, не татарка,— сказав він по-російському.</w:t>
      </w:r>
    </w:p>
    <w:p>
      <w:r>
        <w:br/>
        <w:t>Дітей повели в дім, гість пішов по подвір’ю.</w:t>
      </w:r>
    </w:p>
    <w:p>
      <w:r>
        <w:br/>
        <w:t>Але не встиг він одійти кілька кроків, як Фатьма вибігла з юрби і кинулась до нього...</w:t>
      </w:r>
    </w:p>
    <w:p>
      <w:r>
        <w:br/>
        <w:t>Обхопила йому ноги і плакала — плакала нестримно і лащилась, як теля до матері.</w:t>
      </w:r>
    </w:p>
    <w:p>
      <w:r>
        <w:br/>
        <w:t>Чоловік стояв тихо і гладив шорстку голову малої.</w:t>
      </w:r>
    </w:p>
    <w:p>
      <w:r>
        <w:br/>
        <w:t>Мала знайшла-таки свого Лені.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"Лені"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