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Ленінград і ленінградці</w:t>
      </w:r>
    </w:p>
    <w:p>
      <w:r>
        <w:br/>
        <w:t xml:space="preserve"> &lt;blockquote class="cita" style='text-align:left'&gt;&lt;p&gt;Любов</w:t>
      </w:r>
    </w:p>
    <w:p>
      <w:r>
        <w:br/>
        <w:t>Ленiнград...</w:t>
      </w:r>
    </w:p>
    <w:p>
      <w:r>
        <w:br/>
        <w:t>Що до цього слова додаси i що з нього викинеш? I Петро Перший, i Ломоносов, i Державiн, i Пушкiн, i Лермонтов, i Гоголь, i Крилов, i Достоєвський, i Щед-рiн, i Некрасов, i Шевченко, i Рєпiн, i Сєченов, i Бехте-рєв, i Павлов.</w:t>
      </w:r>
    </w:p>
    <w:p>
      <w:r>
        <w:br/>
        <w:t>I Суворов...</w:t>
      </w:r>
    </w:p>
    <w:p>
      <w:r>
        <w:br/>
        <w:t>I Ленiн...</w:t>
      </w:r>
    </w:p>
    <w:p>
      <w:r>
        <w:br/>
        <w:t>I Смольний...</w:t>
      </w:r>
    </w:p>
    <w:p>
      <w:r>
        <w:br/>
        <w:t>I першi заграви Великої Жовтневої соцiалiстичної революцiї.</w:t>
      </w:r>
    </w:p>
    <w:p>
      <w:r>
        <w:br/>
        <w:t>I Кiров...</w:t>
      </w:r>
    </w:p>
    <w:p>
      <w:r>
        <w:br/>
        <w:t>I, нарештi, страхiття блокади, чудеса героїзму, вiдваги й мужностi...</w:t>
      </w:r>
    </w:p>
    <w:p>
      <w:r>
        <w:br/>
        <w:t>I пафос вiдновлення й вiдбудови.</w:t>
      </w:r>
    </w:p>
    <w:p>
      <w:r>
        <w:br/>
        <w:t>Город мислi, науки, лiтератури, революцiї, героїзму, пафосу i ентузiазму...</w:t>
      </w:r>
    </w:p>
    <w:p>
      <w:r>
        <w:br/>
        <w:t>Як багато всього поклала iсторiя на гранiтнi плечi города-красеня, города-богатиря...</w:t>
      </w:r>
    </w:p>
    <w:p>
      <w:r>
        <w:br/>
        <w:t>Але це ж iще не все.</w:t>
      </w:r>
    </w:p>
    <w:p>
      <w:r>
        <w:br/>
        <w:t>Ленiнград має ще ж i Неву, i Невку, i Фонтанку, i Мойку, i канали, i острови, i Невський проспект, i Ад— мiралтейський шпиль, i Петропавловську фортецю, i Шлiссельбург, i Петергоф, i палаци, i музеї, i заводи, i фабрики, i сади, i парки, i сквери... I пам'ятники... i Олександро-Невську лавру, i багато ще дечого...</w:t>
      </w:r>
    </w:p>
    <w:p>
      <w:r>
        <w:br/>
        <w:t>I це ще не все.</w:t>
      </w:r>
    </w:p>
    <w:p>
      <w:r>
        <w:br/>
        <w:t>Ленiнград має ще ленiнградцiв i ленiнградок...</w:t>
      </w:r>
    </w:p>
    <w:p>
      <w:r>
        <w:br/>
        <w:t>Кожний ленiнградець i кожна ленiнградка мають у своїх грудях — серце... Гаряче серце.</w:t>
      </w:r>
    </w:p>
    <w:p>
      <w:r>
        <w:br/>
        <w:t>Бронза "Мiдного вершника", гранiт Неви, брук Невського i зелень дерев знають i вiдчувають, що те гаряче серце ленiнградцiв i ленiнградок належить їм...</w:t>
      </w:r>
    </w:p>
    <w:p>
      <w:r>
        <w:br/>
        <w:t>I нiколи i бронза, i гранiт, i зелень, навiть в най-студенiшi ленiнградськi днi, не бувають холодними: їх обгортає й грiє гаряче серце ленiнградцiв i ленiнградок.</w:t>
      </w:r>
    </w:p>
    <w:p>
      <w:r>
        <w:br/>
        <w:t>Серце...</w:t>
      </w:r>
    </w:p>
    <w:p>
      <w:r>
        <w:br/>
        <w:t>Де серце — там i любов...</w:t>
      </w:r>
    </w:p>
    <w:p>
      <w:r>
        <w:br/>
        <w:t>Коли говорити про Ленiнград, не можна не говорити про любов.</w:t>
      </w:r>
    </w:p>
    <w:p>
      <w:r>
        <w:br/>
        <w:t>Про справжню любов — нiжну й щиру, гарячу й са-мовiддану, глибоку й зворушливу.</w:t>
      </w:r>
    </w:p>
    <w:p>
      <w:r>
        <w:br/>
        <w:t>— Хто й кого ото так любить? — запитаєте. Ленiнградки i ленiнградцi люблять своє чудове мiсто Ленінград. Люблять нiжно й щиро, гаряче й самовiддано, глибоко й зворушливо. Любов та промениться з їхнiх очей, з їхнiх постатей. Вона в їхнiх руках, у роботi, в поведiнцi i в голосi.</w:t>
      </w:r>
    </w:p>
    <w:p>
      <w:r>
        <w:br/>
        <w:t>— Я — ленiнградець! Я — ленiнградка!</w:t>
      </w:r>
    </w:p>
    <w:p>
      <w:r>
        <w:br/>
        <w:t>Коли ви почуєте цi слова, — а ви їх почуєте обов'язково i не один раз! — нiколи не вiдчуєте в них хвастощiв та пихи, — нi! — бринить у тих словах тiльки або нiжна гордiсть, або гордовита нiжнiсть.</w:t>
      </w:r>
    </w:p>
    <w:p>
      <w:r>
        <w:br/>
        <w:t>— Я гордий, — чи горда, — що маю честь бути громадянином Ленiнового мiста, i я щасливий, — чи щаслива, — що вiддаю городовi-героєвi любов свою.</w:t>
      </w:r>
    </w:p>
    <w:p>
      <w:r>
        <w:br/>
        <w:t>I тодi цiлком зрозумiло, чому так чисто на ленiнградських вулицях, чому так швидко, за якийсь один рiк пiсля блокади, — позагоюванi гарматнi та бомбовi рани на ленiнградських будiвлях (принаймнi в центрi), чому на кожнiй вулицi ви бачите ремонт будинкiв, чому дорiжки в скверах та садках посипанi пiском, чому такi чистенькi й веселi, пофарбованi свiжою фарбою, трамваї i тролейбуси.</w:t>
      </w:r>
    </w:p>
    <w:p>
      <w:r>
        <w:br/>
        <w:t>I не подумайте сказати ленiнградцевi чи ленiнградцi, що, мовляв, i у нас не гiрше, а може, навiть i краще, як у вас (це, звiсно, коли вам захочеться трiшечки хвастонуть!), що й ми, мовляв, своє мiсто не менше од вас любимо (це, звiсно, коли вам хочеться трiшечки позадаватись!), — нiколи цього ленiнградцям не говорiть.</w:t>
      </w:r>
    </w:p>
    <w:p>
      <w:r>
        <w:br/>
        <w:t>Бити вони вас не битимуть, — ленiнградцi народ дуже чемний i дуже гостинний, — проте таким поглядом на вас подивляться, що краще б ударили.</w:t>
      </w:r>
    </w:p>
    <w:p>
      <w:r>
        <w:br/>
        <w:t>А найгiрше в цьому для нас те, що вони мають право так дивитись.</w:t>
      </w:r>
    </w:p>
    <w:p>
      <w:r>
        <w:br/>
        <w:t>Ну, не будемо про це говорити, давайте краще про любов...</w:t>
      </w:r>
    </w:p>
    <w:p>
      <w:r>
        <w:br/>
        <w:t>Ну, от, примiром, пам'ятники...</w:t>
      </w:r>
    </w:p>
    <w:p>
      <w:r>
        <w:br/>
        <w:t>"Мiдний вершник", "Первому Вторая", — скульптурне чудо.</w:t>
      </w:r>
    </w:p>
    <w:p>
      <w:r>
        <w:br/>
        <w:t>"Первому"— це тому, що "Россию вздернул на дыбы".</w:t>
      </w:r>
    </w:p>
    <w:p>
      <w:r>
        <w:br/>
        <w:t>Петровi Першому, теслi й iмператоровi.</w:t>
      </w:r>
    </w:p>
    <w:p>
      <w:r>
        <w:br/>
        <w:t>З якою трепетною любов'ю загортали його ленiнградцi й ленiнградки землею, пiском i щебенем, "насипали високу могилу" над ним, щоб не пошкодила його ворожа бомба чи снаряд...</w:t>
      </w:r>
    </w:p>
    <w:p>
      <w:r>
        <w:br/>
        <w:t>I врятували гордiсть i любов свою.</w:t>
      </w:r>
    </w:p>
    <w:p>
      <w:r>
        <w:br/>
        <w:t>I знову рветься з постаменту, готовий через рiку Неву перестрибнути, гарячий мiдний огонь-жеребець, i ви чуєте, як трiщать поводи в руках теслi й iмператора, що того жеребця стримує.</w:t>
      </w:r>
    </w:p>
    <w:p>
      <w:r>
        <w:br/>
        <w:t>А навкруги стоять радiснi ленiнградцi i ленiнградки, i вiд променiв у їхнiх очах на мiдi коня й вершника золотi зайчики стрибають.</w:t>
      </w:r>
    </w:p>
    <w:p>
      <w:r>
        <w:br/>
        <w:t>Єсть у Ленiнградi, на Невському проспектi, Анiчков мiст.</w:t>
      </w:r>
    </w:p>
    <w:p>
      <w:r>
        <w:br/>
        <w:t>Славний той мiст знаменитими чотирма вороними бронзовими кiньми. Конi таки справдi знаменитi...</w:t>
      </w:r>
    </w:p>
    <w:p>
      <w:r>
        <w:br/>
        <w:t>Скiльки в них руху, скiльки скаженого якогось запалу, що боязно за тих силачiв, що їх здержують.</w:t>
      </w:r>
    </w:p>
    <w:p>
      <w:r>
        <w:br/>
        <w:t>Дивишся на тих коней i думаєш: от iще раз рвонеться, опиниться бiдолаха силач пiд мiстком, а коник— хвоста трубою i — вздовж по Невському.</w:t>
      </w:r>
    </w:p>
    <w:p>
      <w:r>
        <w:br/>
        <w:t>— Лови мене! Держи мене!</w:t>
      </w:r>
    </w:p>
    <w:p>
      <w:r>
        <w:br/>
        <w:t>Так i пiдмиває тебе пiдбiгти до вороного й гаркнуть:</w:t>
      </w:r>
    </w:p>
    <w:p>
      <w:r>
        <w:br/>
        <w:t>— Тпр-р-р-р! Стiй, не балуй!</w:t>
      </w:r>
    </w:p>
    <w:p>
      <w:r>
        <w:br/>
        <w:t>Отакi конi...</w:t>
      </w:r>
    </w:p>
    <w:p>
      <w:r>
        <w:br/>
        <w:t>Почалась Велика Вiтчизняна вiйна.</w:t>
      </w:r>
    </w:p>
    <w:p>
      <w:r>
        <w:br/>
        <w:t>Фашисти пiд Ленiнградом.</w:t>
      </w:r>
    </w:p>
    <w:p>
      <w:r>
        <w:br/>
        <w:t>Обережно, любовно знiмають ленiнградцi й ленiнградки своїх улюблених коникiв з їхнiх п'єдесталiв i закопують у сусiдньому садку глибоко в землю...</w:t>
      </w:r>
    </w:p>
    <w:p>
      <w:r>
        <w:br/>
        <w:t>I лежать баскi конi глибоко пiд землею, а ленiнградцi i ленiнградки над тимчасовою їхньою могилою квiти садовили...</w:t>
      </w:r>
    </w:p>
    <w:p>
      <w:r>
        <w:br/>
        <w:t>I так аж до тої пори, коли нiмцi так рвонули вiд Ленiнграда, що чи наздогнали б їх i баскi конi...</w:t>
      </w:r>
    </w:p>
    <w:p>
      <w:r>
        <w:br/>
        <w:t>Червень 1945 року...</w:t>
      </w:r>
    </w:p>
    <w:p>
      <w:r>
        <w:br/>
        <w:t>Воронi красенi конi знову на своїх мiсцях на Анiч-ковому мосту.</w:t>
      </w:r>
    </w:p>
    <w:p>
      <w:r>
        <w:br/>
        <w:t>Мабуть, чи не весь Ленiнград брав участь у процесi i в процесiї "воскресiння" своїх улюбленцiв...</w:t>
      </w:r>
    </w:p>
    <w:p>
      <w:r>
        <w:br/>
        <w:t>Нiякi заборони й попередження мiлiцiї не скупчуватися, не заважати роботi по перенесенню коней на свої мiсця успiху не мали.</w:t>
      </w:r>
    </w:p>
    <w:p>
      <w:r>
        <w:br/>
        <w:t>Кожен ленiнградець i кожна ленiнградка вважають за свiй обов'язок хоч чим-небудь, хоч трiшечки, хоч крихiтку дати i свого труда, i своєї любовi до такої великої торжественної справи, як перенесення скульптурних шедеврiв на свої мiсця.</w:t>
      </w:r>
    </w:p>
    <w:p>
      <w:r>
        <w:br/>
        <w:t>I стоять вони тепер на мосту своїм, ще баскiшi, ще гарячiшi, ще воронiшi, нiж колись були.</w:t>
      </w:r>
    </w:p>
    <w:p>
      <w:r>
        <w:br/>
        <w:t>Нiби вiдповiдають на любов ленiнградок i ленiнградцiв до них потроєнням своїх знаменитих властивостей.</w:t>
      </w:r>
    </w:p>
    <w:p>
      <w:r>
        <w:br/>
        <w:t>А ленiнградцi купами стоять i милуються з них.</w:t>
      </w:r>
    </w:p>
    <w:p>
      <w:r>
        <w:br/>
        <w:t>I хоч куди б ви йшли чи зайшли, — чи то на вулицi, чи в магазинi, чи в парикмахерськiй, у кав'ярнi, в їдальнi, — скрiзь ви чуєте:</w:t>
      </w:r>
    </w:p>
    <w:p>
      <w:r>
        <w:br/>
        <w:t>— А коники нашi на Анiчковому мосту стоять! Бачили?</w:t>
      </w:r>
    </w:p>
    <w:p>
      <w:r>
        <w:br/>
        <w:t>— Аякже. Бачив. Як не подивитись!</w:t>
      </w:r>
    </w:p>
    <w:p>
      <w:r>
        <w:t>* * *</w:t>
      </w:r>
    </w:p>
    <w:p>
      <w:r>
        <w:br/>
        <w:t>Щасливий Ленiнград — город-богатир, город-герой, що має таких у себе ленiнградцiв i ленiнградок...</w:t>
      </w:r>
    </w:p>
    <w:p>
      <w:r>
        <w:br/>
        <w:t>Щасливi ленiнградцi й ленiнградки, що живуть у такiм прекраснiм городi, городi Ленiна, городi слiпучої слави, сяєво якої промениться над усiєю нашою Радянською Вiтчизною.</w:t>
      </w:r>
    </w:p>
    <w:p>
      <w:r>
        <w:br/>
        <w:t>Щасливий Ленiнград, що має за свою Вiтчизну — Радянський Союз.</w:t>
      </w:r>
    </w:p>
    <w:p>
      <w:r>
        <w:br/>
        <w:t>Щасливий Радянський Союз, що має в собi мiсто Ленiнград.</w:t>
      </w:r>
    </w:p>
    <w:p>
      <w:r>
        <w:br/>
        <w:t>Хай благословенна буде i хай росте любов ленiнградцiв i ленiнградок до свого героя города.</w:t>
      </w:r>
    </w:p>
    <w:p>
      <w:r>
        <w:br/>
        <w:t>Хай ще буйнiше розквiтне любов до славного мiста в серцях усiх радянських громадян.</w:t>
      </w:r>
    </w:p>
    <w:p>
      <w:r>
        <w:br/>
        <w:t>I до своїх рiдних городiв так само.</w:t>
      </w:r>
    </w:p>
    <w:p>
      <w:r>
        <w:t>Ленiнградки</w:t>
      </w:r>
    </w:p>
    <w:p>
      <w:r>
        <w:br/>
        <w:t>Менi аж нiяк не хочеться, щоб хто-небудь подумав, що все, що я говоритиму про ленiнградок, робиться тiльки через те, що, мовляв, хто ж таки, бувши у привiтних господарiв у гостях, каже господині:</w:t>
      </w:r>
    </w:p>
    <w:p>
      <w:r>
        <w:br/>
        <w:t>— Ну, яка ж таки, хазяюшка, ви нечепурна та несимпатична! I пироги у вас глевкi?! І дiти вашi хулiгани! А чоловiк — п'яниця! Бабуся ваша завтра вмре! I взагалi не розумiю, чому вас i досi ще тролейбус не переїхав?!</w:t>
      </w:r>
    </w:p>
    <w:p>
      <w:r>
        <w:br/>
        <w:t>Таких гостей не буває.</w:t>
      </w:r>
    </w:p>
    <w:p>
      <w:r>
        <w:br/>
        <w:t>Гостi завжди чемнi та ввiчливi, але ми, бувши чемними та ввiчливими ленiнградськими гостями, говоритимемо про ленiнградок з почуттям найщирiшого захоплення, подиву i найглибшої пошани не тiльки через те, що ми гостi...</w:t>
      </w:r>
    </w:p>
    <w:p>
      <w:r>
        <w:br/>
        <w:t>Один iз потомственних ленiнградцiв, прекрасний поет Олександр Прокоф'єв, правда, одразу нам заявив:</w:t>
      </w:r>
    </w:p>
    <w:p>
      <w:r>
        <w:br/>
        <w:t>— Киньте, хлопцi, дурницi! Якi ви в чорта гостi?! Ви в себе вдома! Понятно?!</w:t>
      </w:r>
    </w:p>
    <w:p>
      <w:r>
        <w:br/>
        <w:t>"Понятно" то воно "понятно", та пiсля такої заяви ще труднiше, бо, виходить, що писатимеш про свiй дiм, про себе, значить, а, як вiдомо, сама себе хвалить тiльки гречана каша.</w:t>
      </w:r>
    </w:p>
    <w:p>
      <w:r>
        <w:br/>
        <w:t>Отже, для делiкатностi треба, щоб ми були ленiнградськими гостями.</w:t>
      </w:r>
    </w:p>
    <w:p>
      <w:r>
        <w:br/>
        <w:t>Я заздалегiдь знаю, що, навiть, як я землю гризтиму, ви менi не повiрите, що ленiнградки нi в трамваях, нi в автобусах, нi в тролейбусах не штовхаються.</w:t>
      </w:r>
    </w:p>
    <w:p>
      <w:r>
        <w:br/>
        <w:t>Я сам не вiрив... I досi те, думаючи про цi дивовижнi властивостi ленiнградських жiнок, сам собi говориш:</w:t>
      </w:r>
    </w:p>
    <w:p>
      <w:r>
        <w:br/>
        <w:t>— Не може бути!</w:t>
      </w:r>
    </w:p>
    <w:p>
      <w:r>
        <w:br/>
        <w:t>Нiчого не поробиш: факт!</w:t>
      </w:r>
    </w:p>
    <w:p>
      <w:r>
        <w:br/>
        <w:t>В Ленiнградi ви входите в трамвай, чи в тролейбус, чи в автобус спокiйно, чинно, благородно, i коли вам треба пройти вперед, вам дадуть дорогу та ввiчливо ще й скажуть:</w:t>
      </w:r>
    </w:p>
    <w:p>
      <w:r>
        <w:br/>
        <w:t>— Будь ласка!</w:t>
      </w:r>
    </w:p>
    <w:p>
      <w:r>
        <w:br/>
        <w:t>Ленiнградки ремонтують своє рiдне мiсто.</w:t>
      </w:r>
    </w:p>
    <w:p>
      <w:r>
        <w:br/>
        <w:t>На кожнiй улицi ви побачите — i не на одному будинковi, — там риштування, там колиски, а на риштуваннях i на колисках ходять, стоять i сидять ленiнградськi жiнки.</w:t>
      </w:r>
    </w:p>
    <w:p>
      <w:r>
        <w:br/>
        <w:t>Вони загоюють рани свого красеня города, заподiянi нiмецьким звiром, вони чепурять свiй коханий Ленiнград.</w:t>
      </w:r>
    </w:p>
    <w:p>
      <w:r>
        <w:br/>
        <w:t>Вони дуже вже багато зробили з того часу, як розiрвано було фашистську блокаду героїчного мiста.</w:t>
      </w:r>
    </w:p>
    <w:p>
      <w:r>
        <w:br/>
        <w:t>І знову ж таки не повiрите: штукатурщицi, каменщицi, ремонтуючи будинки i вулицi, не заляпують вас, коли ви повз них проходите.</w:t>
      </w:r>
    </w:p>
    <w:p>
      <w:r>
        <w:br/>
        <w:t>Вас обов'язково, коли ви самi не помiтите, попередять, щоб ви обiйшли це мiсце, а коли й не попередять, то припинять роботу, доки ви пройдете.</w:t>
      </w:r>
    </w:p>
    <w:p>
      <w:r>
        <w:br/>
        <w:t>Не так, як деiнде:</w:t>
      </w:r>
    </w:p>
    <w:p>
      <w:r>
        <w:br/>
        <w:t>— Проходьте, проходьте!</w:t>
      </w:r>
    </w:p>
    <w:p>
      <w:r>
        <w:br/>
        <w:t>А в цей час вам на бриль цiла лопатка глини:</w:t>
      </w:r>
    </w:p>
    <w:p>
      <w:r>
        <w:br/>
        <w:t>— Ляп!</w:t>
      </w:r>
    </w:p>
    <w:p>
      <w:r>
        <w:br/>
        <w:t>Ленiнградки щодня миють свiй Ленiнград.</w:t>
      </w:r>
    </w:p>
    <w:p>
      <w:r>
        <w:br/>
        <w:t>Ми гостювали в Ленiнградi чудесної ленiнградської весни, коли привiтно усмiхалось сонце, зеленiли дерева, ленiнградки ходили своїми широкими й просторими вулицями з букетами конвалiй, i перламутрилися ленiнградськi ночi...</w:t>
      </w:r>
    </w:p>
    <w:p>
      <w:r>
        <w:br/>
        <w:t>I щодня ленiнградки мили свої вулицi.</w:t>
      </w:r>
    </w:p>
    <w:p>
      <w:r>
        <w:br/>
        <w:t>I не обливали вас...</w:t>
      </w:r>
    </w:p>
    <w:p>
      <w:r>
        <w:br/>
        <w:t>Попервах, маючи все-таки деякий життєвий досвiд, я, побачивши ленiнградку iз шлангом в руках, зразу вдарив швиденько на той бiк вулицi, незважаючи навiть на те, що не було напису: "Переходити тут!"</w:t>
      </w:r>
    </w:p>
    <w:p>
      <w:r>
        <w:br/>
        <w:t>Дома, коли тебе обiллють замiсть тротуару, то ти знаєш, де сушитися, а в гостях незручно мокрою куркою ходити.</w:t>
      </w:r>
    </w:p>
    <w:p>
      <w:r>
        <w:br/>
        <w:t>Перейшов i дивлюсь, що ж воно буде?</w:t>
      </w:r>
    </w:p>
    <w:p>
      <w:r>
        <w:br/>
        <w:t>I що ж ви гадаєте: проходять ленiнградцi повз той страшний шланг, i нiхто не обтрушується, нiхто обличчя не витирає, i навiть нiхто не пiдстрибує, щоб лись на черевиках урятувати.</w:t>
      </w:r>
    </w:p>
    <w:p>
      <w:r>
        <w:br/>
        <w:t>Тодi й я ризикнув. Знову перейшов вулицею i поволеньки, не поспiшаючи, попрямував прямо на шланг.</w:t>
      </w:r>
    </w:p>
    <w:p>
      <w:r>
        <w:br/>
        <w:t>Iду, а сам собi думаю: "Ну, — думаю, — доведеться, мабуть, пiдскочити та: "Ух! Ух!" — вродi як колись у Псьол з водяного млина пiрнав".</w:t>
      </w:r>
    </w:p>
    <w:p>
      <w:r>
        <w:br/>
        <w:t>Нiчого подiбного.</w:t>
      </w:r>
    </w:p>
    <w:p>
      <w:r>
        <w:br/>
        <w:t>Пiдiйшов до шланга, ленiнградка пальцем припинила струм, сказала "будь ласка", i я собi пройшов сухий, як порох!</w:t>
      </w:r>
    </w:p>
    <w:p>
      <w:r>
        <w:br/>
        <w:t>Я хочу попередити, що те, про що я говорив i далi говоритиму, я роблю од щирого серця, говорив i говоритиму, як про непреложнi факти, самi по собi факти. Нiкого я не мав i не маю на думцi нi з ким порiвнювати...</w:t>
      </w:r>
    </w:p>
    <w:p>
      <w:r>
        <w:br/>
        <w:t>Ленiнградки— красивi.</w:t>
      </w:r>
    </w:p>
    <w:p>
      <w:r>
        <w:br/>
        <w:t>Це зовсiм не значить, що по iнших наших прекрасних мiстах i мiстечках, селах i селищах жiнки некрасивi.</w:t>
      </w:r>
    </w:p>
    <w:p>
      <w:r>
        <w:br/>
        <w:t>Скрiзь нашi жiнки красивi! Скрiзь-скрiзь! Але, невважаючи на це, ленiнградки красивi!</w:t>
      </w:r>
    </w:p>
    <w:p>
      <w:r>
        <w:br/>
        <w:t>Викрутився чи нi?</w:t>
      </w:r>
    </w:p>
    <w:p>
      <w:r>
        <w:br/>
        <w:t>Вони красивi зовнiшньо: стрункi i голубоокi, привiтнi і чепурно одягненi...</w:t>
      </w:r>
    </w:p>
    <w:p>
      <w:r>
        <w:br/>
        <w:t>Але ще красивiшi вони красою внутрiшньою. Красою жiнки-героїнi, що пережила страшнi, невимовне жахнi роки нечуваної блокади, пережила, перенесла i перемогла разом iз своїм батьком, братом, чоловiком, разом iз своїм бойовим другом — Червоної Армiї воїном.</w:t>
      </w:r>
    </w:p>
    <w:p>
      <w:r>
        <w:br/>
        <w:t>Не може не свiтитися цей героїзм в її променистих очах, не може вистраждана нею перемога не пiдносити гордовито її нiжно-струнку фiгуру...</w:t>
      </w:r>
    </w:p>
    <w:p>
      <w:r>
        <w:br/>
        <w:t>Не може ленiнградка бути некрасивою i зовнiшньо, i внутрiшньо.</w:t>
      </w:r>
    </w:p>
    <w:p>
      <w:r>
        <w:br/>
        <w:t>I ленiнградка — красива.</w:t>
      </w:r>
    </w:p>
    <w:p>
      <w:r>
        <w:br/>
        <w:t>Це — взагалi...</w:t>
      </w:r>
    </w:p>
    <w:p>
      <w:r>
        <w:br/>
        <w:t>А оце — зосiбно.</w:t>
      </w:r>
    </w:p>
    <w:p>
      <w:r>
        <w:br/>
        <w:t>Тролейбус...</w:t>
      </w:r>
    </w:p>
    <w:p>
      <w:r>
        <w:br/>
        <w:t>Тролейбуси в Ленiнградi новенькi, чистенькi, лiтають ленiнградськими вулицями прудко.</w:t>
      </w:r>
    </w:p>
    <w:p>
      <w:r>
        <w:br/>
        <w:t>Здивував нас такий факт: пасажири в тролейбусах переважно чоловiки.</w:t>
      </w:r>
    </w:p>
    <w:p>
      <w:r>
        <w:br/>
        <w:t>I все якось вони так у тролейбусi розташовуються, що заповнюють передню частину машини.</w:t>
      </w:r>
    </w:p>
    <w:p>
      <w:r>
        <w:br/>
        <w:t>"В чiм рiч?" — думаю собi.</w:t>
      </w:r>
    </w:p>
    <w:p>
      <w:r>
        <w:br/>
        <w:t>Додивився-таки.</w:t>
      </w:r>
    </w:p>
    <w:p>
      <w:r>
        <w:br/>
        <w:t>Ну на який тролейбус не глянеш — водiй (шофер) обов'язково молода i до того гарна дiвчина.</w:t>
      </w:r>
    </w:p>
    <w:p>
      <w:r>
        <w:br/>
        <w:t>Ну й зрозумiло, що пасажири переважно чоловiки i всi товпляться наперед.</w:t>
      </w:r>
    </w:p>
    <w:p>
      <w:r>
        <w:br/>
        <w:t>Самому теж довелося у тролейбуснi пасажири пошитися.</w:t>
      </w:r>
    </w:p>
    <w:p>
      <w:r>
        <w:br/>
        <w:t>Не можна витримать!</w:t>
      </w:r>
    </w:p>
    <w:p>
      <w:r>
        <w:br/>
        <w:t>Та де ж витримати, коли спереду сидить водiй, як квiтка, кабiна уквiтчана конвалiями, черемхою, тюльпанами, — їдеш, як у казцi...</w:t>
      </w:r>
    </w:p>
    <w:p>
      <w:r>
        <w:br/>
        <w:t>Ай дай ленiнградцi!</w:t>
      </w:r>
    </w:p>
    <w:p>
      <w:r>
        <w:br/>
        <w:t>Ну, ясно, що при такiй органiзацiї тролейбусного руху мiсячний план перевозок пасажирiв виконується за пiвтора дня.</w:t>
      </w:r>
    </w:p>
    <w:p>
      <w:r>
        <w:br/>
        <w:t>А що робиться, як зiрветься оте тролейбусне колiщатко, ролик отой з дроту?!</w:t>
      </w:r>
    </w:p>
    <w:p>
      <w:r>
        <w:br/>
        <w:t>Ви б побачили!</w:t>
      </w:r>
    </w:p>
    <w:p>
      <w:r>
        <w:br/>
        <w:t>Всi пасажири стрiмголов кидаються того ролика до дроту пристроїти один поперед одного.</w:t>
      </w:r>
    </w:p>
    <w:p>
      <w:r>
        <w:br/>
        <w:t>А водiй стоїть, посмiхається:</w:t>
      </w:r>
    </w:p>
    <w:p>
      <w:r>
        <w:br/>
        <w:t>— Не всi разом, громадяни! Дайте он тому блондиновi, хай вiн! Iншим разом як зiскочить, тодi ви пристроїте!</w:t>
      </w:r>
    </w:p>
    <w:p>
      <w:r>
        <w:br/>
        <w:t>Блондин — сам не свiй. Лице щасливе, посмiхається, i вже так пристроює того ролика, так пристроює: одно око на роликовi, а друге на водiєвi...</w:t>
      </w:r>
    </w:p>
    <w:p>
      <w:r>
        <w:br/>
        <w:t>Менi так нi разу й не пощастило ролика пристроїти: молодшi затирають.</w:t>
      </w:r>
    </w:p>
    <w:p>
      <w:r>
        <w:br/>
        <w:t>Ленiнградська жiнка...</w:t>
      </w:r>
    </w:p>
    <w:p>
      <w:r>
        <w:br/>
        <w:t>Хай буде щаслива, хай буде весела ленiнградська жiнка пiсля всього пережитого.</w:t>
      </w:r>
    </w:p>
    <w:p>
      <w:r>
        <w:br/>
        <w:t>Хай виростуть її немовлята, що їх так багато ми бачили по ленiнградських садках, парках i скверах.</w:t>
      </w:r>
    </w:p>
    <w:p>
      <w:r>
        <w:br/>
        <w:t>На її втiху i на ще бiльшу славу її города, города-героя!</w:t>
      </w:r>
    </w:p>
    <w:p>
      <w:r>
        <w:br/>
        <w:t>— Ми любимо свiй город, дуже любимо, — сказала менi ленiнградка.</w:t>
      </w:r>
    </w:p>
    <w:p>
      <w:r>
        <w:br/>
        <w:t>— Я бачу це, пересвiдчився в цьому, — одказав я їй..</w:t>
      </w:r>
    </w:p>
    <w:p>
      <w:r>
        <w:br/>
        <w:t>— I що ви на це скажете? — запитала вона.</w:t>
      </w:r>
    </w:p>
    <w:p>
      <w:r>
        <w:br/>
        <w:t>— Одно можу з сумом сказати: як жалко, що я не Ленiнград!</w:t>
      </w:r>
    </w:p>
    <w:p>
      <w:r>
        <w:t>Герої города-героя</w:t>
      </w:r>
    </w:p>
    <w:p>
      <w:r>
        <w:br/>
        <w:t>Ленiнград — город-герой.</w:t>
      </w:r>
    </w:p>
    <w:p>
      <w:r>
        <w:br/>
        <w:t>Як це розумiти?</w:t>
      </w:r>
    </w:p>
    <w:p>
      <w:r>
        <w:br/>
        <w:t>Чи може бути так, що от стоїть собi город, стоїть вiками, i раптом — в найтрагiчнiшi часи свого буття — вiн, город, сам собою робить героїчний подвиг, достойний Золотої Зiрки Героя...</w:t>
      </w:r>
    </w:p>
    <w:p>
      <w:r>
        <w:br/>
        <w:t>Очевидно, що так бути не може.</w:t>
      </w:r>
    </w:p>
    <w:p>
      <w:r>
        <w:br/>
        <w:t>Славою героя вiнчають свiй город люди.</w:t>
      </w:r>
    </w:p>
    <w:p>
      <w:r>
        <w:br/>
        <w:t>Ленінградці в страшні часи тяжкої блокади уквiтчалн гранiтнi груди свого мiста Золотою Зiркою...</w:t>
      </w:r>
    </w:p>
    <w:p>
      <w:r>
        <w:br/>
        <w:t>А от спитайте когось Iз ленiнградцiв, хто пережив усю блокаду:</w:t>
      </w:r>
    </w:p>
    <w:p>
      <w:r>
        <w:br/>
        <w:t>— Ви — герой?</w:t>
      </w:r>
    </w:p>
    <w:p>
      <w:r>
        <w:br/>
        <w:t>Подивиться ленiнградець на вас так, як дивиться лiкар на пацiєнта, усмiхнеться i пiде далi...</w:t>
      </w:r>
    </w:p>
    <w:p>
      <w:r>
        <w:br/>
        <w:t>I хоч скiльки б ви таким способом шукали серед ленiнградцiв i ленiнградок героїв, — не знайдете...</w:t>
      </w:r>
    </w:p>
    <w:p>
      <w:r>
        <w:br/>
        <w:t>Нема героїв...</w:t>
      </w:r>
    </w:p>
    <w:p>
      <w:r>
        <w:br/>
        <w:t>А от, не дуже дошукуючись героїв, поїдьте ви на околицi города-богатиря. Там вам покажуть переднiй краї героїчної оборони Ленiнового мiста, а за кiлькадесят метрiв переднiй край гiтлерiвцiв I скажуть:</w:t>
      </w:r>
    </w:p>
    <w:p>
      <w:r>
        <w:br/>
        <w:t>— Отут ми стояли на смерть! I нi на крок назад!</w:t>
      </w:r>
    </w:p>
    <w:p>
      <w:r>
        <w:br/>
        <w:t>Тодi ви озирнiться: ви побачите димарi заводу iм. Кiрова, будiвлi великого мiста i, може, навiть почуєте дзвiнки трамваїв i гудки тролейбусiв...</w:t>
      </w:r>
    </w:p>
    <w:p>
      <w:r>
        <w:br/>
        <w:t>А поруч вас — руїни славнозвiсної Пулковської обсерваторiї.</w:t>
      </w:r>
    </w:p>
    <w:p>
      <w:r>
        <w:br/>
        <w:t>I вам iще скажуть:</w:t>
      </w:r>
    </w:p>
    <w:p>
      <w:r>
        <w:br/>
        <w:t>— Захоплення гiтлерiвцями Пулковських висот означало б для Ленiнграда смерть. I ми стояли на смерть. Смерть не встояла, а ми встояли.</w:t>
      </w:r>
    </w:p>
    <w:p>
      <w:r>
        <w:br/>
        <w:t>Вам не треба тодi шукати героїв... Ви вiтайте кожного ленiнградця i кожну ленiнградку, чи працює вiн тепер над вiдбудовою свого улюбленця города, чи спить вiчним сном, благородною ленiнградською землею покритий...</w:t>
      </w:r>
    </w:p>
    <w:p>
      <w:r>
        <w:br/>
        <w:t>I не допитуйтесь у живих, що кожний iз них в тi страшнi часи робив: чи стояв у блiндажi переднього краю, чи пiдносив на переднiй край набої, чи гасив у мiстi запалювальнi бомби, чи рятував поранених, чи годував слониху Бетсi та лева в зоологiчному саду, чи закопував у землю бронзово-воронi конi з Анiчкового мосту, чи будував над "Мiдним вершником" укриття, чи, прориваючись вузькою стежкою Ладозького озера, пiдвозив зголоднiлим ленiнградцям i ленiнградкам сухарi...</w:t>
      </w:r>
    </w:p>
    <w:p>
      <w:r>
        <w:br/>
        <w:t>Всiх ви їх вiтайте... Живих... А над могилами неживих скиньте шапку й уклонiться низько. I вийде так, що, не шукаючи героїв, ви вiтатимете героїв живих i шануватимете героїв неживих.</w:t>
      </w:r>
    </w:p>
    <w:p>
      <w:r>
        <w:br/>
        <w:t>Серед великої i просторої площi Нового Ленiнграда знайшло собi в днi блокади тимчасовий притулок Гвардiйське кладовище.</w:t>
      </w:r>
    </w:p>
    <w:p>
      <w:r>
        <w:br/>
        <w:t>Вiчним сном спочивають там герої-гвардiйцi... Ленiнградцi i ленiнградки у вiльнi хвилини квiтчають дорогi могили квiтами...</w:t>
      </w:r>
    </w:p>
    <w:p>
      <w:r>
        <w:br/>
        <w:t>I не треба питати, чию саме могилу прикрасила нiжними конвалiями й запашною черемхою ота он чорноброва й кароока дiвчина, що печально над могилою голову схилила.</w:t>
      </w:r>
    </w:p>
    <w:p>
      <w:r>
        <w:br/>
        <w:t>— Нi, — вiдповiсть вона. — Родичiв особисто моїх тут нiкого нема. Тут усi нашi рiднi.</w:t>
      </w:r>
    </w:p>
    <w:p>
      <w:r>
        <w:br/>
        <w:t>Як пiдете в глиб кладовища, то злiва, аж на самому майже краю його, побачите мармуровий постамент.</w:t>
      </w:r>
    </w:p>
    <w:p>
      <w:r>
        <w:br/>
        <w:t>Пiд постаментом тим спочиває вiчним сном земляк наш Красношапка Микола, двадцятилiтнiй сержант, снайпер i уславлений герой оборони Ленiнграда.</w:t>
      </w:r>
    </w:p>
    <w:p>
      <w:r>
        <w:br/>
        <w:t>Далеко вiд села Луганського, що на Донеччинi, до Ленiнграда, та не чужа земля покрила молоде снайперове тiло: рiдна земля, ленiнградська земля.</w:t>
      </w:r>
    </w:p>
    <w:p>
      <w:r>
        <w:br/>
        <w:t>Знаємо-бо ми, що єсть молодi ленiнградцi, якi спочивають на широких просторах України Радянської, — i не чужа їм земля українська, як не чужа Миколi Красношапцi ленiнградська земля.</w:t>
      </w:r>
    </w:p>
    <w:p>
      <w:r>
        <w:br/>
        <w:t>Ось через це саме й пишуть бойовi Миколаєвi друзi його рiдним батькам в українське село Луганське:</w:t>
      </w:r>
    </w:p>
    <w:p>
      <w:r>
        <w:br/>
        <w:t>"Дорогi батьки Миколи Красношапкй, Марко Пилипович та Параска Сергiївна!</w:t>
      </w:r>
    </w:p>
    <w:p>
      <w:r>
        <w:br/>
        <w:t>7 червня 1945 року до нас, бiйцiв вiддiлення iменi Миколи Красношапки, приїхали українськi письменники.</w:t>
      </w:r>
    </w:p>
    <w:p>
      <w:r>
        <w:br/>
        <w:t>Ми розповiли їм про Вашого сина-героя, який хоробро захищав велике мiсто Ленiнград, свою Радянську Батькiвщину i всiма нами любиму Україну.</w:t>
      </w:r>
    </w:p>
    <w:p>
      <w:r>
        <w:br/>
        <w:t>Клянемося Вам бути гiдними Миколи Красношапки, любити i захищати свiй народ, як наш бойовий товариш, який над життя любив свою Вiтчизну.</w:t>
      </w:r>
    </w:p>
    <w:p>
      <w:r>
        <w:br/>
        <w:t>Ми будемо безнастанно удосконалювати свою бойову майстернiсть, щоб у першу-лiпшу хвилину бути готовими битися з ворогами нашої Вiтчизни так, як бився Микола Красношапка, — стiйко, вмiло i мужньо.</w:t>
      </w:r>
    </w:p>
    <w:p>
      <w:r>
        <w:br/>
        <w:t>Бажаємо Вам доброго здоров'я, дорогi Марко Пилипович та Параска Сергiївна.</w:t>
      </w:r>
    </w:p>
    <w:p>
      <w:r>
        <w:br/>
        <w:t>Мiцно тиснемо Вашi руки.</w:t>
      </w:r>
    </w:p>
    <w:p>
      <w:r>
        <w:br/>
        <w:t>Громов, Михайлов, Уваров, Носков, Гусаров, Дубiн, Шушарiн, Хомутов, Кузнецов, Єврашев",</w:t>
      </w:r>
    </w:p>
    <w:p>
      <w:r>
        <w:br/>
        <w:t>Що ж розповiли бойовi друзi Миколи Красношапки українським письменникам?</w:t>
      </w:r>
    </w:p>
    <w:p>
      <w:r>
        <w:br/>
        <w:t>От що.</w:t>
      </w:r>
    </w:p>
    <w:p>
      <w:r>
        <w:br/>
        <w:t>Було це в серпнi 1942 року.</w:t>
      </w:r>
    </w:p>
    <w:p>
      <w:r>
        <w:br/>
        <w:t>Сержант Микола Красношапка i з ним ще кiлька товаришiв снайперiв зайняли окоп на передовiй.</w:t>
      </w:r>
    </w:p>
    <w:p>
      <w:r>
        <w:br/>
        <w:t>Аж ось пiсля скаженого мiнометного й артилерiйського вогню пiшли фашисти в атаку.</w:t>
      </w:r>
    </w:p>
    <w:p>
      <w:r>
        <w:br/>
        <w:t>Красношапка першими пострiлами валить чотирьох гiтлерiвцiв.</w:t>
      </w:r>
    </w:p>
    <w:p>
      <w:r>
        <w:br/>
        <w:t>Вiд сержанта не вiдстають i його товаришi.</w:t>
      </w:r>
    </w:p>
    <w:p>
      <w:r>
        <w:br/>
        <w:t>Нiмцi падають, але по трупах своїх солдатiв уперто лiзуть уперед.</w:t>
      </w:r>
    </w:p>
    <w:p>
      <w:r>
        <w:br/>
        <w:t>Ось вони вже бiля бруствера.</w:t>
      </w:r>
    </w:p>
    <w:p>
      <w:r>
        <w:br/>
        <w:t>Скомандувавши: "Вперед!", Красношапка орлом вилiтає на бруствер, валить ще кiлька фашистiв iз гвинтiвки i — за гранати.</w:t>
      </w:r>
    </w:p>
    <w:p>
      <w:r>
        <w:br/>
        <w:t>Вибухами гранат вiн розкидає першi лави фашистiв.</w:t>
      </w:r>
    </w:p>
    <w:p>
      <w:r>
        <w:br/>
        <w:t>Але гiтлерiвцiв багато.</w:t>
      </w:r>
    </w:p>
    <w:p>
      <w:r>
        <w:br/>
        <w:t>Вони прориваються в окоп.</w:t>
      </w:r>
    </w:p>
    <w:p>
      <w:r>
        <w:br/>
        <w:t>— Нi, — кричить Микола, — не буде по-вашому! — i, мов той лев, кидається на них. Трiскають од ударiв прикладом фашистськi голови. Пострiл — i Микола падає. Але знову пiдводиться. Праву йому руку перебито, груди прострелено, але Красношапка лiвою рукою хватає з землi гранату i б'є по вороговi.</w:t>
      </w:r>
    </w:p>
    <w:p>
      <w:r>
        <w:br/>
        <w:t>Нiмецьку атаку вiдбито.</w:t>
      </w:r>
    </w:p>
    <w:p>
      <w:r>
        <w:br/>
        <w:t>Перед нашим окопом десятки нiмецьких трупiв.</w:t>
      </w:r>
    </w:p>
    <w:p>
      <w:r>
        <w:br/>
        <w:t>Коли Миколу везли в госпiталь, вiн сказав:</w:t>
      </w:r>
    </w:p>
    <w:p>
      <w:r>
        <w:br/>
        <w:t>— Хлопцi! Я зробив що мiг! Може, й мало я зробив, так вiрю, що ви зробите бiльше! Прощайте! Як тiльки видужаю, зразу ж вернусь до вас!</w:t>
      </w:r>
    </w:p>
    <w:p>
      <w:r>
        <w:br/>
        <w:t>Не вернувся Микола...</w:t>
      </w:r>
    </w:p>
    <w:p>
      <w:r>
        <w:br/>
        <w:t>Спочиває герой оборони славного Ленiнграда Микола Красношапка пiд бiлим мармуровим постаментом на Гвардiйському кладовищi города-героя...</w:t>
      </w:r>
    </w:p>
    <w:p>
      <w:r>
        <w:br/>
        <w:t>Микола Красношапка, обороняючи Ленiнград, знав, що вiн обороняє Україну, як знали й славнi ленiнградцi, що, обороняючи Україну, вони обороняють Ленiнград. Бо всi вони боронили свою велику Батькiвщину — СРСР.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Ленінград і ленінградці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