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і Комар</w:t>
      </w:r>
    </w:p>
    <w:p>
      <w:r>
        <w:br/>
        <w:t xml:space="preserve"> Десь там, не в нашій стороні,&lt;br /&gt;</w:t>
        <w:br/>
        <w:t>Під височенною горою,&lt;br /&gt;</w:t>
        <w:br/>
        <w:t>Серед діброви в гущині&lt;br /&gt;</w:t>
        <w:br/>
        <w:t>Вечірньою добою,&lt;br /&gt;</w:t>
        <w:br/>
        <w:t>Поївши добре, Лев лежав&lt;br /&gt;</w:t>
        <w:br/>
        <w:t>І гордовито поглядав.&lt;br /&gt;</w:t>
        <w:br/>
        <w:t>Здоровий сам, кудлата грива,&lt;br /&gt;</w:t>
        <w:br/>
        <w:t>На пиці широченний ніс,-&lt;br /&gt;</w:t>
        <w:br/>
        <w:t>Не тільки миша полохлива,&lt;br /&gt;</w:t>
        <w:br/>
        <w:t>Злякався б навіть і сам біс.&lt;br /&gt;</w:t>
        <w:br/>
        <w:t>Близенько на вербі Комарики дрімали,&lt;br /&gt;</w:t>
        <w:br/>
        <w:t>Тихенько нічки дожидали.&lt;br /&gt;</w:t>
        <w:br/>
        <w:t>Один Комарик молодий&lt;br /&gt;</w:t>
        <w:br/>
        <w:t>Розхвастався перед старими:&lt;br /&gt;</w:t>
        <w:br/>
        <w:t>— Он,— каже,— як розтягся біс рудий!&lt;br /&gt;</w:t>
        <w:br/>
        <w:t>Господарюв над дурними,&lt;br /&gt;</w:t>
        <w:br/>
        <w:t>Бо нікому його провчить…&lt;br /&gt;</w:t>
        <w:br/>
        <w:t>От я ні кришки не боюся,&lt;br /&gt;</w:t>
        <w:br/>
        <w:t>Аж сміх бере, як подивлюся,&lt;br /&gt;</w:t>
        <w:br/>
        <w:t>Що перед ним усяка твар тремтить.-&lt;br /&gt;</w:t>
        <w:br/>
        <w:t>На се озвавсь Комар старенький:&lt;br /&gt;</w:t>
        <w:br/>
        <w:t>— Гай-гай! Раденький, що дурненький!&lt;br /&gt;</w:t>
        <w:br/>
        <w:t>Дурне й базікання твоє;&lt;br /&gt;</w:t>
        <w:br/>
        <w:t>Лев — сила, пан на всю діброву,&lt;br /&gt;</w:t>
        <w:br/>
        <w:t>Захоче — і хвостом уб’є&lt;br /&gt;</w:t>
        <w:br/>
        <w:t>Не тільки комара — корову.-&lt;br /&gt;</w:t>
        <w:br/>
        <w:t>Комарик молодий своє дзинчить:&lt;br /&gt;</w:t>
        <w:br/>
        <w:t>— Мене не настрашить,&lt;br /&gt;</w:t>
        <w:br/>
        <w:t>Нехай хоч як хвостом молотить;&lt;br /&gt;</w:t>
        <w:br/>
        <w:t>Нехай він сім корів покотить,&lt;br /&gt;</w:t>
        <w:br/>
        <w:t>А я от зараз полечу,&lt;br /&gt;</w:t>
        <w:br/>
        <w:t>Дам йому лиха до плачу.-&lt;br /&gt;</w:t>
        <w:br/>
        <w:t>Комарик молодий спустився&lt;br /&gt;</w:t>
        <w:br/>
        <w:t>І дратувати заходився.&lt;br /&gt;</w:t>
        <w:br/>
        <w:t>Лев головою покрутив;&lt;br /&gt;</w:t>
        <w:br/>
        <w:t>Комар йому на лобі сів,&lt;br /&gt;</w:t>
        <w:br/>
        <w:t>Лев лапою тернув по пиці,&lt;br /&gt;</w:t>
        <w:br/>
        <w:t>Бо вже були такі дурниці;&lt;br /&gt;</w:t>
        <w:br/>
        <w:t>Комар круть-верть — на ніс присів,-&lt;br /&gt;</w:t>
        <w:br/>
        <w:t>Лев клацнув, не вловив;&lt;br /&gt;</w:t>
        <w:br/>
        <w:t>Комар ще гірше умудрився&lt;br /&gt;</w:t>
        <w:br/>
        <w:t>І в усі опинився.&lt;br /&gt;</w:t>
        <w:br/>
        <w:t>Схопився Лев, хвостом крутнув,&lt;br /&gt;</w:t>
        <w:br/>
        <w:t>На всю діброву кашлянув,&lt;br /&gt;</w:t>
        <w:br/>
        <w:t>Аж галки крику наробили,&lt;br /&gt;</w:t>
        <w:br/>
        <w:t>У лозах десь вовки завили&lt;br /&gt;</w:t>
        <w:br/>
        <w:t>І пугач пугать став;&lt;br /&gt;</w:t>
        <w:br/>
        <w:t>Повитріщались з ляку сови,&lt;br /&gt;</w:t>
        <w:br/>
        <w:t>І бідний зайчик драла дав&lt;br /&gt;</w:t>
        <w:br/>
        <w:t>Аж на кінець діброви,-&lt;br /&gt;</w:t>
        <w:br/>
        <w:t>А в’їдливий Комар своє робив.&lt;br /&gt;</w:t>
        <w:br/>
        <w:t>Лев і стрибав, і по траві качався,&lt;br /&gt;</w:t>
        <w:br/>
        <w:t>І у кущі ховався,&lt;br /&gt;</w:t>
        <w:br/>
        <w:t>Із сили вибивсь, аж упрів,&lt;br /&gt;</w:t>
        <w:br/>
        <w:t>Не знав, що діяти з собою…&lt;br /&gt;</w:t>
        <w:br/>
        <w:t>Комар сховався, Лев упав&lt;br /&gt;</w:t>
        <w:br/>
        <w:t>І довго, лежачи, стогнав,&lt;br /&gt;</w:t>
        <w:br/>
        <w:t>Неначе воював з великою бідою.&lt;br /&gt;</w:t>
        <w:br/>
        <w:t>А на вербі сміються угорі&lt;br /&gt;</w:t>
        <w:br/>
        <w:t>Ледачі Комарі.&lt;br /&gt;</w:t>
        <w:br/>
        <w:t>— Ну, молодець! — гукнув Комар старенький,-&lt;br /&gt;</w:t>
        <w:br/>
        <w:t>Утяв! Дарма що молоденький!</w:t>
      </w:r>
    </w:p>
    <w:p>
      <w:r>
        <w:br/>
        <w:t>Химерна баєчка пригодна і для нас:&lt;br /&gt;</w:t>
        <w:br/>
        <w:t>Чого, подумаєш, на світі не буває!&lt;br /&gt;</w:t>
        <w:br/>
        <w:t>Маленьке лихо в інший час&lt;br /&gt;</w:t>
        <w:br/>
        <w:t>І значним людям докучає.&lt;br /&gt;</w:t>
        <w:br/>
        <w:t>1892-1893.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і Комар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