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Лілеї</w:t>
      </w:r>
    </w:p>
    <w:p>
      <w:r>
        <w:br/>
        <w:t xml:space="preserve"> Адам Міцкевич&lt;br /&gt;</w:t>
        <w:br/>
        <w:t>Лілеї</w:t>
      </w:r>
    </w:p>
    <w:p>
      <w:r>
        <w:br/>
        <w:t>Перекладач: А.Малишко&lt;br /&gt;</w:t>
        <w:br/>
        <w:t>Джерело: З книги:Міцкевич Адам. Вибране: Поетичні твори.— К.: "Веселка", 1984</w:t>
      </w:r>
    </w:p>
    <w:p>
      <w:r>
        <w:br/>
        <w:t>Балада</w:t>
      </w:r>
    </w:p>
    <w:p>
      <w:r>
        <w:br/>
        <w:t>(Скорочено)</w:t>
      </w:r>
    </w:p>
    <w:p>
      <w:r>
        <w:br/>
        <w:t>Провина несказанна,&lt;br /&gt;</w:t>
        <w:br/>
        <w:t>Що пані вбила пана,&lt;br /&gt;</w:t>
        <w:br/>
        <w:t>Похоронила в гаї,&lt;br /&gt;</w:t>
        <w:br/>
        <w:t>Де струмінь протікає,&lt;br /&gt;</w:t>
        <w:br/>
        <w:t>Лілеї засівала&lt;br /&gt;</w:t>
        <w:br/>
        <w:t>I, сіючи, співала:&lt;br /&gt;</w:t>
        <w:br/>
        <w:t>"Ростіть, квітки, високо,&lt;br /&gt;</w:t>
        <w:br/>
        <w:t>Як пан лежить глибоко;&lt;br /&gt;</w:t>
        <w:br/>
        <w:t>Як пан лежить глибоко,&lt;br /&gt;</w:t>
        <w:br/>
        <w:t>Так ви ростіть високо".&lt;br /&gt;</w:t>
        <w:br/>
        <w:t>Уся в невинній крові,&lt;br /&gt;</w:t>
        <w:br/>
        <w:t>Біжить вона в діброві,&lt;br /&gt;</w:t>
        <w:br/>
        <w:t>По горах, по долинах&lt;br /&gt;</w:t>
        <w:br/>
        <w:t>I по стежках звіриних,&lt;br /&gt;</w:t>
        <w:br/>
        <w:t>Темніє, вітер виє,&lt;br /&gt;</w:t>
        <w:br/>
        <w:t>Навколо все хмурніє,&lt;br /&gt;</w:t>
        <w:br/>
        <w:t>Ворона часом кряче,&lt;br /&gt;</w:t>
        <w:br/>
        <w:t>Та пугач ніби плаче.</w:t>
      </w:r>
    </w:p>
    <w:p>
      <w:r>
        <w:br/>
        <w:t>Біжить у яр, на кладку,&lt;br /&gt;</w:t>
        <w:br/>
        <w:t>Де клен шумить та бук,&lt;br /&gt;</w:t>
        <w:br/>
        <w:t>В пустельникову хатку&lt;br /&gt;</w:t>
        <w:br/>
        <w:t>Стук-стук, стук-стук!&lt;br /&gt;</w:t>
        <w:br/>
        <w:t>"Хто там?" — старий питає,&lt;br /&gt;</w:t>
        <w:br/>
        <w:t>Присвічує.— Біда!&lt;br /&gt;</w:t>
        <w:br/>
        <w:t>То пані заглядає,&lt;br /&gt;</w:t>
        <w:br/>
        <w:t>Скривавлена й бліда.&lt;br /&gt;</w:t>
        <w:br/>
        <w:t>"Ха-ха!" — лунає бором,&lt;br /&gt;</w:t>
        <w:br/>
        <w:t>Уста — страшний синець.&lt;br /&gt;</w:t>
        <w:br/>
        <w:t>Сміється диким зором:&lt;br /&gt;</w:t>
        <w:br/>
        <w:t>"Ха-ха! Мій муж — мертвець!"&lt;br /&gt;</w:t>
        <w:br/>
        <w:t>"Отямся, бог з тобою!&lt;br /&gt;</w:t>
        <w:br/>
        <w:t>Чи то шляхів нема,&lt;br /&gt;</w:t>
        <w:br/>
        <w:t>Що темною порою&lt;br /&gt;</w:t>
        <w:br/>
        <w:t>У лісі ти сама?"</w:t>
      </w:r>
    </w:p>
    <w:p>
      <w:r>
        <w:br/>
        <w:t>"Мій замок там, за ставом,&lt;br /&gt;</w:t>
        <w:br/>
        <w:t>Де стелиться туман.&lt;br /&gt;</w:t>
        <w:br/>
        <w:t>Мій муж із Болеславом&lt;br /&gt;</w:t>
        <w:br/>
        <w:t>Пішов на київлян.&lt;br /&gt;</w:t>
        <w:br/>
        <w:t>За роком рік минає,&lt;br /&gt;</w:t>
        <w:br/>
        <w:t>Вже б час йому вернуть!&lt;br /&gt;</w:t>
        <w:br/>
        <w:t>Між молоддю сама я,&lt;br /&gt;</w:t>
        <w:br/>
        <w:t>Слизька чесноти путь.&lt;br /&gt;</w:t>
        <w:br/>
        <w:t>Я зрадила... О горе!&lt;br /&gt;</w:t>
        <w:br/>
        <w:t>До грішної жони&lt;br /&gt;</w:t>
        <w:br/>
        <w:t>Король такий суворий!..&lt;br /&gt;</w:t>
        <w:br/>
        <w:t>Вернувся муж з війни.</w:t>
      </w:r>
    </w:p>
    <w:p>
      <w:r>
        <w:br/>
        <w:t>Ха-ха! Не знайде сліду!&lt;br /&gt;</w:t>
        <w:br/>
        <w:t>Ось ніж, ось тепла кров...&lt;br /&gt;</w:t>
        <w:br/>
        <w:t>Вже він не встане знов!&lt;br /&gt;</w:t>
        <w:br/>
        <w:t>Я все сказала, діду.&lt;br /&gt;</w:t>
        <w:br/>
        <w:t>Чи змию чорну пляму&lt;br /&gt;</w:t>
        <w:br/>
        <w:t>В молитві я святій,&lt;br /&gt;</w:t>
        <w:br/>
        <w:t>Чи йти в пекельну браму,&lt;br /&gt;</w:t>
        <w:br/>
        <w:t>Відрікшися надій?&lt;br /&gt;</w:t>
        <w:br/>
        <w:t>Стерплю я кару люту,&lt;br /&gt;</w:t>
        <w:br/>
        <w:t>Аби лише забуто&lt;br /&gt;</w:t>
        <w:br/>
        <w:t>Жахливий злочин мій!"</w:t>
      </w:r>
    </w:p>
    <w:p>
      <w:r>
        <w:br/>
        <w:t>"Ти не боїшся знати,&lt;br /&gt;</w:t>
        <w:br/>
        <w:t>Що учинила гріх?&lt;br /&gt;</w:t>
        <w:br/>
        <w:t>Боїшся лиш одплати,&lt;br /&gt;</w:t>
        <w:br/>
        <w:t>Боїшся мук тяжких?&lt;br /&gt;</w:t>
        <w:br/>
        <w:t>Іди ж собі додому,&lt;br /&gt;</w:t>
        <w:br/>
        <w:t>Я не скажу нікому;&lt;br /&gt;</w:t>
        <w:br/>
        <w:t>На те вже воля божа:&lt;br /&gt;</w:t>
        <w:br/>
        <w:t>Твій злочин знав один,&lt;br /&gt;</w:t>
        <w:br/>
        <w:t>Лілея й дика рожа&lt;br /&gt;</w:t>
        <w:br/>
        <w:t>Квітча його загин..."</w:t>
      </w:r>
    </w:p>
    <w:p>
      <w:r>
        <w:br/>
        <w:t>Зраділа, в пізню пору&lt;br /&gt;</w:t>
        <w:br/>
        <w:t>Вертає пані з бору,&lt;br /&gt;</w:t>
        <w:br/>
        <w:t>Біжить вночі додому,&lt;br /&gt;</w:t>
        <w:br/>
        <w:t>Ані слівця нікому.&lt;br /&gt;</w:t>
        <w:br/>
        <w:t>А діти біля брами:&lt;br /&gt;</w:t>
        <w:br/>
        <w:t>"Мамусю, мамцю, мамо!&lt;br /&gt;</w:t>
        <w:br/>
        <w:t>Де тато? В нас же свято!"&lt;br /&gt;</w:t>
        <w:br/>
        <w:t>"Небіжчик? Що? Ваш тато?"&lt;br /&gt;</w:t>
        <w:br/>
        <w:t>Не знає, що й казати...&lt;br /&gt;</w:t>
        <w:br/>
        <w:t>"Його чекати? Звідки?&lt;br /&gt;</w:t>
        <w:br/>
        <w:t>Ага — він прийде, дітки!"&lt;br /&gt;</w:t>
        <w:br/>
        <w:t>Чекають діти ранок,&lt;br /&gt;</w:t>
        <w:br/>
        <w:t>I вечір, і світанок;&lt;br /&gt;</w:t>
        <w:br/>
        <w:t>Так тижні проминули,&lt;br /&gt;</w:t>
        <w:br/>
        <w:t>I все малі забули.</w:t>
      </w:r>
    </w:p>
    <w:p>
      <w:r>
        <w:br/>
        <w:t>А їй забути важко,&lt;br /&gt;</w:t>
        <w:br/>
        <w:t>З думок не сходить гріх,&lt;br /&gt;</w:t>
        <w:br/>
        <w:t>На серці нудно, тяжко,&lt;br /&gt;</w:t>
        <w:br/>
        <w:t>В очах журба, не сміх,&lt;br /&gt;</w:t>
        <w:br/>
        <w:t>I сон не криє зору,&lt;br /&gt;</w:t>
        <w:br/>
        <w:t>Щоночі лине вість:&lt;br /&gt;</w:t>
        <w:br/>
        <w:t>Хтось грюкає знадвору.&lt;br /&gt;</w:t>
        <w:br/>
        <w:t>В світлицю входить гість,&lt;br /&gt;</w:t>
        <w:br/>
        <w:t>"Мене чекали в свято?&lt;br /&gt;</w:t>
        <w:br/>
        <w:t>Це я, ваш, дітки, тато",</w:t>
      </w:r>
    </w:p>
    <w:p>
      <w:r>
        <w:br/>
        <w:t>Заснути пані важко —&lt;br /&gt;</w:t>
        <w:br/>
        <w:t>З думок не сходить гріх,&lt;br /&gt;</w:t>
        <w:br/>
        <w:t>На серці нудно, тяжко,&lt;br /&gt;</w:t>
        <w:br/>
        <w:t>В очах журба, не сміх.</w:t>
      </w:r>
    </w:p>
    <w:p>
      <w:r>
        <w:br/>
        <w:t>"Ганнусю, глянь з порога!&lt;br /&gt;</w:t>
        <w:br/>
        <w:t>Дубовий міст гуде,&lt;br /&gt;</w:t>
        <w:br/>
        <w:t>Курить в пилу дорога —&lt;br /&gt;</w:t>
        <w:br/>
        <w:t>Хтось їде а чи йде?&lt;br /&gt;</w:t>
        <w:br/>
        <w:t>Біжи на шлях мерщій,&lt;br /&gt;</w:t>
        <w:br/>
        <w:t>Поглянь там, хто такий!"</w:t>
      </w:r>
    </w:p>
    <w:p>
      <w:r>
        <w:br/>
        <w:t>"Ржуть коні темногриві,&lt;br /&gt;</w:t>
        <w:br/>
        <w:t>Шаблі сіяють гострі,&lt;br /&gt;</w:t>
        <w:br/>
        <w:t>Пани до нас мостиві&lt;br /&gt;</w:t>
        <w:br/>
        <w:t>Зібралися у гості".&lt;br /&gt;</w:t>
        <w:br/>
        <w:t>Стрічати час наспів&lt;br /&gt;</w:t>
        <w:br/>
        <w:t>Небіжчика братів!</w:t>
      </w:r>
    </w:p>
    <w:p>
      <w:r>
        <w:br/>
        <w:t>"Здорова будь, здорова,&lt;br /&gt;</w:t>
        <w:br/>
        <w:t>Привіт тобі, братова!&lt;br /&gt;</w:t>
        <w:br/>
        <w:t>Де брат?" — "Його немає..."&lt;br /&gt;</w:t>
        <w:br/>
        <w:t>"Умер?" — "Вже рік минає,&lt;br /&gt;</w:t>
        <w:br/>
        <w:t>Господь не вчув молитви,&lt;br /&gt;</w:t>
        <w:br/>
        <w:t>Він не вернувся з битви".&lt;br /&gt;</w:t>
        <w:br/>
        <w:t>"Не вір! Не може бути,&lt;br /&gt;</w:t>
        <w:br/>
        <w:t>Війну пора забути,&lt;br /&gt;</w:t>
        <w:br/>
        <w:t>Твій муж примчить за днину&lt;br /&gt;</w:t>
        <w:br/>
        <w:t>Обнять тебе, єдину".</w:t>
      </w:r>
    </w:p>
    <w:p>
      <w:r>
        <w:br/>
        <w:t>А пані стала біла,&lt;br /&gt;</w:t>
        <w:br/>
        <w:t>Поникла, затремтіла,&lt;br /&gt;</w:t>
        <w:br/>
        <w:t>Очей звести не може,&lt;br /&gt;</w:t>
        <w:br/>
        <w:t>Лежить безсила долі:&lt;br /&gt;</w:t>
        <w:br/>
        <w:t>"Де муж? Де труп? О боже!"&lt;br /&gt;</w:t>
        <w:br/>
        <w:t>Отямилась поволі,&lt;br /&gt;</w:t>
        <w:br/>
        <w:t>Ховає в серці болі:&lt;br /&gt;</w:t>
        <w:br/>
        <w:t>"Чекаю вніч і зрання,&lt;br /&gt;</w:t>
        <w:br/>
        <w:t>Де муж, моє кохання?&lt;br /&gt;</w:t>
        <w:br/>
        <w:t>Коли чекать додому?"</w:t>
      </w:r>
    </w:p>
    <w:p>
      <w:r>
        <w:br/>
        <w:t>"Вертався з нами він,&lt;br /&gt;</w:t>
        <w:br/>
        <w:t>Помчав на вороному,&lt;br /&gt;</w:t>
        <w:br/>
        <w:t>Свою забувши втому,&lt;br /&gt;</w:t>
        <w:br/>
        <w:t>Лишив увесь загін,&lt;br /&gt;</w:t>
        <w:br/>
        <w:t>Щоб стріть гостей в пошані,&lt;br /&gt;</w:t>
        <w:br/>
        <w:t>Утерти сльози пані.&lt;br /&gt;</w:t>
        <w:br/>
        <w:t>Забрів у нетрі вовчі&lt;br /&gt;</w:t>
        <w:br/>
        <w:t>Чи затягла дрягва?&lt;br /&gt;</w:t>
        <w:br/>
        <w:t>Сурміть, псарі та ловчі,&lt;br /&gt;</w:t>
        <w:br/>
        <w:t>Шукайте день і два!"</w:t>
      </w:r>
    </w:p>
    <w:p>
      <w:r>
        <w:br/>
        <w:t>Послали слуг повсюди.&lt;br /&gt;</w:t>
        <w:br/>
        <w:t>Дарма шукали люди.&lt;br /&gt;</w:t>
        <w:br/>
        <w:t>Небіжчика два брати&lt;br /&gt;</w:t>
        <w:br/>
        <w:t>Зібрались від'їжджати.&lt;br /&gt;</w:t>
        <w:br/>
        <w:t>Їх зупиняє пані:&lt;br /&gt;</w:t>
        <w:br/>
        <w:t>"Брати мої кохані,&lt;br /&gt;</w:t>
        <w:br/>
        <w:t>Дощами бір заткало,&lt;br /&gt;</w:t>
        <w:br/>
        <w:t>Сльоти й туману час.&lt;br /&gt;</w:t>
        <w:br/>
        <w:t>Чекали ви немало,&lt;br /&gt;</w:t>
        <w:br/>
        <w:t>Ще поживіть у нас".&lt;br /&gt;</w:t>
        <w:br/>
        <w:t>Чекають. Січнем люто&lt;br /&gt;</w:t>
        <w:br/>
        <w:t>Річки у лід закуто.&lt;br /&gt;</w:t>
        <w:br/>
        <w:t>Чекають. Брат донині&lt;br /&gt;</w:t>
        <w:br/>
        <w:t>Не повернувся в дім...&lt;br /&gt;</w:t>
        <w:br/>
        <w:t>А він — у домовині,&lt;br /&gt;</w:t>
        <w:br/>
        <w:t>Квітки цвітуть над ним.&lt;br /&gt;</w:t>
        <w:br/>
        <w:t>Зросли вони високо,&lt;br /&gt;</w:t>
        <w:br/>
        <w:t>Як пан лежить глибоко.</w:t>
      </w:r>
    </w:p>
    <w:p>
      <w:r>
        <w:br/>
        <w:t>Два лицарі в ту пору&lt;br /&gt;</w:t>
        <w:br/>
        <w:t>Уже не їдуть з двору.&lt;br /&gt;</w:t>
        <w:br/>
        <w:t>Їм до смаку господа&lt;br /&gt;</w:t>
        <w:br/>
        <w:t>I господині врода.&lt;br /&gt;</w:t>
        <w:br/>
        <w:t>Два в неї гостювали,&lt;br /&gt;</w:t>
        <w:br/>
        <w:t>Обидва й покохали.&lt;br /&gt;</w:t>
        <w:br/>
        <w:t>Серця щодня тривожать&lt;br /&gt;</w:t>
        <w:br/>
        <w:t>Надія та печаль:&lt;br /&gt;</w:t>
        <w:br/>
        <w:t>I свататись не можуть,&lt;br /&gt;</w:t>
        <w:br/>
        <w:t>I кинуть любу — жаль.&lt;br /&gt;</w:t>
        <w:br/>
        <w:t>У затінку алеї&lt;br /&gt;</w:t>
        <w:br/>
        <w:t>Ідуть разом до неї:</w:t>
      </w:r>
    </w:p>
    <w:p>
      <w:r>
        <w:br/>
        <w:t>"Послухай нас, братова,&lt;br /&gt;</w:t>
        <w:br/>
        <w:t>Ми скажемо два слова:&lt;br /&gt;</w:t>
        <w:br/>
        <w:t>Тут жити любо й гарно,&lt;br /&gt;</w:t>
        <w:br/>
        <w:t>А брата ждати — марно.&lt;br /&gt;</w:t>
        <w:br/>
        <w:t>Твоя марніє врода,&lt;br /&gt;</w:t>
        <w:br/>
        <w:t>Хіба її не шкода?&lt;br /&gt;</w:t>
        <w:br/>
        <w:t>Візьми за брата брата —&lt;br /&gt;</w:t>
        <w:br/>
        <w:t>I смуткові одплата".</w:t>
      </w:r>
    </w:p>
    <w:p>
      <w:r>
        <w:br/>
        <w:t>Сказали так, чекають,&lt;br /&gt;</w:t>
        <w:br/>
        <w:t>Що вирече вона,&lt;br /&gt;</w:t>
        <w:br/>
        <w:t>В них погляди палають,&lt;br /&gt;</w:t>
        <w:br/>
        <w:t>В них мова запальна.&lt;br /&gt;</w:t>
        <w:br/>
        <w:t>На відповідь ждучи,&lt;br /&gt;</w:t>
        <w:br/>
        <w:t>Стиснули враз мечі.</w:t>
      </w:r>
    </w:p>
    <w:p>
      <w:r>
        <w:br/>
        <w:t>Їх пані бачить в гніві,&lt;br /&gt;</w:t>
        <w:br/>
        <w:t>Гадає: "Нещасливі!"&lt;br /&gt;</w:t>
        <w:br/>
        <w:t>I просить ще заждати,&lt;br /&gt;</w:t>
        <w:br/>
        <w:t>Щоб певне слово мати.&lt;br /&gt;</w:t>
        <w:br/>
        <w:t>Біжить у яр на кладку,&lt;br /&gt;</w:t>
        <w:br/>
        <w:t>Де клен шумить та бук.&lt;br /&gt;</w:t>
        <w:br/>
        <w:t>В пустельникову хатку:&lt;br /&gt;</w:t>
        <w:br/>
        <w:t>Стук-стук, стук-стук!&lt;br /&gt;</w:t>
        <w:br/>
        <w:t>Все повіла без ладу:&lt;br /&gt;</w:t>
        <w:br/>
        <w:t>"Дідусю, дайте раду!&lt;br /&gt;</w:t>
        <w:br/>
        <w:t>Повинна я признатись —&lt;br /&gt;</w:t>
        <w:br/>
        <w:t>Закохані брати!&lt;br /&gt;</w:t>
        <w:br/>
        <w:t>Та з ким же попрощатись,&lt;br /&gt;</w:t>
        <w:br/>
        <w:t>А з ким до шлюбу йти?&lt;br /&gt;</w:t>
        <w:br/>
        <w:t>Маленьких діток маю,&lt;br /&gt;</w:t>
        <w:br/>
        <w:t>Маєтків, нив без краю,&lt;br /&gt;</w:t>
        <w:br/>
        <w:t>Все валиться, все гине!..&lt;br /&gt;</w:t>
        <w:br/>
        <w:t>Скажи слівце єдине!&lt;br /&gt;</w:t>
        <w:br/>
        <w:t>Коли б то муж! О нене,&lt;br /&gt;</w:t>
        <w:br/>
        <w:t>Те щастя не для мене!</w:t>
      </w:r>
    </w:p>
    <w:p>
      <w:r>
        <w:br/>
        <w:t>Зависла божа кара,&lt;br /&gt;</w:t>
        <w:br/>
        <w:t>Жаха вночі примара!&lt;br /&gt;</w:t>
        <w:br/>
        <w:t>Стулю заледве очі —&lt;br /&gt;</w:t>
        <w:br/>
        <w:t>У вікна він гуркоче,&lt;br /&gt;</w:t>
        <w:br/>
        <w:t>I чую серед тиші —&lt;br /&gt;</w:t>
        <w:br/>
        <w:t>В кутку стоїть і дише,&lt;br /&gt;</w:t>
        <w:br/>
        <w:t>Втирає кров гарячу...&lt;br /&gt;</w:t>
        <w:br/>
        <w:t>Ох, бачу привид, бачу!&lt;br /&gt;</w:t>
        <w:br/>
        <w:t>Скрип, скрип,— і вже над ліжком&lt;br /&gt;</w:t>
        <w:br/>
        <w:t>Ножем кривавим нишком&lt;br /&gt;</w:t>
        <w:br/>
        <w:t>Махає наді мною&lt;br /&gt;</w:t>
        <w:br/>
        <w:t>З погрозою страшною.&lt;br /&gt;</w:t>
        <w:br/>
        <w:t>Ах, більше так не жити,&lt;br /&gt;</w:t>
        <w:br/>
        <w:t>Ночей цих не терпіти!&lt;br /&gt;</w:t>
        <w:br/>
        <w:t>Приреченій на згубу&lt;br /&gt;</w:t>
        <w:br/>
        <w:t>Не бачити вже шлюбу!"&lt;br /&gt;</w:t>
        <w:br/>
        <w:t>"Послухай, доню гожа,&lt;br /&gt;</w:t>
        <w:br/>
        <w:t>На все є кара божа,&lt;br /&gt;</w:t>
        <w:br/>
        <w:t>Та каяття єдине&lt;br /&gt;</w:t>
        <w:br/>
        <w:t>Змиває гріх людини.&lt;br /&gt;</w:t>
        <w:br/>
        <w:t>Хоч кара й завелика,&lt;br /&gt;</w:t>
        <w:br/>
        <w:t>Та годі-бо жалю,&lt;br /&gt;</w:t>
        <w:br/>
        <w:t>Твого я чоловіка&lt;br /&gt;</w:t>
        <w:br/>
        <w:t>Із мертвих оживлю".</w:t>
      </w:r>
    </w:p>
    <w:p>
      <w:r>
        <w:br/>
        <w:t>"Воскресне? Божа сило!&lt;br /&gt;</w:t>
        <w:br/>
        <w:t>Мій отче, ой, не часі&lt;br /&gt;</w:t>
        <w:br/>
        <w:t>Навіки розділило&lt;br /&gt;</w:t>
        <w:br/>
        <w:t>Страшне залізо нас,&lt;br /&gt;</w:t>
        <w:br/>
        <w:t>Я, знаю, гідна кари;&lt;br /&gt;</w:t>
        <w:br/>
        <w:t>Усі стерплю я кари,&lt;br /&gt;</w:t>
        <w:br/>
        <w:t>Лиш збутися б примари!&lt;br /&gt;</w:t>
        <w:br/>
        <w:t>Все бідним розділю я,&lt;br /&gt;</w:t>
        <w:br/>
        <w:t>У монастир піду я,&lt;br /&gt;</w:t>
        <w:br/>
        <w:t>Щоб там мій вік погас.&lt;br /&gt;</w:t>
        <w:br/>
        <w:t>Воскресне? Божа сило!&lt;br /&gt;</w:t>
        <w:br/>
        <w:t>Мій отче, ой, не час!&lt;br /&gt;</w:t>
        <w:br/>
        <w:t>Навіки розділило&lt;br /&gt;</w:t>
        <w:br/>
        <w:t>Страшне залізо нас".</w:t>
      </w:r>
    </w:p>
    <w:p>
      <w:r>
        <w:br/>
        <w:t>Старий зітхнув глибоко,&lt;br /&gt;</w:t>
        <w:br/>
        <w:t>Залив сльозами око,&lt;br /&gt;</w:t>
        <w:br/>
        <w:t>Закрив обличчя, з муки&lt;br /&gt;</w:t>
        <w:br/>
        <w:t>Заламує він руки:&lt;br /&gt;</w:t>
        <w:br/>
        <w:t>"Йди заміж, то не горе,&lt;br /&gt;</w:t>
        <w:br/>
        <w:t>Упир тебе не зборе,&lt;br /&gt;</w:t>
        <w:br/>
        <w:t>Не встане мертвий з гробу,&lt;br /&gt;</w:t>
        <w:br/>
        <w:t>Для нього день, як тьма.&lt;br /&gt;</w:t>
        <w:br/>
        <w:t>Дивись, його подобу&lt;br /&gt;</w:t>
        <w:br/>
        <w:t>Не клич вночі сама".</w:t>
      </w:r>
    </w:p>
    <w:p>
      <w:r>
        <w:br/>
        <w:t>"А як же ті два брати?&lt;br /&gt;</w:t>
        <w:br/>
        <w:t>З котрим до шлюбу стати?"&lt;br /&gt;</w:t>
        <w:br/>
        <w:t>"Найліпша тут дорога —&lt;br /&gt;</w:t>
        <w:br/>
        <w:t>На волю здатись бога:&lt;br /&gt;</w:t>
        <w:br/>
        <w:t>Хай підуть в луг, на роси,&lt;br /&gt;</w:t>
        <w:br/>
        <w:t>Де квіти-жовтокоси,&lt;br /&gt;</w:t>
        <w:br/>
        <w:t>Хай квітів назривають,&lt;br /&gt;</w:t>
        <w:br/>
        <w:t>Вінки тобі сплітають,&lt;br /&gt;</w:t>
        <w:br/>
        <w:t>Відзначать потайними&lt;br /&gt;</w:t>
        <w:br/>
        <w:t>Прикметами своїми,&lt;br /&gt;</w:t>
        <w:br/>
        <w:t>Вінки складуть в костьолі&lt;br /&gt;</w:t>
        <w:br/>
        <w:t>На божому престолі.&lt;br /&gt;</w:t>
        <w:br/>
        <w:t>Чий візьмеш ти зарані —&lt;br /&gt;</w:t>
        <w:br/>
        <w:t>Той буде муж твій, пані".</w:t>
      </w:r>
    </w:p>
    <w:p>
      <w:r>
        <w:br/>
        <w:t>З поради пані рада,&lt;br /&gt;</w:t>
        <w:br/>
        <w:t>Готова до вінця.&lt;br /&gt;</w:t>
        <w:br/>
        <w:t>Де смуток чи досада?&lt;br /&gt;</w:t>
        <w:br/>
        <w:t>Надумала мерця&lt;br /&gt;</w:t>
        <w:br/>
        <w:t>Повік не споминати,&lt;br /&gt;</w:t>
        <w:br/>
        <w:t>Повік не викликати.&lt;br /&gt;</w:t>
        <w:br/>
        <w:t>I рада з тої мислі,&lt;br /&gt;</w:t>
        <w:br/>
        <w:t>Крізь віти, низько звислі,&lt;br /&gt;</w:t>
        <w:br/>
        <w:t>Біжить мерщій додому,&lt;br /&gt;</w:t>
        <w:br/>
        <w:t>Не кажучи нікому.&lt;br /&gt;</w:t>
        <w:br/>
        <w:t>Біжить лужком широким,&lt;br /&gt;</w:t>
        <w:br/>
        <w:t>Аж чує, ненароком&lt;br /&gt;</w:t>
        <w:br/>
        <w:t>Дзвенять копита. Слуха.&lt;br /&gt;</w:t>
        <w:br/>
        <w:t>Тут їздити кому ж?&lt;br /&gt;</w:t>
        <w:br/>
        <w:t>А ніч шепоче глухо:&lt;br /&gt;</w:t>
        <w:br/>
        <w:t>"Це я, твій муж, твій муж..."</w:t>
      </w:r>
    </w:p>
    <w:p>
      <w:r>
        <w:br/>
        <w:t>Холоне серце. Хто то?&lt;br /&gt;</w:t>
        <w:br/>
        <w:t>Мовчить старе болото,&lt;br /&gt;</w:t>
        <w:br/>
        <w:t>Волосся лізе вгору...&lt;br /&gt;</w:t>
        <w:br/>
        <w:t>Мерщій тікати з бору!&lt;br /&gt;</w:t>
        <w:br/>
        <w:t>Зірвалась, мчить, ридає.&lt;br /&gt;</w:t>
        <w:br/>
        <w:t>Тут їздити кому ж?&lt;br /&gt;</w:t>
        <w:br/>
        <w:t>Із пущі крик лунає:&lt;br /&gt;</w:t>
        <w:br/>
        <w:t>"Це я, твій муж, твій муж..."</w:t>
      </w:r>
    </w:p>
    <w:p>
      <w:r>
        <w:br/>
        <w:t>От надійшла неділя,&lt;br /&gt;</w:t>
        <w:br/>
        <w:t>Справляти час весілля.&lt;br /&gt;</w:t>
        <w:br/>
        <w:t>Світає у діброві —&lt;br /&gt;</w:t>
        <w:br/>
        <w:t>Два молоді готові.&lt;br /&gt;</w:t>
        <w:br/>
        <w:t>Подружки пані любу&lt;br /&gt;</w:t>
        <w:br/>
        <w:t>Ведуть в костьол до шлюбу.&lt;br /&gt;</w:t>
        <w:br/>
        <w:t>В дівчат веселім колі&lt;br /&gt;</w:t>
        <w:br/>
        <w:t>Йде пані по костьолі,&lt;br /&gt;</w:t>
        <w:br/>
        <w:t>Вінок бере ясний.&lt;br /&gt;</w:t>
        <w:br/>
        <w:t>"Хто ці приніс лілеї&lt;br /&gt;</w:t>
        <w:br/>
        <w:t>Для милої своєї?&lt;br /&gt;</w:t>
        <w:br/>
        <w:t>Хто муж? Хто любий мій?"</w:t>
      </w:r>
    </w:p>
    <w:p>
      <w:r>
        <w:br/>
        <w:t>Підбіг один, неначе&lt;br /&gt;</w:t>
        <w:br/>
        <w:t>Йому відкрився світ,&lt;br /&gt;</w:t>
        <w:br/>
        <w:t>В долоні плеще, скаче:&lt;br /&gt;</w:t>
        <w:br/>
        <w:t>"Моя ти, мій це цвіт!&lt;br /&gt;</w:t>
        <w:br/>
        <w:t>Не спав я цілу нічку,&lt;br /&gt;</w:t>
        <w:br/>
        <w:t>Вплітав під буревій&lt;br /&gt;</w:t>
        <w:br/>
        <w:t>В лілеї синю стрічку,&lt;br /&gt;</w:t>
        <w:br/>
        <w:t>Це мій, це мій, це мій!"</w:t>
      </w:r>
    </w:p>
    <w:p>
      <w:r>
        <w:br/>
        <w:t>"Брехня! — другий волає,-&lt;br /&gt;</w:t>
        <w:br/>
        <w:t>Під виблиском заграв&lt;br /&gt;</w:t>
        <w:br/>
        <w:t>Учора в темнім гаї&lt;br /&gt;</w:t>
        <w:br/>
        <w:t>Я ці лілеї рвав.&lt;br /&gt;</w:t>
        <w:br/>
        <w:t>Те місце враз пізнаю&lt;br /&gt;</w:t>
        <w:br/>
        <w:t>Я в тиші лісовій —&lt;br /&gt;</w:t>
        <w:br/>
        <w:t>На гробі, близ ручаю...&lt;br /&gt;</w:t>
        <w:br/>
        <w:t>Це мій, це мій, це мій!"</w:t>
      </w:r>
    </w:p>
    <w:p>
      <w:r>
        <w:br/>
        <w:t>Розгнівались обоє.&lt;br /&gt;</w:t>
        <w:br/>
        <w:t>В розмові запальній&lt;br /&gt;</w:t>
        <w:br/>
        <w:t>Мечі свистять грозою,&lt;br /&gt;</w:t>
        <w:br/>
        <w:t>Страшний почався бій.&lt;br /&gt;</w:t>
        <w:br/>
        <w:t>Вінок той рвуть надвоє:&lt;br /&gt;</w:t>
        <w:br/>
        <w:t>"Це мій!" — "Це мій!" — "Це мій!"</w:t>
      </w:r>
    </w:p>
    <w:p>
      <w:r>
        <w:br/>
        <w:t>Враз двері затріщали,&lt;br /&gt;</w:t>
        <w:br/>
        <w:t>Свічки всі позгасали,&lt;br /&gt;</w:t>
        <w:br/>
        <w:t>I мрець іде в завої,&lt;br /&gt;</w:t>
        <w:br/>
        <w:t>I чути брязкіт зброї...&lt;br /&gt;</w:t>
        <w:br/>
        <w:t>Поглянув зором диким,&lt;br /&gt;</w:t>
        <w:br/>
        <w:t>Ступив до пані крок,&lt;br /&gt;</w:t>
        <w:br/>
        <w:t>Страшним озвався криком:&lt;br /&gt;</w:t>
        <w:br/>
        <w:t>"Моя ти, мій вінок!&lt;br /&gt;</w:t>
        <w:br/>
        <w:t>На гробі в мене всюди&lt;br /&gt;</w:t>
        <w:br/>
        <w:t>Лілей багато й руж,&lt;br /&gt;</w:t>
        <w:br/>
        <w:t>Зла жінко, горе буде,&lt;br /&gt;</w:t>
        <w:br/>
        <w:t>Бо я твій муж, твій муж!&lt;br /&gt;</w:t>
        <w:br/>
        <w:t>А ви, невірні браття,&lt;br /&gt;</w:t>
        <w:br/>
        <w:t>Ганьба вам і прокляття!&lt;br /&gt;</w:t>
        <w:br/>
        <w:t>Назад мечі вкладіте,&lt;br /&gt;</w:t>
        <w:br/>
        <w:t>Облиште марний крик:&lt;br /&gt;</w:t>
        <w:br/>
        <w:t>З мого це гробу квіти,&lt;br /&gt;</w:t>
        <w:br/>
        <w:t>I ви мої навік!"</w:t>
      </w:r>
    </w:p>
    <w:p>
      <w:r>
        <w:br/>
        <w:t>I грім тяжкий лунає,&lt;br /&gt;</w:t>
        <w:br/>
        <w:t>Склепіння все дрижить —&lt;br /&gt;</w:t>
        <w:br/>
        <w:t>I в землю западає&lt;br /&gt;</w:t>
        <w:br/>
        <w:t>Старий костьол умить.&lt;br /&gt;</w:t>
        <w:br/>
        <w:t>А де було це лихо,&lt;br /&gt;</w:t>
        <w:br/>
        <w:t>Ростуть лілеї тихо,&lt;br /&gt;</w:t>
        <w:br/>
        <w:t>Та буйно, та високо,&lt;br /&gt;</w:t>
        <w:br/>
        <w:t>Як пан лежав глибоко.</w:t>
      </w:r>
    </w:p>
    <w:p>
      <w:r>
        <w:br/>
        <w:t>1820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Лілеї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