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Лисичка і Вовк</w:t>
      </w:r>
    </w:p>
    <w:p>
      <w:r>
        <w:br/>
        <w:t xml:space="preserve"> &lt;p&gt;Були собі Вовчик-братик і Лисичка-сестричка. I задумали вони взятися чесно працювати. Винайшли собі нивку поля і змовилися посадити на ній картоплю. Вранці-рано вибралися обоє до роботи — ямки робити та картоплю садити. Дома поснідали, що у них було, а щоб опівдні не бігати додому, взяли відразу з собою обід і полуденок: глечик меду і кошик паляниць. Поклали страву між корчі, а самі взялися до роботи.</w:t>
      </w:r>
    </w:p>
    <w:p>
      <w:r>
        <w:br/>
        <w:t>Копають, копають, та Лисиці швидко наскучила чесна праця. Нібито копає, а сама думає, як би то вихопитися та в корчі медку полизати. Ось у недалекому болоті поміж тростиною загукав Гук на все горло:</w:t>
      </w:r>
    </w:p>
    <w:p>
      <w:r>
        <w:br/>
        <w:t>— Гуп-гуп-гуп!</w:t>
      </w:r>
    </w:p>
    <w:p>
      <w:r>
        <w:br/>
        <w:t>— Зараз, зараз, сватоньку! — скрикнула Лисичка, немовбито її кликано. І вже кинула мотику та й збирається йти.</w:t>
      </w:r>
    </w:p>
    <w:p>
      <w:r>
        <w:br/>
        <w:t>— А куди ти, Лисичко? — питає Вовчик-братик.</w:t>
      </w:r>
    </w:p>
    <w:p>
      <w:r>
        <w:br/>
        <w:t>— Я хутко повернусь! — мовила Лисичка.— Копай собі свій загонець, я тебе здожену.</w:t>
      </w:r>
    </w:p>
    <w:p>
      <w:r>
        <w:br/>
        <w:t>Побігла Лисичка в корчі, зараз до горщика, попоїла добряче меду, закусила паляницею, все чистенько позав'язувала, облизалася та й іде до Вовчика, спишна водячи хвостом,— звичайно, кума.</w:t>
      </w:r>
    </w:p>
    <w:p>
      <w:r>
        <w:br/>
        <w:t>— А що, вже прийшла? — питає Вовчик.</w:t>
      </w:r>
    </w:p>
    <w:p>
      <w:r>
        <w:br/>
        <w:t>— Та вже,— мовить Лисичка.</w:t>
      </w:r>
    </w:p>
    <w:p>
      <w:r>
        <w:br/>
        <w:t>— А що там народилося?</w:t>
      </w:r>
    </w:p>
    <w:p>
      <w:r>
        <w:br/>
        <w:t>— Хлопчик.</w:t>
      </w:r>
    </w:p>
    <w:p>
      <w:r>
        <w:br/>
        <w:t>— А як же його назвали?</w:t>
      </w:r>
    </w:p>
    <w:p>
      <w:r>
        <w:br/>
        <w:t>— Початочок.</w:t>
      </w:r>
    </w:p>
    <w:p>
      <w:r>
        <w:br/>
        <w:t>— Ото ім'я! Я ще не чув такого,— мовив Вовчик.</w:t>
      </w:r>
    </w:p>
    <w:p>
      <w:r>
        <w:br/>
        <w:t>Лисичка нічого не мовила, але взялася пильно до роботи.</w:t>
      </w:r>
    </w:p>
    <w:p>
      <w:r>
        <w:br/>
        <w:t>Може, так минула година, а може, й дві, — знов Лисичці захотілося медку полизати. І ледве Гук з болота загукав, а вона на весь голос кричить:</w:t>
      </w:r>
    </w:p>
    <w:p>
      <w:r>
        <w:br/>
        <w:t>— Зараз, сватуню, зараз!</w:t>
      </w:r>
    </w:p>
    <w:p>
      <w:r>
        <w:br/>
        <w:t>— А то що, Лисичко? — питає Вовчик.</w:t>
      </w:r>
    </w:p>
    <w:p>
      <w:r>
        <w:br/>
        <w:t>— Хіба не чуєш, сват Гук мене кличе.</w:t>
      </w:r>
    </w:p>
    <w:p>
      <w:r>
        <w:br/>
        <w:t>— Та чого?</w:t>
      </w:r>
    </w:p>
    <w:p>
      <w:r>
        <w:br/>
        <w:t>— Ми ще з ним учора балакали: бачиш, він мене просить за куму.</w:t>
      </w:r>
    </w:p>
    <w:p>
      <w:r>
        <w:br/>
        <w:t>— Га, та коли так, то йди, тільки не барися.</w:t>
      </w:r>
    </w:p>
    <w:p>
      <w:r>
        <w:br/>
        <w:t>— Я хутко, Вовчику! — мовила Лисичка та й шмиг у корчі.</w:t>
      </w:r>
    </w:p>
    <w:p>
      <w:r>
        <w:br/>
        <w:t>Зараз до горнятка, наїлася добре меду, паляницею закусила, так що з їх спільного полуденка мало що й залишилося, та й вертається до Вовчика.</w:t>
      </w:r>
    </w:p>
    <w:p>
      <w:r>
        <w:br/>
        <w:t>— О, ти вже тут!</w:t>
      </w:r>
    </w:p>
    <w:p>
      <w:r>
        <w:br/>
        <w:t>— Та вже.</w:t>
      </w:r>
    </w:p>
    <w:p>
      <w:r>
        <w:br/>
        <w:t>— А що ж там народилося?</w:t>
      </w:r>
    </w:p>
    <w:p>
      <w:r>
        <w:br/>
        <w:t>— Та дівчинка.</w:t>
      </w:r>
    </w:p>
    <w:p>
      <w:r>
        <w:br/>
        <w:t>— А як її назвали?</w:t>
      </w:r>
    </w:p>
    <w:p>
      <w:r>
        <w:br/>
        <w:t>— Серединка.</w:t>
      </w:r>
    </w:p>
    <w:p>
      <w:r>
        <w:br/>
        <w:t>— Ото! Я ще й не чував такої назви,— дивувався Вовчик.</w:t>
      </w:r>
    </w:p>
    <w:p>
      <w:r>
        <w:br/>
        <w:t>— У Гуків, Вовчику, все такі незвичайні назви дають. На те вони голосні птахи.</w:t>
      </w:r>
    </w:p>
    <w:p>
      <w:r>
        <w:br/>
        <w:t>Попрацювали вони з годину, і знов Лисичці запах дуже медок. Ледве тільки Гук загукав із тростини, а вона кричить:</w:t>
      </w:r>
    </w:p>
    <w:p>
      <w:r>
        <w:br/>
        <w:t>— Іду, сватоньку, йду!</w:t>
      </w:r>
    </w:p>
    <w:p>
      <w:r>
        <w:br/>
        <w:t>— Ти куди йдеш, Лисичко?</w:t>
      </w:r>
    </w:p>
    <w:p>
      <w:r>
        <w:br/>
        <w:t>— Хіба не чуєш, що сват іще раз за куму просить? — мовила Лисичка.</w:t>
      </w:r>
    </w:p>
    <w:p>
      <w:r>
        <w:br/>
        <w:t>— Що за диво, що він тебе так часто за куму просить? — мовив Вовчик.</w:t>
      </w:r>
    </w:p>
    <w:p>
      <w:r>
        <w:br/>
        <w:t>— Бо мене дуже любить, Вовчику.</w:t>
      </w:r>
    </w:p>
    <w:p>
      <w:r>
        <w:br/>
        <w:t>— Ну, то йди ж, та не барися, треба роботу кінчити.</w:t>
      </w:r>
    </w:p>
    <w:p>
      <w:r>
        <w:br/>
        <w:t>— Я зараз тут буду, Вовчику. Роби, не бійся, я своє зроблю.</w:t>
      </w:r>
    </w:p>
    <w:p>
      <w:r>
        <w:br/>
        <w:t>Побігла Лисичка до корчів, виїла решту меду з горщика, схрупала решту паляниць, усе поперевертала та й іде до Вовчика.</w:t>
      </w:r>
    </w:p>
    <w:p>
      <w:r>
        <w:br/>
        <w:t>— А що, вже прийшла?</w:t>
      </w:r>
    </w:p>
    <w:p>
      <w:r>
        <w:br/>
        <w:t>— Та вже.</w:t>
      </w:r>
    </w:p>
    <w:p>
      <w:r>
        <w:br/>
        <w:t>— А що там народилося? — питає Вовчик.</w:t>
      </w:r>
    </w:p>
    <w:p>
      <w:r>
        <w:br/>
        <w:t>— Хлопчик.</w:t>
      </w:r>
    </w:p>
    <w:p>
      <w:r>
        <w:br/>
        <w:t>— А як же його назвали?</w:t>
      </w:r>
    </w:p>
    <w:p>
      <w:r>
        <w:br/>
        <w:t>— Остаточок.</w:t>
      </w:r>
    </w:p>
    <w:p>
      <w:r>
        <w:br/>
        <w:t>— Ну, що ж, нехай здоров росте.</w:t>
      </w:r>
    </w:p>
    <w:p>
      <w:r>
        <w:br/>
        <w:t>Копали так, копали, аж ось уже й полудень. Вовчик давно зголоднів, та все якось соромиться признатися, а далі кинув мотику та й каже:</w:t>
      </w:r>
    </w:p>
    <w:p>
      <w:r>
        <w:br/>
        <w:t>— Ну, та тепер досить. Чи не пора обідати?</w:t>
      </w:r>
    </w:p>
    <w:p>
      <w:r>
        <w:br/>
        <w:t>— Певно, що пора, Вовчику-братику,— мовить Лисичка, а сама нібито копає, пильнує роботи.</w:t>
      </w:r>
    </w:p>
    <w:p>
      <w:r>
        <w:br/>
        <w:t>— А ти ж не голодна?</w:t>
      </w:r>
    </w:p>
    <w:p>
      <w:r>
        <w:br/>
        <w:t>— Та ні, Вовчику, іди ти сам та пообідай, мене там погостили.</w:t>
      </w:r>
    </w:p>
    <w:p>
      <w:r>
        <w:br/>
        <w:t>Пішов Вовчик у корчі, дивиться: ого! Горщик порожній, аж вилизаний від меду, кошик перевернений, і паляниць ані кришки нема! Аж тепер зрозумів, куди це Лисичка-сестричка так часто ходила! Аж тепер йому вияснилося, які-то вона своїм похресникам чудернацькі назви давала!</w:t>
      </w:r>
    </w:p>
    <w:p>
      <w:r>
        <w:br/>
        <w:t>— А, так ти така, погана Лисице! — скрикнув Вовчик.— Хочеш мене роботою і голодом на смерть заморити, а сама всю страву пожерла! Чекай же! Я тебе за те саму розірву і на обід згамкаю!</w:t>
      </w:r>
    </w:p>
    <w:p>
      <w:r>
        <w:br/>
        <w:t>Почула Лисиця Вовчиків крик, побачила, який він біжить злосливий та недобрий, і не чекала довго. Накивала п'ятами до лісу, а в лісі шусть у першу нору, яку надибала під корінням старого дуба. Думала, що сховається зовсім, але Вовчик таки встиг побачити кінчик її хвоста, як Лисичка втягла його до нори. Прибіг та й кричить:</w:t>
      </w:r>
    </w:p>
    <w:p>
      <w:r>
        <w:br/>
        <w:t>— Ага, ти тут? Вилізай мені зараз! Не сховаєшся від мене!</w:t>
      </w:r>
    </w:p>
    <w:p>
      <w:r>
        <w:br/>
        <w:t>Та Лисичка не дурна. Сидить у норі, ані пари з рота.</w:t>
      </w:r>
    </w:p>
    <w:p>
      <w:r>
        <w:br/>
        <w:t>— Не обзиваєшся? Добре! Чекай лише, я тебе досягну.</w:t>
      </w:r>
    </w:p>
    <w:p>
      <w:r>
        <w:br/>
        <w:t>Скочив Вовк, виломив довгу клюку, застромив у нору та й шпортає. Думка була вхопити Лисичку за ногу та й витягти на світ білий. І оглянутись не встигла Лисичка, а клюка хап її за ногу. Нора тісна, і Вовк, почувши, що щось зачепив, потяг клюку що є сили.</w:t>
      </w:r>
    </w:p>
    <w:p>
      <w:r>
        <w:br/>
        <w:t>От Лисичка, хоч і як їй мурашки поза плечима і бігали, почала реготатися та й кричати:</w:t>
      </w:r>
    </w:p>
    <w:p>
      <w:r>
        <w:br/>
        <w:t>— Ото дурний! Зачепив за дубовий корінь та й тягне! Думає, що мене за ногу вхопив. Тягни, дурню, тягни!</w:t>
      </w:r>
    </w:p>
    <w:p>
      <w:r>
        <w:br/>
        <w:t>Почувши це, Вовк відпустив Лисиччину ногу та й почав знов шпортати клюкою, поки не зачепив справді за дубовий корінь.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Лисичка і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