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 й Осел</w:t>
      </w:r>
    </w:p>
    <w:p>
      <w:r>
        <w:br/>
        <w:t xml:space="preserve"> — Відкіль бредеш ти, голово лиха? —&lt;br /&gt;</w:t>
        <w:br/>
        <w:t>Лисиця так мовля Ослові.&lt;br /&gt;</w:t>
        <w:br/>
        <w:t>— Дивився, як там Лев здиха&lt;br /&gt;</w:t>
        <w:br/>
        <w:t>Аж ген у тій діброві!&lt;br /&gt;</w:t>
        <w:br/>
        <w:t>Піди, паньматко, подивись;&lt;br /&gt;</w:t>
        <w:br/>
        <w:t>Ти ж зналася із ним колись…&lt;br /&gt;</w:t>
        <w:br/>
        <w:t>І! Що тепер із ним зробилось!&lt;br /&gt;</w:t>
        <w:br/>
        <w:t>Де в біса й сила тая ділась!&lt;br /&gt;</w:t>
        <w:br/>
        <w:t>А то, було, як гуконе —&lt;br /&gt;</w:t>
        <w:br/>
        <w:t>Не втямиш з ляку, де б сховався,-&lt;br /&gt;</w:t>
        <w:br/>
        <w:t>Таке було те пугало страшне!&lt;br /&gt;</w:t>
        <w:br/>
        <w:t>Мабуть, його весь світ боявся…&lt;br /&gt;</w:t>
        <w:br/>
        <w:t>Тепер лежить, неначе пень,&lt;br /&gt;</w:t>
        <w:br/>
        <w:t>І ніч, і день.&lt;br /&gt;</w:t>
        <w:br/>
        <w:t>Ніхто його вже не боїться,&lt;br /&gt;</w:t>
        <w:br/>
        <w:t>Усяк безпечно йде дивиться.&lt;br /&gt;</w:t>
        <w:br/>
        <w:t>Хто схоче — добре ускубне&lt;br /&gt;</w:t>
        <w:br/>
        <w:t>За вражий чуб його зубами,&lt;br /&gt;</w:t>
        <w:br/>
        <w:t>А хто під боки стусоне —&lt;br /&gt;</w:t>
        <w:br/>
        <w:t>Чи дрюком, чи рогами.&lt;br /&gt;</w:t>
        <w:br/>
        <w:t>— А ти, запевне, не посмів?! —&lt;br /&gt;</w:t>
        <w:br/>
        <w:t>Йому підсміює Лисиця.&lt;br /&gt;</w:t>
        <w:br/>
        <w:t>— Оце-таки! Чого ж дивиться?&lt;br /&gt;</w:t>
        <w:br/>
        <w:t>І я його раз захмилив,-&lt;br /&gt;</w:t>
        <w:br/>
        <w:t>Нехай і наших знає!</w:t>
      </w:r>
    </w:p>
    <w:p>
      <w:r>
        <w:br/>
        <w:t>А й в людях такечки буває,-&lt;br /&gt;</w:t>
        <w:br/>
        <w:t>Чи то вже світ тепер такий:&lt;br /&gt;</w:t>
        <w:br/>
        <w:t>Поки ти чим кому страшний,&lt;br /&gt;</w:t>
        <w:br/>
        <w:t>Усяк тебе і поважає;&lt;br /&gt;</w:t>
        <w:br/>
        <w:t>А тільки як-небудь спіткнись,-&lt;br /&gt;</w:t>
        <w:br/>
        <w:t>Дивись —&lt;br /&gt;</w:t>
        <w:br/>
        <w:t>Хто й поважав, той лає.&lt;br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 й Осел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