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чернігівську дорогу...</w:t>
      </w:r>
    </w:p>
    <w:p>
      <w:r>
        <w:br/>
        <w:t xml:space="preserve"> Люблю чернігівську дорогу –&lt;br /&gt;</w:t>
        <w:br/>
        <w:t>весною, влітку, восени.&lt;br /&gt;</w:t>
        <w:br/>
        <w:t>Там досі моляться Стрибогу&lt;br /&gt;</w:t>
        <w:br/>
        <w:t>високі в сонці ясени.&lt;br /&gt;</w:t>
        <w:br/>
        <w:t>Дівчата ходять, мов княгині.&lt;br /&gt;</w:t>
        <w:br/>
        <w:t>Цвітуть смарагдові .луги.&lt;br /&gt;</w:t>
        <w:br/>
        <w:t>Русявокосі Берегині&lt;br /&gt;</w:t>
        <w:br/>
        <w:t>позолотили береги.&lt;br /&gt;</w:t>
        <w:br/>
        <w:t>Там переходять шлях уповні.&lt;br /&gt;</w:t>
        <w:br/>
        <w:t>Під осінь в кожному селі&lt;br /&gt;</w:t>
        <w:br/>
        <w:t>немов димки димлять жертовні —&lt;br /&gt;</w:t>
        <w:br/>
        <w:t>копають люди картоплі.&lt;br /&gt;</w:t>
        <w:br/>
        <w:t>Бори стоять, такі соснові!&lt;br /&gt;</w:t>
        <w:br/>
        <w:t>Ведмедів бачать уві снах.&lt;br /&gt;</w:t>
        <w:br/>
        <w:t>Вінки цибулі бурштинові&lt;br /&gt;</w:t>
        <w:br/>
        <w:t>там висять просто на тинах.&lt;br /&gt;</w:t>
        <w:br/>
        <w:t>Від магістралі за два метри,&lt;br /&gt;</w:t>
        <w:br/>
        <w:t>уся закутана в що є,&lt;br /&gt;</w:t>
        <w:br/>
        <w:t>сидить бабуся, як Деметра,&lt;br /&gt;</w:t>
        <w:br/>
        <w:t>у відрах моркву продає.&lt;br /&gt;</w:t>
        <w:br/>
        <w:t>Шофер гальмує мимоволі,&lt;br /&gt;</w:t>
        <w:br/>
        <w:t>стоять колеса в шелюзі, —&lt;br /&gt;</w:t>
        <w:br/>
        <w:t>несе хтось яблука в приполі,&lt;br /&gt;</w:t>
        <w:br/>
        <w:t>несе хтось груші в картузі.&lt;br /&gt;</w:t>
        <w:br/>
        <w:t>І знову мчиш, як метеор ти.&lt;br /&gt;</w:t>
        <w:br/>
        <w:t>І довго світяться в душі&lt;br /&gt;</w:t>
        <w:br/>
        <w:t>оті розкішні натюрморти&lt;br /&gt;</w:t>
        <w:br/>
        <w:t>уздовж доріг на спориші...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чернігівську 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