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з ножами</w:t>
      </w:r>
    </w:p>
    <w:p>
      <w:r>
        <w:br/>
        <w:t xml:space="preserve"> &lt;p&gt;Юп звільна розгойдував ножа в руці, тримаючи його перед собою за кінчик леза; то був довгий, наточений ніж до хліба, і бачилось, що він дуже гострий. Нараз Юп рвучко метнув його в повітря: звившись веретеном, ніж пошумів угору,— ясне лезо золотою рибкою скинулося в останньому промені вечорового сонця,— і, вдарившись об стелю, полетів униз, просто на голову Юпові. Той миттю наклав на голову дерев'яний накоренок, ніж, сухо луснувши, увігнався в деревину й загойдався там. Юп зняв з голови накоренка, витяг ножа і з серцем швиргонув його в двері; ніж, ліниво поколивавшись там, поволі випав і ліг долі.</w:t>
      </w:r>
    </w:p>
    <w:p>
      <w:r>
        <w:br/>
        <w:t>— Хай йому чорт! — мовив Юп.— Я розважив напевне: людям, що оддали гроші за квитки, найбільше до вподоби дивитися такі номери, де ти важиш своїм життям чи принаймні здоров'ям, як колись у римському цирку. їм треба бодай знати, що тут може пролитися кров, розумієш?</w:t>
      </w:r>
    </w:p>
    <w:p>
      <w:r>
        <w:br/>
        <w:t>Він підняв ножа і одним помахом пустив у горішню лутку вікна з такою силою, що всі шибки забриніли, ніби мали розірвати крихку, висхлу замазку й брязнути з рам. Той порух, упевнений і владний, нагадав мені невеселі дні нашої недалекої минувшини, коли Юпів складаний ножик гуляв то вгору, то вниз попід склепінням бліндажів.</w:t>
      </w:r>
    </w:p>
    <w:p>
      <w:r>
        <w:br/>
        <w:t>— Я ладен упень розбитись,— казав він далі,— аби справити приємність вельмишановному панству в залі. Я б вуха собі поодрізав, та боюсь, що не знайдеться такого, хто приставить мені їх на місце. Ходи лишень сюди.</w:t>
      </w:r>
    </w:p>
    <w:p>
      <w:r>
        <w:br/>
        <w:t>Він шарпнув двері, пропустив мене вперед, і ми вийшли на сходовий помісток; клапті шпалери позоставалися на стінах тільки там, де їх колись надто міцно поліпили, аби тепер можна було оддерти на підпал до грубки. Далі ми поминули занедбану ванну, і перед нами постала так ніби веранда, де бетонована підлога покололася й поросла мохом. Юп повів рукою догори.</w:t>
      </w:r>
    </w:p>
    <w:p>
      <w:r>
        <w:br/>
        <w:t>— Що вище кидаєш ножа, то, звісно, більше тішаться глядачі. Та треба, щоб угорі була якась перепона, щоб ця штука могла вдаритися об неї й перестала вертітись, тоді вона без усяких вихилясів полетить простісінько на мою недотепну голову, ось глянь.</w:t>
      </w:r>
    </w:p>
    <w:p>
      <w:r>
        <w:br/>
        <w:t>Він показав угору, де вищирилися залізні штаби розваленого балкона.</w:t>
      </w:r>
    </w:p>
    <w:p>
      <w:r>
        <w:br/>
        <w:t>— Отут я муштрувався. З добрий рік. Дивись.</w:t>
      </w:r>
    </w:p>
    <w:p>
      <w:r>
        <w:br/>
        <w:t>Він знову підкинув ножа догори; ніж полетів навдивовижу рівно й плавко, здавалося, він здіймався сам собою, легко, наче птах,— і враз, ударившись об залізну штабу, неймовірно швидко понісся донизу і рвучко загнався в накоренок. Самий-но поштовх такої сили, здавалось, було не просто витримати. Проте Юп і оком не моргнув. Ніж увійшов у дерево на кілька сантиметрів.</w:t>
      </w:r>
    </w:p>
    <w:p>
      <w:r>
        <w:br/>
        <w:t>— Та це ж чудово, хлопче! — скрикнув я.— Просто з біса добре! Тут уже всяк мусить визнати: це таки номер!</w:t>
      </w:r>
    </w:p>
    <w:p>
      <w:r>
        <w:br/>
        <w:t>Юп незворушно витяг ножа з деревини і, стиснувши в кулаці, різонув повітря.</w:t>
      </w:r>
    </w:p>
    <w:p>
      <w:r>
        <w:br/>
        <w:t>— Та його й визнають: мені дають дванадцять марок за вечір, аби я між двома значнішими номерами трохи попідкидався ножем. Але мій номер занадто простий: людина, ніж, накоренок, розумієш? От якби до цього та напівголу кралю, щоб я міг жбурляти ножем просто їй під носом — оце б мого глядача розворушило. Та де ти її візьмеш, таку кралю?</w:t>
      </w:r>
    </w:p>
    <w:p>
      <w:r>
        <w:br/>
        <w:t>Він рушив іти, і ми знову вернулися до його житла. Він помаленьку поклав ножа на стіл, поставив поруч накоренка й потер руки. Потім ми примостилися на ящику біля грубки і якийсь час сиділи мовчки. Видобувши з кишені кусень хліба, я спитав:</w:t>
      </w:r>
    </w:p>
    <w:p>
      <w:r>
        <w:br/>
        <w:t>— Може, попоїси зі мною?</w:t>
      </w:r>
    </w:p>
    <w:p>
      <w:r>
        <w:br/>
        <w:t>— Залюбки, тільки давай я запарю каву. А тоді підемо, ти подивишся мій виступ.</w:t>
      </w:r>
    </w:p>
    <w:p>
      <w:r>
        <w:br/>
        <w:t>Він підклав у грубку дров і поставив на вогонь бляшанку.</w:t>
      </w:r>
    </w:p>
    <w:p>
      <w:r>
        <w:br/>
        <w:t>— Просто хоч гинь,— знову озвався Юп.— Може, в мене дуже вже поважний вигляд, досі ще скидаюсь на фельдфебеля.</w:t>
      </w:r>
    </w:p>
    <w:p>
      <w:r>
        <w:br/>
        <w:t>— Дурниці, з тебе ніколи не було правдивого фельдфебеля. Чи ти усміхаєшся, коли вони плещуть?</w:t>
      </w:r>
    </w:p>
    <w:p>
      <w:r>
        <w:br/>
        <w:t>— Ну звісно. І вклоняюсь.</w:t>
      </w:r>
    </w:p>
    <w:p>
      <w:r>
        <w:br/>
        <w:t>— Я б не потрапив. Я не годен усміхатись на цвинтарі.</w:t>
      </w:r>
    </w:p>
    <w:p>
      <w:r>
        <w:br/>
        <w:t>— Оце ж бо й зле, бо саме на цвинтарі треба всміхатися.</w:t>
      </w:r>
    </w:p>
    <w:p>
      <w:r>
        <w:br/>
        <w:t>— Не розумію.</w:t>
      </w:r>
    </w:p>
    <w:p>
      <w:r>
        <w:br/>
        <w:t>— Вони ж бо не мерці. Вони живі, ти тямиш?</w:t>
      </w:r>
    </w:p>
    <w:p>
      <w:r>
        <w:br/>
        <w:t>— Еге, вже тямлю, тільки тому не вірю.</w:t>
      </w:r>
    </w:p>
    <w:p>
      <w:r>
        <w:br/>
        <w:t>— Бо ти й досі ще трішечки обер-лейтенант. Ну та це з часом минеться. О господи, я радію, коли можу справити цим людям якусь потіху. Вони просто поду— біли, і я трохи розбуркую їх, і беру за те платню. Може хто з них, бодай один з усіх, не забуде за мене, поки дійде додому. "А той бісів син з ножем, враг його матері, нічого не боїться,— може, скаже він собі,— а я, сто чортів, усього боюсь!" Бо вони справді завше всього бояться. Вони тягнуть той страх за собою, мов важенну тінь, і мене тішить, коли вони на хвилину забудуться за нього і крихту одійдуть душею. Чи ж заради цього не варт усміхнутись?</w:t>
      </w:r>
    </w:p>
    <w:p>
      <w:r>
        <w:br/>
        <w:t>Я мовчки дивився, як закипає вода. Юп запарив каву в рудій бляшанці, і ми навпереміну стали сьорбати з неї окріп, заїдаючи моїм хлібом. Надворі помалу сутеніло, і Юпів покій ніби наливався м'яким сіруватим молоком.</w:t>
      </w:r>
    </w:p>
    <w:p>
      <w:r>
        <w:br/>
        <w:t>— А що, власне, робиш ти? — спитав мене Юп.</w:t>
      </w:r>
    </w:p>
    <w:p>
      <w:r>
        <w:br/>
        <w:t>— Нічого... перебиваюся днем.</w:t>
      </w:r>
    </w:p>
    <w:p>
      <w:r>
        <w:br/>
        <w:t>— Важкенький хліб.</w:t>
      </w:r>
    </w:p>
    <w:p>
      <w:r>
        <w:br/>
        <w:t>— Еге... за шмат хліба доводиться часом позносити докупи й побити на дріб'язок сто каменюк. Роблю, що де трапиться.</w:t>
      </w:r>
    </w:p>
    <w:p>
      <w:r>
        <w:br/>
        <w:t>— Так... Хочеш подивитися ще один мій номер?</w:t>
      </w:r>
    </w:p>
    <w:p>
      <w:r>
        <w:br/>
        <w:t>Я кивнув головою; він підвівся, ввімкнув світло і, підійшовши до стіни, одсунув набік клапоть тканини, що правив за килимок. На червонястому полі виразно виступали обриси чоловічої постаті, абияк накидані на стіні вуглиною; зверху на голові намальовано якусь химерну гулю, що, видно, мала означати капелюх. Доглянувшись пильніше, я побачив, що постать накреслено на дотепно замаскованих дверях.</w:t>
      </w:r>
    </w:p>
    <w:p>
      <w:r>
        <w:br/>
        <w:t>Я зацікавлено стежив, як Юп нахилився під своє нужденне ліжко, витяг звідтіля гарненьку брунатну валізку й поставив на столі. Перше ніж одімкнути її, він повернувся до мене й поклав переді мною чотири недокурки.</w:t>
      </w:r>
    </w:p>
    <w:p>
      <w:r>
        <w:br/>
        <w:t>— Скрути-но з них дві тоненькі,— сказав він.</w:t>
      </w:r>
    </w:p>
    <w:p>
      <w:r>
        <w:br/>
        <w:t>Я пересів так, щоб добре його бачити і заразом бути ближче до грубки, до її лагідного тепла. Поки я злегесенька розкручував недокурки на папірець, у якому був замотаний хліб, Юп клацнув замками валізки й витяг якусь химерну торбинку: в таких крамних торбинках з багатьма кишеньками наші матері колись держали срібні ложки та виделки з свого віна. Юп миттю розв'язав шнурка, що перехоплював звинену руркою торбинку, і простелив її на столі; я побачив дванадцять ножів із дерев'яними колодочками,— за тих часів, коли наші матері ще плавали у вальсі, такі ножі звано "мисливським наладдям".</w:t>
      </w:r>
    </w:p>
    <w:p>
      <w:r>
        <w:br/>
        <w:t>Я поділив видобутий з недокурків тютюн на дві пайки і скрутив цигарки.</w:t>
      </w:r>
    </w:p>
    <w:p>
      <w:r>
        <w:br/>
        <w:t>— Ну ось,— промовив я.</w:t>
      </w:r>
    </w:p>
    <w:p>
      <w:r>
        <w:br/>
        <w:t>— Ну ось,— і собі сказав Юп.— Спасибі.</w:t>
      </w:r>
    </w:p>
    <w:p>
      <w:r>
        <w:br/>
        <w:t>Потім він показав на торбинку:</w:t>
      </w:r>
    </w:p>
    <w:p>
      <w:r>
        <w:br/>
        <w:t>— Це все, що зосталося мені по рідних. Решта згоріла, погинула під руїнами, а те порозтягали. Коли я голий і босий повернувся з полону, я не мав ніде нічого, аж одного дня якась добра старенька жінка, материна приятелька, віднайшла мене по довгих розшуках і віддала оце добро. Я довідався, що мати кілька днів перед наглою смертю від бомби доручила на схов приятельці валізку, тож вона й лишилась ціла. Чудно, правда? Та, зрештою, так воно здебільшого й буває, що люди, пойняті страхом смерті, кидаються рятувати якийсь дріб'язок, забуваючи про найконечніше. Отак мені дісталась ця валізка з усім, що в ній було; а там була оця бляшанка, дюжина виделок та ложок і тринадцять ножів. Ложки й виделки я попродав і на ті гроші рік жив. Увесь той час я муштрувався з ножами. Ось дивись.</w:t>
      </w:r>
    </w:p>
    <w:p>
      <w:r>
        <w:br/>
        <w:t>Я закурив і дав прикурити Юпові. Приліпивши сигарету на спідній губі, він прив'язав торбинку з ножами до горішнього ґудзика своєї куртки біля плеча и розпустив її уздовж руки — так, ніби начепив на руку якусь химерну вояцьку оздобу. Нараз він неймовірно швидко став хапати з торбинки ножі, і, перше ніж мій мозок устиг зафіксувати його рухи, дванадцять ножів повпивалися в чорну примару на дверях, схожу на ті, що під кінець війни настирливо лізли у вічі з кожного плаката, мов темні провісники близького краху. Два ножі стриміли в капелюсі, по два — над кожним плечем і ще по два — уздовж опущених рук.</w:t>
      </w:r>
    </w:p>
    <w:p>
      <w:r>
        <w:br/>
        <w:t>— Чудово! — скрикнув я.— Чудово! Але такий номер конче треба якось відтінити.</w:t>
      </w:r>
    </w:p>
    <w:p>
      <w:r>
        <w:br/>
        <w:t>— Бракує тут лишень живого, а не мальованого чоловіка, а ще краще жінки. Ет!..</w:t>
      </w:r>
    </w:p>
    <w:p>
      <w:r>
        <w:br/>
        <w:t>Він повитягав ножі з дверей і дбайливо повкладав їх знову в торбинку.</w:t>
      </w:r>
    </w:p>
    <w:p>
      <w:r>
        <w:br/>
        <w:t>— Де ти кого знайдеш? Жінки надто полохливі, а чоловіки дуже дорого хочуть. Воно таки правда, номер небезпечний.</w:t>
      </w:r>
    </w:p>
    <w:p>
      <w:r>
        <w:br/>
        <w:t>Він знову закидав ножами чорну постать, тільки цього разу розділив її ними на дві геніально рівні половини.</w:t>
      </w:r>
    </w:p>
    <w:p>
      <w:r>
        <w:br/>
        <w:t>Тринадцятий великий ніж смертельною стрілою вп'явся в тому місці, де в мальованого чоловіка маслилося серце.</w:t>
      </w:r>
    </w:p>
    <w:p>
      <w:r>
        <w:br/>
        <w:t>Юп востаннє затягся з тоненької самокрутки й викинув мізерного недокурка за грубу.</w:t>
      </w:r>
    </w:p>
    <w:p>
      <w:r>
        <w:br/>
        <w:t>— Ходімо,— сказав він,— здається, вже час.</w:t>
      </w:r>
    </w:p>
    <w:p>
      <w:r>
        <w:br/>
        <w:t>Він вистромив голову у вікно, пробубонів щось про "каторжний дощ" і обернувся до мене:</w:t>
      </w:r>
    </w:p>
    <w:p>
      <w:r>
        <w:br/>
        <w:t>— Скоро восьма, о пів на дев'яту мін вихід.</w:t>
      </w:r>
    </w:p>
    <w:p>
      <w:r>
        <w:br/>
        <w:t>Поки він укладав до шкіряної валізки ножі, я визирнув у вікно. Дощ жебонів між розбитими віллами,— здавалося, немов то стиха квилять самі вілли; з-поза темної запони хитких тополь чувся скрегіт трамваю, але я ніде не бачив годинника.</w:t>
      </w:r>
    </w:p>
    <w:p>
      <w:r>
        <w:br/>
        <w:t>— Як ти знаєш, котра година?</w:t>
      </w:r>
    </w:p>
    <w:p>
      <w:r>
        <w:br/>
        <w:t>— Почуваю. Це теж муштра.</w:t>
      </w:r>
    </w:p>
    <w:p>
      <w:r>
        <w:br/>
        <w:t>Я поглянув на нього, нічого не тямлячи. Він допоміг спершу вдягнути пальто мені, потім сам одяг свою куртку. Плече в мене однялося, і я не годен як слід рушити рукою, лиш стільки, що можу бити каміння. Ми понатягали на голови капелюхи й ступили в темний передпокій; я зрадів, почувши за стіною гомін голосів, сміх і якесь невиразне мурмотіння.</w:t>
      </w:r>
    </w:p>
    <w:p>
      <w:r>
        <w:br/>
        <w:t>— Бачиш,— почав Юп, коли ми рушили сходами наниз,— я силкуюся збагнути невідомі закони космосу. Ось поглянь.</w:t>
      </w:r>
    </w:p>
    <w:p>
      <w:r>
        <w:br/>
        <w:t>Він поставив валізку на східці й широко розкинув руки — так на деяких античних малюнках зображувано Ікара перед злетом у небо. На ного незворушному обличчі проступив якийсь чудний натхненно-холодний вираз, щось чи то шалене, чи то байдуже, щось чаклунське, від чого мене пойняло острахом.</w:t>
      </w:r>
    </w:p>
    <w:p>
      <w:r>
        <w:br/>
        <w:t>— І ось,— тихо сказав Юп,— я просто ніби вростаю в атмосферу, чую, як руки мені робляться чимраз довші, аж поки сягнуть у незміренний простір, де панують інакші закони; я роздираю невидну заслону — і ось мої руки входять у течію незнаних, чарівної сили струмів, що пульсують там, за нею, у височині; мої руки вбирають їх, просто вбирають — і я вже вириваю в космосу його закони, вириваю трохи ґвалтом, а трохи жартома і забираю їх собі!</w:t>
      </w:r>
    </w:p>
    <w:p>
      <w:r>
        <w:br/>
        <w:t>Руки йому рвучко стислися в кулаки і щільно прилягли до тіла.</w:t>
      </w:r>
    </w:p>
    <w:p>
      <w:r>
        <w:br/>
        <w:t>— Ходімо,— сказав він. І лице йому знову зробилося незворушне.</w:t>
      </w:r>
    </w:p>
    <w:p>
      <w:r>
        <w:br/>
        <w:t>Я пішов за ним, геть приголомшений.</w:t>
      </w:r>
    </w:p>
    <w:p>
      <w:r>
        <w:br/>
        <w:t>Надворі сіявся дрібний, невгавучий, холодний дощ. Ми позводили коміри і мерзлякувато повтягали голови в плечі. Вечоровий туман, уже підсинений темною барвою близької ночі, розливався вулицями. Де-не-де в підвалах розбитих вілл з-попід чорного громаддя навислих руїн заблимали кволі вогники. Вулиця непримітно зійшла на багнистий шляшок, обабіч якого манячіли в погусклому присмерку понурі дерев'яні хижі, оточені злиденними городчиками; здавалося, то пливли кудись по мілкій воді розбишацькі джонки. Далі ми перейшли трамвайну колію й пірнули в тісний рукав передмістя, де серед битої цегли та сміття бовваніло кілька чорних будинків,— і враз вийшли на гомінку вулицю; людський плав поніс нас уперед, аж поки ми не завернули в провулок, де ясно горіла в темряві вивіска вар'єте "Сім млинів", різко відбиваючись у дзеркалі мокрого асфальту.</w:t>
      </w:r>
    </w:p>
    <w:p>
      <w:r>
        <w:br/>
        <w:t>Біля під'їзду було порожньо. Вистава давно почалася. З-поза витертих червоних портьєр добувався гомін людських голосів.</w:t>
      </w:r>
    </w:p>
    <w:p>
      <w:r>
        <w:br/>
        <w:t>Юп, осміхнувшись, показав на одну фотокартку у вітрині, де він у ковбойському вбранні стояв між двох солодко усміхнених танцівниць з переснованими блискучою сухозліткою грудьми.</w:t>
      </w:r>
    </w:p>
    <w:p>
      <w:r>
        <w:br/>
        <w:t>"Людина з ножами" — стояло під фотокарткою.</w:t>
      </w:r>
    </w:p>
    <w:p>
      <w:r>
        <w:br/>
        <w:t>— Ходімо,— сказав Юп удруге, і не встиг я схаменутись, як він потяг мене за собою у якісь тісні двері, що їх важко було одразу розгледіти. Ми пішли нагору вузькими, покрученими, погано освітленими сходами. Дух поту й гриму виказував, що десь близько була сцена. Юп ішов перший — і враз на якомусь закруті сходів він зупинився, поставив валізку і, вхопивши мене за плечі, спитався:</w:t>
      </w:r>
    </w:p>
    <w:p>
      <w:r>
        <w:br/>
        <w:t>— Чи стане в тебе мужності?</w:t>
      </w:r>
    </w:p>
    <w:p>
      <w:r>
        <w:br/>
        <w:t>Я так давно чекав на це питання, що тепер, раптово почувши його, злякався. Мабуть, у мене був не вельми героїчний вигляд, коли я сказав:</w:t>
      </w:r>
    </w:p>
    <w:p>
      <w:r>
        <w:br/>
        <w:t>— Мужності розпачу.</w:t>
      </w:r>
    </w:p>
    <w:p>
      <w:r>
        <w:br/>
        <w:t>— Оце саме й в правдива мужність,— підхопив він і засміявся здушеним сміхом.— Ну, то як?</w:t>
      </w:r>
    </w:p>
    <w:p>
      <w:r>
        <w:br/>
        <w:t>Я мовчав. Зненацька десь згори на нас ударила така дужа хвиля міцного реготу, що я несамохіть здригнувся, наче з холоду.</w:t>
      </w:r>
    </w:p>
    <w:p>
      <w:r>
        <w:br/>
        <w:t>— Я боюсь,— промовив я тихо.</w:t>
      </w:r>
    </w:p>
    <w:p>
      <w:r>
        <w:br/>
        <w:t>— І я. Ти не віриш у мене?</w:t>
      </w:r>
    </w:p>
    <w:p>
      <w:r>
        <w:br/>
        <w:t>— Чому ж?.. Тільки... Ну та що там... Гайда...— сказав я хрипко і, підштовхнувши його вперед, докінчив: — Мені однаково.</w:t>
      </w:r>
    </w:p>
    <w:p>
      <w:r>
        <w:br/>
        <w:t>Ми вступили в темний коридор, обставлений з обох боків благенькими фанерними будками; з них час од часу вигулькували якісь строкато вбрані постаті; крізь щілину в убогих лаштунках я вглядів на кону клоуна, що саме розтяг свого велетенського мальованого рота; до нас знову докотився дикий регіт публіки, але ту ж мить Юп упхнув мене в якісь двері й причинив їх за собою. Я розглянувся довкола. Будка була дуже тісна й майже геть гола. На одній стіні висіло дзеркало, на другій самотньо повисли Юпові ковбойські шати та на кривому стільці лежала стара колода карт. Юп нервово заметушився: він скинув з мене вимокле пальто, смикнув із стіни ковбойську одіж, а на те місце повісив моє пальто й свою куртку. Вгорі поза стіною безверхої кабіни я побачив на червоній дорійській колоні електричного годинника, що показував двадцять п'ять хвилин по восьмій.</w:t>
      </w:r>
    </w:p>
    <w:p>
      <w:r>
        <w:br/>
        <w:t>— П'ять хвилин,— промимрив Юп, одягаючи ковбойське вбрання.— Може, варто перше спробувати?</w:t>
      </w:r>
    </w:p>
    <w:p>
      <w:r>
        <w:br/>
        <w:t>Тії ж хвилини хтось застукав у двері будки й гукнув:</w:t>
      </w:r>
    </w:p>
    <w:p>
      <w:r>
        <w:br/>
        <w:t>— Приготуватися!</w:t>
      </w:r>
    </w:p>
    <w:p>
      <w:r>
        <w:br/>
        <w:t>Юп застебнувся й наклав на голову крислатого капелюха. Я промовив, силувано сміючись:</w:t>
      </w:r>
    </w:p>
    <w:p>
      <w:r>
        <w:br/>
        <w:t>— Ти, певне, хочеш засудженого на смерть спершу скарати задля спроби?</w:t>
      </w:r>
    </w:p>
    <w:p>
      <w:r>
        <w:br/>
        <w:t>Юп ухопив валізку й потяг мене з будки. Недалечко сцени стояв якийсь чоловік і дивився на останні вихиляси клоуна. Юп щось зашепотів йому на вухо, чого я не розчув; на обличчі в чоловіка проступив переляк, він глянув на мене, на Юпа і жваво захитав головою. І знову Юп зашепотів йому на вухо.</w:t>
      </w:r>
    </w:p>
    <w:p>
      <w:r>
        <w:br/>
        <w:t>Мені було байдуже про все. Нехай мене хоч зараз настромлять на ніж. Плече мені не служить, я живу день злиденною самокруткою, а завтра мушу за шмат хліба потовкти на дріб'язок сімдесят п'ять каменюк. Завтра?..</w:t>
      </w:r>
    </w:p>
    <w:p>
      <w:r>
        <w:br/>
        <w:t>Здавалося, буря оплесків змете лаштунки. Клоун з утомленим перекривленим обличчям видибав з-поза лаштунків у коридор, якусь мить понуро стояв там, а тоді знову поплентав на сцену, де, приязно всміхаючись, заходився кланятися глядачам. Оркестр ударив туш. Юп знову щось зашепотів на вухо лисому. Клоун тричі виходив поза лаштунки і тричі знову вертався на кін, всміхався й кланявся. Потому оркестр заграв марш, і Юп з валізкою в руках жвавою ходою подався на сцепу. Його привітали мляві оплески. Я втомлено дивився, як Юп настромлював карти на цвяхи, видно, заздалегідь попабивані в стіну, як він потім одну за одною продірявлював їх ножами саме посередині. Оплески погустішали, але не стали гарячі. Далі під тихе бухкання барабана він виконав номер з великим ножем і накоренком. Попри всю свою байдужість я почував, що виходить справді біднепько. Навпроти, по той бік кону, за ним назирала купка майже не повдяганих дівчат... І тоді лисий раптово вхопив мене за плечі, витяг на сцену і, привітавши Юпа церемонним помахом руки, сказав з робленою повагою:</w:t>
      </w:r>
    </w:p>
    <w:p>
      <w:r>
        <w:br/>
        <w:t>— Добрий вечір, пане Боргалевський.</w:t>
      </w:r>
    </w:p>
    <w:p>
      <w:r>
        <w:br/>
        <w:t>— Доброго здоров'я, пане Ердмендере,— одмовив Юп, теж із робленою повагою.</w:t>
      </w:r>
    </w:p>
    <w:p>
      <w:r>
        <w:br/>
        <w:t>— Оце я привів вам конокрада, пане Боргалевський, негідника, яких світ не бачив, щоб ви його трішечки полоскотали своїми ясними ножичками, перш ніж його повісять. Ну вже ж і поганець!</w:t>
      </w:r>
    </w:p>
    <w:p>
      <w:r>
        <w:br/>
        <w:t>Його вихиляси видалися мені прикро вимучені, нестерпно жалюгідні, немов папіряні квітки чи найдешевша помада. Я перевів погляд на залу, де сиділа публіка, і від тієї миті, побачивши перед собою хтиву, тисячооку, багатоголову потвору, що причаїлась у темряві, неначе ось-ось збиралася стрибнути на свою здобич,— від тієї хвилини я просто задерев'янів.</w:t>
      </w:r>
    </w:p>
    <w:p>
      <w:r>
        <w:br/>
        <w:t>Мені було на все начхати; різке світло прожекторів засліпило мене; у своїй витертій вдяганці й злиденних черевиках я, мабуть, і справді скидався на конокрада.</w:t>
      </w:r>
    </w:p>
    <w:p>
      <w:r>
        <w:br/>
        <w:t>— О, прошу, зоставте його мені, пане Ердмендере, я вже як-небудь дам йому раду!</w:t>
      </w:r>
    </w:p>
    <w:p>
      <w:r>
        <w:br/>
        <w:t>— Еге ж, еге, подбайте про нього, та не шкодуйте ножів.</w:t>
      </w:r>
    </w:p>
    <w:p>
      <w:r>
        <w:br/>
        <w:t>Юп ухопив мене за барки, а пан Ердмендер, вищиривши зуби, широкою ступою попростував із сцени. Звідкілясь на сцену кинули мотузку, і Юп прив'язав мене до червоної дорійської колони, на яку з другого боку були оперті сині диктові двері. Байдужість ніби впоїла мене. Праворуч від себе я чув лиховісний подих завмерлої публіки і зрозумів, що Юп мав слушність, коли казав про кровожерність юрби. Здавалося, з нетерплячки тремтіло навіть нудне, застояне повітря. Оркестр невпинним напружено-сентиментальним бухкотінням барабанів на тлі приглушеної хтивої мелодії ще побільшував враження зловісної трагікомедії, в якій мала пролитися людська кров, оплачена грішми. Я вп'явся очима в одну цятку і дав попуск м'язам, лантухом осівши на мотузок, що, виявилось, добре тримав мене. Оркестр грав дедалі тихіше. Юп діловито повитягав ножі з карт на стіні й повкладав їх у свою торбинку, раз у раз кидаючи на мене мелодраматичні погляди. Сховавши останнього ножа, він став лицем до зали і тим-таки огидно-неприродним голосом, що перед цим Ердмендер, сказав до публіки:</w:t>
      </w:r>
    </w:p>
    <w:p>
      <w:r>
        <w:br/>
        <w:t>— Панове, зараз я вам обквітчаю ножами постать оцього добродія, та перше прошу вас упевнитися, що ножі в мене не тупі...</w:t>
      </w:r>
    </w:p>
    <w:p>
      <w:r>
        <w:br/>
        <w:t>Промовивши це, він дістав з кишені шпагати ну і з моторошним спокоєм заходився черкати об неї ножами, одного по одному виймаючи їх з торбинки і знову кладучи назад. Дванадцять клаптів упало додолу...</w:t>
      </w:r>
    </w:p>
    <w:p>
      <w:r>
        <w:br/>
        <w:t>Увесь той час я дивився далеко поза нього, поза лаштунки, поза напівголих дівок по тім боці сцени, мовби в якийсь інший світ.</w:t>
      </w:r>
    </w:p>
    <w:p>
      <w:r>
        <w:br/>
        <w:t>Напруження публіки електризувало повітря. Юп ступнув до мене і, вдавши, буцім тугіше стягає на мені мотузки, прошепотів лагідним голосом:</w:t>
      </w:r>
    </w:p>
    <w:p>
      <w:r>
        <w:br/>
        <w:t>— Сиди тихесенько, зовсім-зовсім не рушся і здайся на мене, голубе.</w:t>
      </w:r>
    </w:p>
    <w:p>
      <w:r>
        <w:br/>
        <w:t>Ця нова забарка, здавалося, ось-ось розрядить напруження в залі, що дійшло було краю, але саме в ту мить Юп зненацька одскочив набік; руки його злетіли догори, наче дві легкі пташки, і на обличчі вдруге проступила та чаклунська зосередженість, що так була приголомшила мене на сходах. Ті чарівничі рухи неначе заворожили й глядачів. Мені причувся якийсь дивовижний моторошний стогін, і я зрозумів, що то Юп перестеріг мене.</w:t>
      </w:r>
    </w:p>
    <w:p>
      <w:r>
        <w:br/>
        <w:t>Я одірвався від далекої далечини, куди дивились мої очі, й поглянув на Юпа, що стояв тепер просто мене, так близько, що наші погляди стрілися; тоді він підняв руку, поволі сягнув до торбинки з ножами, і я вдруге відчув, що він перестерігає мене. Я весь занімів і заплющив очі...</w:t>
      </w:r>
    </w:p>
    <w:p>
      <w:r>
        <w:br/>
        <w:t>Мене пойняло розкішне відчуття; так було, може, яких дві хвильки, а може, двадцять, не знаю. Я чув тихий посвист ножів, відчував на собі повів розкраяного ними повітря, коли вони врізалися позад мене в диктові двері, і мені видавалось, неначе я йду вузісінькою кладочкою понад бездонну прірву. Іду цілком упевнено і все-таки добре почуваю весь страх небезпеки... Боюсь і все-таки напевне знаю, що не схибнуся; я не лічив ножів, однак розплющив очі якраз ту мить, коли останній ніж загнався в двері біля моєї правої руки.</w:t>
      </w:r>
    </w:p>
    <w:p>
      <w:r>
        <w:br/>
        <w:t>Ураган оплесків до кінця очутив мене; я зовсім розплющив очі і вгледів перед собою біле обличчя Юпа, що, кинувшись до мене, неслухняними руками розв'язував мотузка. Потому він витяг мене насеред сцени, до самої рампи; він уклонився глядачам, і я зробив те саме; під грім оплесків він показав на мене, а я показав на нього; він усміхнувся мені, і я всміхнувся йому, а далі ми обоє з усміхом уклонилися глядачам.</w:t>
      </w:r>
    </w:p>
    <w:p>
      <w:r>
        <w:br/>
        <w:t>У кабіні ми не перемовилися й словом. Юп кинув на стілець продірявлені карти, зняв з гвіздка моє пальто й допоміг мені вдягтися. Потім почепив на стіну ковбойське вбрання, вдягнув свою куртку, і ми нап'яли капелюхи. Коли я одчинив двері, навпроти нам кинувся лисий добродій зі словами:</w:t>
      </w:r>
    </w:p>
    <w:p>
      <w:r>
        <w:br/>
        <w:t>— Сорок марок за вихід!</w:t>
      </w:r>
    </w:p>
    <w:p>
      <w:r>
        <w:br/>
        <w:t>Він простяг Юпові кілька банкнот. Я зрозумів, що відтепер Юп буде мій шеф, і всміхнувся, і він, глянувши на мене, всміхнувся й собі.</w:t>
      </w:r>
    </w:p>
    <w:p>
      <w:r>
        <w:br/>
        <w:t>Юп узяв мене під руку, і ми вкупі рушили наниз тісними, погано освітленими сходами, що просякли задавненим духом гриму. Коли ми вийшли до під'їзду. Юп усміхнувся й сказав:</w:t>
      </w:r>
    </w:p>
    <w:p>
      <w:r>
        <w:br/>
        <w:t>— Тепер ми купимо собі сигарет і хліба...</w:t>
      </w:r>
    </w:p>
    <w:p>
      <w:r>
        <w:br/>
        <w:t>Але я тільки годину пізніше зрозумів, що здобув собі справжній фах; він вимагав від мене лишень трохи постояти, не рухаючись, і помріяти з дванадцять чи з двадцять секунд. Я став людиною, в яку кидають ножами...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з ножами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