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Лобогрійка</w:t>
      </w:r>
    </w:p>
    <w:p>
      <w:r>
        <w:br/>
        <w:t xml:space="preserve"> &lt;p&gt;— Слухайте, Іване Петровичу, що я вам скажу!— так звернулася ланкова Оленка Крицева до голови колгоспу.</w:t>
      </w:r>
    </w:p>
    <w:p>
      <w:r>
        <w:br/>
        <w:t>— Слухаю! Що ж такого ти мені скажеш? — промовив голова колгоспу Іван Петрович.</w:t>
      </w:r>
    </w:p>
    <w:p>
      <w:r>
        <w:br/>
        <w:t>— Ви знаєте, що ми на своїй ділянці чекаємо не менш як тридцять п'ять центнерів з гектара озимої пшениці?!</w:t>
      </w:r>
    </w:p>
    <w:p>
      <w:r>
        <w:br/>
        <w:t>— Знаю! І сам прикидав, що, мабуть, буде не менше!</w:t>
      </w:r>
    </w:p>
    <w:p>
      <w:r>
        <w:br/>
        <w:t>— А в лобогрійці дишло поламане! Коса поіржавіла, в шестернях зубки повибивані! Чим я пшеницю коситиму? — вела далі Оленка.</w:t>
      </w:r>
    </w:p>
    <w:p>
      <w:r>
        <w:br/>
        <w:t>— І-і-і, чого такого надумала? — махнув рукою Іван Петрович. — Коли ще ті жнива, а ти вже за лобогрійку! Встигнемо!</w:t>
      </w:r>
    </w:p>
    <w:p>
      <w:r>
        <w:br/>
        <w:t>Оленка не відставала.</w:t>
      </w:r>
    </w:p>
    <w:p>
      <w:r>
        <w:br/>
        <w:t>— Ну да! — сердилася Оленка, — досидимося до того часу, що завтра вже жнивувати, а тоді: "Давай! Давай! Чому лобогрійка несправна?! Я ж казав!" Так чи не так, Іване Петровичу?</w:t>
      </w:r>
    </w:p>
    <w:p>
      <w:r>
        <w:br/>
        <w:t>— Та чого прискіпалася, як шевська смола?! Ти грамотна?</w:t>
      </w:r>
    </w:p>
    <w:p>
      <w:r>
        <w:br/>
        <w:t>— Грамотна!</w:t>
      </w:r>
    </w:p>
    <w:p>
      <w:r>
        <w:br/>
        <w:t>— Читала постанову правління, де чорним по білому написано: "Увесь збиральний реманент одремонтувати, щоб він був готовий до збиральної кампанії!" Читала, питаю?</w:t>
      </w:r>
    </w:p>
    <w:p>
      <w:r>
        <w:br/>
        <w:t>— Читала! Так якби ж можна було запрягти пару коней чи волів у ту постанову й косити нею пшеничку. А то постанова єсть, а лобогрійка он бур'яном заросла, і не видно, щоб хтось із ковалів до неї підходив! Оце тільки я й підійшла та трохи бур'ян потолочила, а то стояв би й досі, як той очерет!</w:t>
      </w:r>
    </w:p>
    <w:p>
      <w:r>
        <w:br/>
        <w:t>— Устигнемо з козами на торг! — одмахнувся від Оленки Іван Петрович.</w:t>
      </w:r>
    </w:p>
    <w:p>
      <w:r>
        <w:br/>
        <w:t>Оленка постояла трохи, махнула рукою і побігла в поле.</w:t>
      </w:r>
    </w:p>
    <w:p>
      <w:r>
        <w:br/>
        <w:t>— Ну, як із лобогрійкою? — запитали Оленку подружки. — Ремонтуватимуть?</w:t>
      </w:r>
    </w:p>
    <w:p>
      <w:r>
        <w:br/>
        <w:t>— Ет! — махнула рукою Оленка. — Встигнемо, каже голова, і все!</w:t>
      </w:r>
    </w:p>
    <w:p>
      <w:r>
        <w:br/>
        <w:t>Дівчатка замислились.</w:t>
      </w:r>
    </w:p>
    <w:p>
      <w:r>
        <w:br/>
        <w:t>Коси вони вже собі придбали, придбали й бабку коси клепати.</w:t>
      </w:r>
    </w:p>
    <w:p>
      <w:r>
        <w:br/>
        <w:t>Бруски й мантачки вже лежали на полиці в Оленки, в коморі.</w:t>
      </w:r>
    </w:p>
    <w:p>
      <w:r>
        <w:br/>
        <w:t>Дід Андрій уже робив дівчатам грабки, а як грабки поробить, то він їм і коси виклепає й нагострить.</w:t>
      </w:r>
    </w:p>
    <w:p>
      <w:r>
        <w:br/>
        <w:t>Щовечора підбігала до діда Андрія Оленка:</w:t>
      </w:r>
    </w:p>
    <w:p>
      <w:r>
        <w:br/>
        <w:t>— Мабуть, уже, дідусю, покурили? Нате! Це дуже міцний, дідусю, тютюн і запашний! А оце двоє яєчок. Я їх зварила ріденько: повечеряйте!</w:t>
      </w:r>
    </w:p>
    <w:p>
      <w:r>
        <w:br/>
        <w:t>— Та спасибі, я не голодний! — мотав головою дід Андрій. — Є в мене що вечеряти!</w:t>
      </w:r>
    </w:p>
    <w:p>
      <w:r>
        <w:br/>
        <w:t>— Е ні, дідусю, візьміть, візьміть!</w:t>
      </w:r>
    </w:p>
    <w:p>
      <w:r>
        <w:br/>
        <w:t>— Ну добре, — казав дід Андрій, — коси я вам направлю, грабки пороблю.</w:t>
      </w:r>
    </w:p>
    <w:p>
      <w:r>
        <w:br/>
        <w:t>— А на жатках, на лобогрійках ви розумієтесь, дідусю?</w:t>
      </w:r>
    </w:p>
    <w:p>
      <w:r>
        <w:br/>
        <w:t>— Їздити на лобогрійках я їздив! Знаю, де мастити, як косу нагострити, як і коли скидати! Все це я знаю! — говорив дід Андрій.</w:t>
      </w:r>
    </w:p>
    <w:p>
      <w:r>
        <w:br/>
        <w:t>— А як несправні шестерні та валик не крутиться, полагодити вмієте чи ні? — допитувалася Оленка.</w:t>
      </w:r>
    </w:p>
    <w:p>
      <w:r>
        <w:br/>
        <w:t>— Ну, на механіці я не дуже! То вже що ні, то ні! Для того є механіки!</w:t>
      </w:r>
    </w:p>
    <w:p>
      <w:r>
        <w:br/>
        <w:t>Увечері Оленка говорила своїм дівчаткам:</w:t>
      </w:r>
    </w:p>
    <w:p>
      <w:r>
        <w:br/>
        <w:t>— Коси в нас будуть, і добрі коси! Дід Андрій постарається! От якби нам ще лобогрійку! Ми б тоді за два-три дні схопили і жито, й пшеницю! І так, щоб жодної зернини не втеряти!</w:t>
      </w:r>
    </w:p>
    <w:p>
      <w:r>
        <w:br/>
        <w:t>Дівчатка думали.</w:t>
      </w:r>
    </w:p>
    <w:p>
      <w:r>
        <w:br/>
        <w:t>Тоді знову Оленка:</w:t>
      </w:r>
    </w:p>
    <w:p>
      <w:r>
        <w:br/>
        <w:t>— Слухай-но, Галинко! — звернулася вона до Галинки, чорнявої дівчини з отакенними косами, чорними-чорними, як воронове крило, і з отакенними очима, карими-карими. — Слухай-но, Галинко! Твій Сашко...</w:t>
      </w:r>
    </w:p>
    <w:p>
      <w:r>
        <w:br/>
        <w:t>— Який він мій?! Ще що вигадаєте?! — спалахнула Галинка.</w:t>
      </w:r>
    </w:p>
    <w:p>
      <w:r>
        <w:br/>
        <w:t>— Ні, він, Галинко, не твій, то в мене так зірвалося! Так отой самий Сашко, що... той... ну, одне слово, він бригадир тракторної бригади...</w:t>
      </w:r>
    </w:p>
    <w:p>
      <w:r>
        <w:br/>
        <w:t>— Ну і що з того? — спалахнула Галинка.</w:t>
      </w:r>
    </w:p>
    <w:p>
      <w:r>
        <w:br/>
        <w:t>— Так от що: як побачиш ти його сьогодні ввечері...</w:t>
      </w:r>
    </w:p>
    <w:p>
      <w:r>
        <w:br/>
        <w:t>— І хто його там увечері, того Сашка, бачитиме? Подивіться ви на них! І отаке й вигадають!— спалахнула Галинка.</w:t>
      </w:r>
    </w:p>
    <w:p>
      <w:r>
        <w:br/>
        <w:t>— Ні, Галиночко, я не кажу, що обов'язково ввечері. Я кажу, що як взагалі ти його зустрінеш...</w:t>
      </w:r>
    </w:p>
    <w:p>
      <w:r>
        <w:br/>
        <w:t>— А чого обов'язково я його зустріну? — спалахнула Галинка. — Таке й вигадаєте!</w:t>
      </w:r>
    </w:p>
    <w:p>
      <w:r>
        <w:br/>
        <w:t>— Та ні, Галиночко, я ж такого нічого не кажу, що тільки ти його зустрінеш, я тільки и кажу, що він найчастіше тобі зустрічається... Так ти його попроси, може, він лобогрійку полагодить... Він же ж у тебе на всі руки...</w:t>
      </w:r>
    </w:p>
    <w:p>
      <w:r>
        <w:br/>
        <w:t>— А чого саме він "у мене" на всі руки?! Таке й вигадають! — спалахнула Галинка.</w:t>
      </w:r>
    </w:p>
    <w:p>
      <w:r>
        <w:br/>
        <w:t>—— Та ні, — Оленка до неї, — я кажу, що взагалі він на всі руки... Попроси, Галинко!</w:t>
      </w:r>
    </w:p>
    <w:p>
      <w:r>
        <w:br/>
        <w:t>— Полагодить! — сказала Галинка. — Я йому ще позавчора казала, увечері, як під яблунею стояли... Ой! — зашарілася Галинка. — Ні, не під яблунею, а як зустрілася з ним у полі! Він казав, що полагодить, як тільки з парами впорається...</w:t>
      </w:r>
    </w:p>
    <w:p>
      <w:r>
        <w:br/>
        <w:t>— Так чого ж ти мовчала?</w:t>
      </w:r>
    </w:p>
    <w:p>
      <w:r>
        <w:br/>
        <w:t>— Та... — такнула Галинка.</w:t>
      </w:r>
    </w:p>
    <w:p>
      <w:r>
        <w:br/>
        <w:t>Завтра жнива...</w:t>
      </w:r>
    </w:p>
    <w:p>
      <w:r>
        <w:br/>
        <w:t>Іван Петрович, голова колгоспу, побачивши Оленку, вигукнув:</w:t>
      </w:r>
    </w:p>
    <w:p>
      <w:r>
        <w:br/>
        <w:t>— Де там та лобогрійка?! Постанова була? Була! Взавтра жнива? Жнива! Тоді тільки собак годуємо, як на лови йдемо! Я ж казав! Чим узавтра коситимеш?</w:t>
      </w:r>
    </w:p>
    <w:p>
      <w:r>
        <w:br/>
        <w:t>— Лобогрійкою! — одказала Оленка. — І косами!</w:t>
      </w:r>
    </w:p>
    <w:p>
      <w:r>
        <w:br/>
        <w:t>— Справна лобогрійка? — сердито запитав Іван Петрович.</w:t>
      </w:r>
    </w:p>
    <w:p>
      <w:r>
        <w:br/>
        <w:t>— Справна!</w:t>
      </w:r>
    </w:p>
    <w:p>
      <w:r>
        <w:br/>
        <w:t>— Тож-бо то й є! От що значить вчасна постанова.</w:t>
      </w:r>
    </w:p>
    <w:p>
      <w:r>
        <w:br/>
        <w:t>1948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Лобогрійка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