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Львівські голуби</w:t>
      </w:r>
    </w:p>
    <w:p>
      <w:r>
        <w:br/>
        <w:t xml:space="preserve"> Тінь чорна стрімко падає униз —&lt;br /&gt;</w:t>
        <w:br/>
        <w:t>то білий голуб так злітає вгору.&lt;br /&gt;</w:t>
        <w:br/>
        <w:t>Проспект пташиний, сонячний карниз&lt;br /&gt;</w:t>
        <w:br/>
        <w:t>вінчає строгі лінії собору.</w:t>
      </w:r>
    </w:p>
    <w:p>
      <w:r>
        <w:br/>
        <w:t>Строкаті ритми вулиць і юрби,&lt;br /&gt;</w:t>
        <w:br/>
        <w:t>дахів похилих старовинні плечі.&lt;br /&gt;</w:t>
        <w:br/>
        <w:t>Над містом розмовляють голуби.&lt;br /&gt;</w:t>
        <w:br/>
        <w:t>Про що, не знаю. Про цікаві речі.</w:t>
      </w:r>
    </w:p>
    <w:p>
      <w:r>
        <w:br/>
        <w:t>Про той собор. Про людство. Про війну.&lt;br /&gt;</w:t>
        <w:br/>
        <w:t>Про білий світ, про небо з далиною.&lt;br /&gt;</w:t>
        <w:br/>
        <w:t>А може, він голубці каже: — Ну,&lt;br /&gt;</w:t>
        <w:br/>
        <w:t>як я літав, ти скучила за мною?..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Львівські голуби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