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Магдалина</w:t>
      </w:r>
    </w:p>
    <w:p>
      <w:r>
        <w:br/>
        <w:t xml:space="preserve"> І</w:t>
      </w:r>
    </w:p>
    <w:p>
      <w:r>
        <w:br/>
        <w:t>Мені щоночі не до сну,&lt;br /&gt;</w:t>
        <w:br/>
        <w:t>Мій демон тут, моя відплата.&lt;br /&gt;</w:t>
        <w:br/>
        <w:t>Несу гріхів петлю тісну,&lt;br /&gt;</w:t>
        <w:br/>
        <w:t>І серце ссе провина клята,&lt;br /&gt;</w:t>
        <w:br/>
        <w:t>Коли пригадувать почну,&lt;br /&gt;</w:t>
        <w:br/>
        <w:t>Як я, блудниця біснувата,&lt;br /&gt;</w:t>
        <w:br/>
        <w:t>Ішла на вулицю нічну.</w:t>
      </w:r>
    </w:p>
    <w:p>
      <w:r>
        <w:br/>
        <w:t>За мить останню, мить одну&lt;br /&gt;</w:t>
        <w:br/>
        <w:t>Довічна тиша прибуває.&lt;br /&gt;</w:t>
        <w:br/>
        <w:t>Та перш, ніж канеш в глибину,&lt;br /&gt;</w:t>
        <w:br/>
        <w:t>Життя своє, дійшовши краю,&lt;br /&gt;</w:t>
        <w:br/>
        <w:t>Мов чашу, білу і ясну,&lt;br /&gt;</w:t>
        <w:br/>
        <w:t>Перед тобою розбиваю.</w:t>
      </w:r>
    </w:p>
    <w:p>
      <w:r>
        <w:br/>
        <w:t>І де б сьогодні я була,&lt;br /&gt;</w:t>
        <w:br/>
        <w:t>О мій цілитель, мій навчитель,&lt;br /&gt;</w:t>
        <w:br/>
        <w:t>Коли б з ночей глухого тла&lt;br /&gt;</w:t>
        <w:br/>
        <w:t>До мене вічність не прийшла,&lt;br /&gt;</w:t>
        <w:br/>
        <w:t>Мов у тенета ремесла&lt;br /&gt;</w:t>
        <w:br/>
        <w:t>Новий заваблений мучитель.</w:t>
      </w:r>
    </w:p>
    <w:p>
      <w:r>
        <w:br/>
        <w:t>Та поясни, що значить гріх,&lt;br /&gt;</w:t>
        <w:br/>
        <w:t>І смерть, і мука, й пекло навіть,&lt;br /&gt;</w:t>
        <w:br/>
        <w:t>Коли я на очах у всіх&lt;br /&gt;</w:t>
        <w:br/>
        <w:t>З тобою, біля ніг твоїх,&lt;br /&gt;</w:t>
        <w:br/>
        <w:t>Зрослася, мов із древом павіть.</w:t>
      </w:r>
    </w:p>
    <w:p>
      <w:r>
        <w:br/>
        <w:t>Коли до стіп твоїх тулюсь&lt;br /&gt;</w:t>
        <w:br/>
        <w:t>Колінами, немов причинна,&lt;br /&gt;</w:t>
        <w:br/>
        <w:t>Я, може, обіймати вчусь&lt;br /&gt;</w:t>
        <w:br/>
        <w:t>Хреста чотиригранний брус&lt;br /&gt;</w:t>
        <w:br/>
        <w:t>І, мліючи, до тіла рвусь,&lt;br /&gt;</w:t>
        <w:br/>
        <w:t>Тобі готуючи спочинок.</w:t>
      </w:r>
    </w:p>
    <w:p>
      <w:r>
        <w:br/>
        <w:t>II</w:t>
      </w:r>
    </w:p>
    <w:p>
      <w:r>
        <w:br/>
        <w:t>У людей до свята все турботи.&lt;br /&gt;</w:t>
        <w:br/>
        <w:t>Осторонь від їхніх веремій&lt;br /&gt;</w:t>
        <w:br/>
        <w:t>Обмиваю миром у скорботі&lt;br /&gt;</w:t>
        <w:br/>
        <w:t>Я твої ступні, пречистий мій.</w:t>
      </w:r>
    </w:p>
    <w:p>
      <w:r>
        <w:br/>
        <w:t>Не знайду ніяк твоїх сандалій.&lt;br /&gt;</w:t>
        <w:br/>
        <w:t>Сльози застилають світ мені.&lt;br /&gt;</w:t>
        <w:br/>
        <w:t>На очах запоною печалі&lt;br /&gt;</w:t>
        <w:br/>
        <w:t>Прядива волосся розсипні.</w:t>
      </w:r>
    </w:p>
    <w:p>
      <w:r>
        <w:br/>
        <w:t>Ноги я твої обмию чисто&lt;br /&gt;</w:t>
        <w:br/>
        <w:t>І до них, уся в сльозах, нагнусь,&lt;br /&gt;</w:t>
        <w:br/>
        <w:t>Обв'яжу їх ниткою з намиста,&lt;br /&gt;</w:t>
        <w:br/>
        <w:t>Вкутавши у кіс моїх бурнус.</w:t>
      </w:r>
    </w:p>
    <w:p>
      <w:r>
        <w:br/>
        <w:t>Бачу я прийдешнє так. відкрито,&lt;br /&gt;</w:t>
        <w:br/>
        <w:t>Наче ти спинив його похід.&lt;br /&gt;</w:t>
        <w:br/>
        <w:t>Я змогла б сьогодні говорити&lt;br /&gt;</w:t>
        <w:br/>
        <w:t>Віщо, мов сивілли з давніх літ.</w:t>
      </w:r>
    </w:p>
    <w:p>
      <w:r>
        <w:br/>
        <w:t>Завтра світлом заясніють храми,&lt;br /&gt;</w:t>
        <w:br/>
        <w:t>Станем ми окремо від усіх,&lt;br /&gt;</w:t>
        <w:br/>
        <w:t>І земля гойднеться під ногами,&lt;br /&gt;</w:t>
        <w:br/>
        <w:t>Може, й від жалю до мук моїх.</w:t>
      </w:r>
    </w:p>
    <w:p>
      <w:r>
        <w:br/>
        <w:t>Переладяться ряди конвою,&lt;br /&gt;</w:t>
        <w:br/>
        <w:t>І покинуть вершники пости.&lt;br /&gt;</w:t>
        <w:br/>
        <w:t>Як у бурю смерч, над головою&lt;br /&gt;</w:t>
        <w:br/>
        <w:t>Буде в небо хрест оцей рости.</w:t>
      </w:r>
    </w:p>
    <w:p>
      <w:r>
        <w:br/>
        <w:t>Кинуся до ніг тобі з розпуки,&lt;br /&gt;</w:t>
        <w:br/>
        <w:t>Обімру і закушу вуста.&lt;br /&gt;</w:t>
        <w:br/>
        <w:t>Надто щедро для обіймів руки&lt;br /&gt;</w:t>
        <w:br/>
        <w:t>Ти розкинеш до країв хреста.</w:t>
      </w:r>
    </w:p>
    <w:p>
      <w:r>
        <w:br/>
        <w:t>Це ж кому на світі стільки болю&lt;br /&gt;</w:t>
        <w:br/>
        <w:t>І така незмірна широчінь?&lt;br /&gt;</w:t>
        <w:br/>
        <w:t>Чи достатньо стільки неба й поля,&lt;br /&gt;</w:t>
        <w:br/>
        <w:t>Стільки душ, і жител, і створінь?</w:t>
      </w:r>
    </w:p>
    <w:p>
      <w:r>
        <w:br/>
        <w:t>Три такі доби стечуть поволі&lt;br /&gt;</w:t>
        <w:br/>
        <w:t>І в таку закинуть пустоту,&lt;br /&gt;</w:t>
        <w:br/>
        <w:t>Що за цей страшний відтинок долі&lt;br /&gt;</w:t>
        <w:br/>
        <w:t>Я до воскресіння доросту.</w:t>
      </w:r>
    </w:p>
    <w:p>
      <w:r>
        <w:br/>
        <w:t>1949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Магдалина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