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Маяк</w:t>
      </w:r>
    </w:p>
    <w:p>
      <w:r>
        <w:br/>
        <w:t xml:space="preserve"> Скелястий мис простягся в океан,-&lt;br /&gt;</w:t>
        <w:br/>
        <w:t>I на кінці його, де б'ють вали,&lt;br /&gt;</w:t>
        <w:br/>
        <w:t>Маяк підносить велетенський стан,&lt;br /&gt;</w:t>
        <w:br/>
        <w:t>Стріла вогню вночі, вдень — стовп імли.</w:t>
      </w:r>
    </w:p>
    <w:p>
      <w:r>
        <w:br/>
        <w:t>I звідси видно, як кипить прибій,&lt;br /&gt;</w:t>
        <w:br/>
        <w:t>Як ударяє в нерухомий мур,&lt;br /&gt;</w:t>
        <w:br/>
        <w:t>I як валують в лютості страшній&lt;br /&gt;</w:t>
        <w:br/>
        <w:t>Тремтячі лиця й білі губи бур.</w:t>
      </w:r>
    </w:p>
    <w:p>
      <w:r>
        <w:br/>
        <w:t>А тільки смеркне, глянь, як віддалік&lt;br /&gt;</w:t>
        <w:br/>
        <w:t>В багрянці неба раптом спалахне&lt;br /&gt;</w:t>
        <w:br/>
        <w:t>Різкого сяйва радісний потік,&lt;br /&gt;</w:t>
        <w:br/>
        <w:t>Розливши світло дивне, неземне.</w:t>
      </w:r>
    </w:p>
    <w:p>
      <w:r>
        <w:br/>
        <w:t>Він не один: по всіх материках,&lt;br /&gt;</w:t>
        <w:br/>
        <w:t>Де мріють скелі, вісники біди,&lt;br /&gt;</w:t>
        <w:br/>
        <w:t>Стоять гіганти з лампами в руках&lt;br /&gt;</w:t>
        <w:br/>
        <w:t>Над невгамовним плюскотом води.</w:t>
      </w:r>
    </w:p>
    <w:p>
      <w:r>
        <w:br/>
        <w:t>Мов Христофор, великий богатир,&lt;br /&gt;</w:t>
        <w:br/>
        <w:t>Аж в океан посеред скель забрів&lt;br /&gt;</w:t>
        <w:br/>
        <w:t>I дивиться в його бурхливий шир,&lt;br /&gt;</w:t>
        <w:br/>
        <w:t>Рятуючи спізнілих моряків.</w:t>
      </w:r>
    </w:p>
    <w:p>
      <w:r>
        <w:br/>
        <w:t>I корабель, що в океан пливе&lt;br /&gt;</w:t>
        <w:br/>
        <w:t>Чи повертається у рідний край,&lt;br /&gt;</w:t>
        <w:br/>
        <w:t>Вітає радо полум'я живе,&lt;br /&gt;</w:t>
        <w:br/>
        <w:t>Шлючи йому то "здрастуй", то "прощай".</w:t>
      </w:r>
    </w:p>
    <w:p>
      <w:r>
        <w:br/>
        <w:t>Він виринає з темряви — й на мить&lt;br /&gt;</w:t>
        <w:br/>
        <w:t>Всі паруси спалахують огнем,&lt;br /&gt;</w:t>
        <w:br/>
        <w:t>I кожний погляд жадібно блищить,&lt;br /&gt;</w:t>
        <w:br/>
        <w:t>I знову гасне разом з кораблем.</w:t>
      </w:r>
    </w:p>
    <w:p>
      <w:r>
        <w:br/>
        <w:t>I згадує моряк дитячі дні,&lt;br /&gt;</w:t>
        <w:br/>
        <w:t>I як уперше він прощався з ним,&lt;br /&gt;</w:t>
        <w:br/>
        <w:t>I після довгих бід на чужині&lt;br /&gt;</w:t>
        <w:br/>
        <w:t>Знов зустрічав над обрієм морським.</w:t>
      </w:r>
    </w:p>
    <w:p>
      <w:r>
        <w:br/>
        <w:t>Із року в рік той самий, без одмін,&lt;br /&gt;</w:t>
        <w:br/>
        <w:t>Крізь непорушну темряву нічну&lt;br /&gt;</w:t>
        <w:br/>
        <w:t>Незгасним світочем палає він,&lt;br /&gt;</w:t>
        <w:br/>
        <w:t>Пильнуючи путі в далечину.</w:t>
      </w:r>
    </w:p>
    <w:p>
      <w:r>
        <w:br/>
        <w:t>I бачить він, як у погожий день&lt;br /&gt;</w:t>
        <w:br/>
        <w:t>Ласкають хвилі вимитий пісок&lt;br /&gt;</w:t>
        <w:br/>
        <w:t>I потім бурі знов із тисяч жмень&lt;br /&gt;</w:t>
        <w:br/>
        <w:t>Його жбурляють у раптовий змрок.</w:t>
      </w:r>
    </w:p>
    <w:p>
      <w:r>
        <w:br/>
        <w:t>Він чує над собою сплески бур,&lt;br /&gt;</w:t>
        <w:br/>
        <w:t>Бичі води йому стьобають стан,&lt;br /&gt;</w:t>
        <w:br/>
        <w:t>I вперто тисне на несхитний мур&lt;br /&gt;</w:t>
        <w:br/>
        <w:t>Тяжким плечем нещадний ураган.</w:t>
      </w:r>
    </w:p>
    <w:p>
      <w:r>
        <w:br/>
        <w:t>Морські птахи летять йому до скронь&lt;br /&gt;</w:t>
        <w:br/>
        <w:t>I, галасом виповнюючи тьму,&lt;br /&gt;</w:t>
        <w:br/>
        <w:t>Засліплені, падуть на той вогонь&lt;br /&gt;</w:t>
        <w:br/>
        <w:t>I, збезумілі, гинуть у ньому.</w:t>
      </w:r>
    </w:p>
    <w:p>
      <w:r>
        <w:br/>
        <w:t>Стоїть собі новітній Прометей,&lt;br /&gt;</w:t>
        <w:br/>
        <w:t>Не чуючи ні бур, ані птахів,&lt;br /&gt;</w:t>
        <w:br/>
        <w:t>Вогнем богів проймає тьму ночей,&lt;br /&gt;</w:t>
        <w:br/>
        <w:t>Привітне слово шле до моряків:</w:t>
      </w:r>
    </w:p>
    <w:p>
      <w:r>
        <w:br/>
        <w:t>"Спішіть! Плавучі створюйте мости!&lt;br /&gt;</w:t>
        <w:br/>
        <w:t>Не припиняйте подорож свою!&lt;br /&gt;</w:t>
        <w:br/>
        <w:t>Мені — вогонь незгасний берегти,&lt;br /&gt;</w:t>
        <w:br/>
        <w:t>Вам — гуртувать людей в одну сім'ю!"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