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Маяки</w:t>
      </w:r>
    </w:p>
    <w:p>
      <w:r>
        <w:br/>
        <w:t xml:space="preserve"> Рубенс, плин забуття, сад розкішної ліні,&lt;br /&gt;</w:t>
        <w:br/>
        <w:t>Плоті свіжа подушка, де стигне сам шал,&lt;br /&gt;</w:t>
        <w:br/>
        <w:t>Та життя клекотить і вирує в бродінні,&lt;br /&gt;</w:t>
        <w:br/>
        <w:t>Як повітря у вітрі, як море у шквал;</w:t>
      </w:r>
    </w:p>
    <w:p>
      <w:r>
        <w:br/>
        <w:t>Леонардо, свічадо глибоке і тьмаве,&lt;br /&gt;</w:t>
        <w:br/>
        <w:t>Де розкрилених ангелів світиться сміх,&lt;br /&gt;</w:t>
        <w:br/>
        <w:t>Де зринають їх тіні таємні в оправі&lt;br /&gt;</w:t>
        <w:br/>
        <w:t>Льодових верхогір'їв та сосен гінких;</w:t>
      </w:r>
    </w:p>
    <w:p>
      <w:r>
        <w:br/>
        <w:t>Рембрандт, темний шпиталь, повен туги щемкої,&lt;br /&gt;</w:t>
        <w:br/>
        <w:t>Де велике розп'яття — єдина з окрас,&lt;br /&gt;</w:t>
        <w:br/>
        <w:t>Де молитви із бруду злітають юрбою —&lt;br /&gt;</w:t>
        <w:br/>
        <w:t>Косий промінь зими їх стинає нараз;</w:t>
      </w:r>
    </w:p>
    <w:p>
      <w:r>
        <w:br/>
        <w:t>Мікеланджело, світ в грандіознім видінні,&lt;br /&gt;</w:t>
        <w:br/>
        <w:t>Де з Гераклами в шалі змішались Христи,&lt;br /&gt;</w:t>
        <w:br/>
        <w:t>Де з могил на весь зріст підіймаються тіні.&lt;br /&gt;</w:t>
        <w:br/>
        <w:t>I свій саван деруть, аж ламають персти;</w:t>
      </w:r>
    </w:p>
    <w:p>
      <w:r>
        <w:br/>
        <w:t>Хтивість фавна, завзяття боксерського бою,&lt;br /&gt;</w:t>
        <w:br/>
        <w:t>Що і в грубім красу своїх слуг береже,&lt;br /&gt;</w:t>
        <w:br/>
        <w:t>Серце, повне гординею, жовчю й журбою,&lt;br /&gt;</w:t>
        <w:br/>
        <w:t>Каторжан імператор смутенний, Пюже;</w:t>
      </w:r>
    </w:p>
    <w:p>
      <w:r>
        <w:br/>
        <w:t>Вічне свято, Ватто — стільки серць, мов огнистий&lt;br /&gt;</w:t>
        <w:br/>
        <w:t>Рій метеликів пурхнув,— ряхтить карнавал,&lt;br /&gt;</w:t>
        <w:br/>
        <w:t>I нелічені люстри вливають займистий&lt;br /&gt;</w:t>
        <w:br/>
        <w:t>Безум свій у жаркий кругойдучий цей бал;</w:t>
      </w:r>
    </w:p>
    <w:p>
      <w:r>
        <w:br/>
        <w:t>Гойя, шабаш бісівський, навала кошмарів,&lt;br /&gt;</w:t>
        <w:br/>
        <w:t>У дзеркалах — відьми серед діток малих,&lt;br /&gt;</w:t>
        <w:br/>
        <w:t>В казані — людський плід, найрозкішніше з варив&lt;br /&gt;</w:t>
        <w:br/>
        <w:t>I чортів спокуша лиск дівочих панчіх;</w:t>
      </w:r>
    </w:p>
    <w:p>
      <w:r>
        <w:br/>
        <w:t>Крові озеро в тьмі, де шугають примари,&lt;br /&gt;</w:t>
        <w:br/>
        <w:t>Де злий ангел завісу лісів розрива,&lt;br /&gt;</w:t>
        <w:br/>
        <w:t>Де під небом згорьованим линуть фанфари,&lt;br /&gt;</w:t>
        <w:br/>
        <w:t>Наче Вебера схлипи — це Делакруа;</w:t>
      </w:r>
    </w:p>
    <w:p>
      <w:r>
        <w:br/>
        <w:t>Всі прокляття, хула ота несамовита,&lt;br /&gt;</w:t>
        <w:br/>
        <w:t>Цих екстазів і скарг молитовний вінець —&lt;br /&gt;</w:t>
        <w:br/>
        <w:t>Це луна, в лабіринтах стократно відбита,&lt;br /&gt;</w:t>
        <w:br/>
        <w:t>Це божественний опій для смертних сердедь!</w:t>
      </w:r>
    </w:p>
    <w:p>
      <w:r>
        <w:br/>
        <w:t>Гук цей тисячогорлий — наказ по сторожі&lt;br /&gt;</w:t>
        <w:br/>
        <w:t>З тисяч рупорів від тисячі голосів,&lt;br /&gt;</w:t>
        <w:br/>
        <w:t>Це маяк, що твердині освітлює гожі,&lt;br /&gt;</w:t>
        <w:br/>
        <w:t>Це загубленим поклик у хащі лісів!</w:t>
      </w:r>
    </w:p>
    <w:p>
      <w:r>
        <w:br/>
        <w:t>Ось воістину, Боже, свідоцтво єдине&lt;br /&gt;</w:t>
        <w:br/>
        <w:t>Про достойність людини: крізь товщу віків&lt;br /&gt;</w:t>
        <w:br/>
        <w:t>Це вогненне ридання до вічності рине,&lt;br /&gt;</w:t>
        <w:br/>
        <w:t>Щоб умерти край чорних її берегів!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