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Маленькі трагедії (збірка)</w:t>
      </w:r>
    </w:p>
    <w:p>
      <w:r>
        <w:br/>
        <w:t xml:space="preserve"> "Маленькі трагедії" — збірка О.Пушкіна, складається з творів:&lt;br /&gt;</w:t>
        <w:br/>
        <w:t>• "Скупий лицар";&lt;br /&gt;</w:t>
        <w:br/>
        <w:t>• "Моцарт і Сальєрі";&lt;br /&gt;</w:t>
        <w:br/>
        <w:t>• "Кам'яний гість";&lt;br /&gt;</w:t>
        <w:br/>
        <w:t>• "Бенкет під час чуми".</w:t>
      </w:r>
    </w:p>
    <w:p>
      <w:r>
        <w:br/>
        <w:t>&lt;blockquote class="cita" style='text-align:left'&gt;&lt;br /&gt;</w:t>
        <w:br/>
        <w:t>СКУПИЙ ЛИЦАР&lt;br /&gt;</w:t>
        <w:br/>
        <w:t>Перекладач: М. Вороний&lt;br /&gt;</w:t>
        <w:br/>
        <w:t>&lt;/blockquote&gt;</w:t>
      </w:r>
    </w:p>
    <w:p>
      <w:r>
        <w:br/>
        <w:t>СЦЕНА ПЕРША</w:t>
      </w:r>
    </w:p>
    <w:p>
      <w:r>
        <w:br/>
        <w:t>В башті.&lt;br /&gt;</w:t>
        <w:br/>
        <w:t>Альбер і Іван.</w:t>
      </w:r>
    </w:p>
    <w:p>
      <w:r>
        <w:br/>
        <w:t>Альбер</w:t>
      </w:r>
    </w:p>
    <w:p>
      <w:r>
        <w:br/>
        <w:t>Хоч би там що, я буду на турнірі.&lt;br /&gt;</w:t>
        <w:br/>
        <w:t>Ану, Іване, покажи шолом.</w:t>
      </w:r>
    </w:p>
    <w:p>
      <w:r>
        <w:br/>
        <w:t>Іван подає йому шолом.</w:t>
      </w:r>
    </w:p>
    <w:p>
      <w:r>
        <w:br/>
        <w:t>Пробитий, знищений. Його надіти&lt;br /&gt;</w:t>
        <w:br/>
        <w:t>Не можна. Треба десь новий дістати.&lt;br /&gt;</w:t>
        <w:br/>
        <w:t>Який удар. Проклятий граф Делорж!</w:t>
      </w:r>
    </w:p>
    <w:p>
      <w:r>
        <w:br/>
        <w:t>Iван</w:t>
      </w:r>
    </w:p>
    <w:p>
      <w:r>
        <w:br/>
        <w:t>I ви йому віддячили незгірше:&lt;br /&gt;</w:t>
        <w:br/>
        <w:t>Коли з стремен ви вибили його,&lt;br /&gt;</w:t>
        <w:br/>
        <w:t>Добу лежав без тями він та ледве&lt;br /&gt;</w:t>
        <w:br/>
        <w:t>Чи й вичуняв.</w:t>
      </w:r>
    </w:p>
    <w:p>
      <w:r>
        <w:br/>
        <w:t>Альбер</w:t>
      </w:r>
    </w:p>
    <w:p>
      <w:r>
        <w:br/>
        <w:t>А шкоди ж він не має:&lt;br /&gt;</w:t>
        <w:br/>
        <w:t>Його нагрудник венеційський цілий,&lt;br /&gt;</w:t>
        <w:br/>
        <w:t>А груди і шага йому не варті,&lt;br /&gt;</w:t>
        <w:br/>
        <w:t>Бо інших він не стане купувать.&lt;br /&gt;</w:t>
        <w:br/>
        <w:t>Чом я тоді ж не зняв шолома з нього!&lt;br /&gt;</w:t>
        <w:br/>
        <w:t>А зняв би я, коли б не сором тільки&lt;br /&gt;</w:t>
        <w:br/>
        <w:t>Тих пань і герцога. Проклятий граф!&lt;br /&gt;</w:t>
        <w:br/>
        <w:t>Вже краще б голову мені пробив.&lt;br /&gt;</w:t>
        <w:br/>
        <w:t>Убрання треба теж. В останній раз&lt;br /&gt;</w:t>
        <w:br/>
        <w:t>Всі рицарі сиділи в адамашках&lt;br /&gt;</w:t>
        <w:br/>
        <w:t>Та в оксамитах; я один був тільки&lt;br /&gt;</w:t>
        <w:br/>
        <w:t>У панцирі за герцогським столом.&lt;br /&gt;</w:t>
        <w:br/>
        <w:t>Перепросив, що випадково трапив&lt;br /&gt;</w:t>
        <w:br/>
        <w:t>На той турнір. А нині що скажу?&lt;br /&gt;</w:t>
        <w:br/>
        <w:t>О бідність, бідність! Як вона нам серце&lt;br /&gt;</w:t>
        <w:br/>
        <w:t>Принижує. Коли Делорж ударом&lt;br /&gt;</w:t>
        <w:br/>
        <w:t>Свого списа важкого мій шолом&lt;br /&gt;</w:t>
        <w:br/>
        <w:t>Пробив і далі проскакав повз мене,&lt;br /&gt;</w:t>
        <w:br/>
        <w:t>А я, з чолом одкритим, острогами&lt;br /&gt;</w:t>
        <w:br/>
        <w:t>Мого Еміра стиснувши, помчав&lt;br /&gt;</w:t>
        <w:br/>
        <w:t>Як вихор і, немов пажа малого,&lt;br /&gt;</w:t>
        <w:br/>
        <w:t>Відкинув графа геть на двадцять кроків,&lt;br /&gt;</w:t>
        <w:br/>
        <w:t>Як з місць своїх всі дами підвелись,&lt;br /&gt;</w:t>
        <w:br/>
        <w:t>Коли сама Клотільда, вид закривши,&lt;br /&gt;</w:t>
        <w:br/>
        <w:t>Несамохіть зненацька закричала,&lt;br /&gt;</w:t>
        <w:br/>
        <w:t>І славили герольди мій удар, —&lt;br /&gt;</w:t>
        <w:br/>
        <w:t>Тоді нікому й думка не майнула,&lt;br /&gt;</w:t>
        <w:br/>
        <w:t>Що сталося причиною моєї&lt;br /&gt;</w:t>
        <w:br/>
        <w:t>Хоробрості і сили навісної!&lt;br /&gt;</w:t>
        <w:br/>
        <w:t>Я ошалів за мій шолом зіпсутий;&lt;br /&gt;</w:t>
        <w:br/>
        <w:t>Геройству щ&amp;#243; було виною? Скупість.&lt;br /&gt;</w:t>
        <w:br/>
        <w:t>Так! Заразитися нетрудно нею&lt;br /&gt;</w:t>
        <w:br/>
        <w:t>Під спільним дахом тут з моїм отцем.&lt;br /&gt;</w:t>
        <w:br/>
        <w:t>Що бідний мій Емір?</w:t>
      </w:r>
    </w:p>
    <w:p>
      <w:r>
        <w:br/>
        <w:t>Iван</w:t>
      </w:r>
    </w:p>
    <w:p>
      <w:r>
        <w:br/>
        <w:t>Він все кульгає.&lt;br /&gt;</w:t>
        <w:br/>
        <w:t>Вам виїхать не можна ще на нім.</w:t>
      </w:r>
    </w:p>
    <w:p>
      <w:r>
        <w:br/>
        <w:t>Альбер</w:t>
      </w:r>
    </w:p>
    <w:p>
      <w:r>
        <w:br/>
        <w:t>Ну, що робить, куплю собі Гнідого,&lt;br /&gt;</w:t>
        <w:br/>
        <w:t>Недорого за нього й правлять.</w:t>
      </w:r>
    </w:p>
    <w:p>
      <w:r>
        <w:br/>
        <w:t>Iван</w:t>
      </w:r>
    </w:p>
    <w:p>
      <w:r>
        <w:br/>
        <w:t>Так,&lt;br /&gt;</w:t>
        <w:br/>
        <w:t>Недорого, та грошей в нас нема.</w:t>
      </w:r>
    </w:p>
    <w:p>
      <w:r>
        <w:br/>
        <w:t>Альбер</w:t>
      </w:r>
    </w:p>
    <w:p>
      <w:r>
        <w:br/>
        <w:t>Що ж каже той непотріб Соломон?</w:t>
      </w:r>
    </w:p>
    <w:p>
      <w:r>
        <w:br/>
        <w:t>Iван</w:t>
      </w:r>
    </w:p>
    <w:p>
      <w:r>
        <w:br/>
        <w:t>Він каже, що не може більш давати&lt;br /&gt;</w:t>
        <w:br/>
        <w:t>Вам грошей без застави.</w:t>
      </w:r>
    </w:p>
    <w:p>
      <w:r>
        <w:br/>
        <w:t>Альбер</w:t>
      </w:r>
    </w:p>
    <w:p>
      <w:r>
        <w:br/>
        <w:t>Без застави?&lt;br /&gt;</w:t>
        <w:br/>
        <w:t>А де ж мені заставу взять... диявол!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 ж він?</w:t>
      </w:r>
    </w:p>
    <w:p>
      <w:r>
        <w:br/>
        <w:t>Iван</w:t>
      </w:r>
    </w:p>
    <w:p>
      <w:r>
        <w:br/>
        <w:t>Та крекче й мнеться.</w:t>
      </w:r>
    </w:p>
    <w:p>
      <w:r>
        <w:br/>
        <w:t>Альбер</w:t>
      </w:r>
    </w:p>
    <w:p>
      <w:r>
        <w:br/>
        <w:t>То ти б сказав йому, що мій отець&lt;br /&gt;</w:t>
        <w:br/>
        <w:t>I сам, як жид, багатий, що раніш&lt;br /&gt;</w:t>
        <w:br/>
        <w:t>А чи пізніш я все одержу в спадок.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Щож?</w:t>
      </w:r>
    </w:p>
    <w:p>
      <w:r>
        <w:br/>
        <w:t>Iван</w:t>
      </w:r>
    </w:p>
    <w:p>
      <w:r>
        <w:br/>
        <w:t>Мнеться та все крекче.</w:t>
      </w:r>
    </w:p>
    <w:p>
      <w:r>
        <w:br/>
        <w:t>Альбер</w:t>
      </w:r>
    </w:p>
    <w:p>
      <w:r>
        <w:br/>
        <w:t>Яка біда!</w:t>
      </w:r>
    </w:p>
    <w:p>
      <w:r>
        <w:br/>
        <w:t>Iван</w:t>
      </w:r>
    </w:p>
    <w:p>
      <w:r>
        <w:br/>
        <w:t>Він сам хотів прийти.</w:t>
      </w:r>
    </w:p>
    <w:p>
      <w:r>
        <w:br/>
        <w:t>Альбер</w:t>
      </w:r>
    </w:p>
    <w:p>
      <w:r>
        <w:br/>
        <w:t>Ну, слава Богу. Вже його на сей раз&lt;br /&gt;</w:t>
        <w:br/>
        <w:t>Без викупу не випущу я.</w:t>
      </w:r>
    </w:p>
    <w:p>
      <w:r>
        <w:br/>
        <w:t>Стукають у двері.</w:t>
      </w:r>
    </w:p>
    <w:p>
      <w:r>
        <w:br/>
        <w:t>Хто там?</w:t>
      </w:r>
    </w:p>
    <w:p>
      <w:r>
        <w:br/>
        <w:t>Входить жид.</w:t>
      </w:r>
    </w:p>
    <w:p>
      <w:r>
        <w:br/>
        <w:t>Жид</w:t>
      </w:r>
    </w:p>
    <w:p>
      <w:r>
        <w:br/>
        <w:t>Слуга найнижчий ваш.</w:t>
      </w:r>
    </w:p>
    <w:p>
      <w:r>
        <w:br/>
        <w:t>Альбер</w:t>
      </w:r>
    </w:p>
    <w:p>
      <w:r>
        <w:br/>
        <w:t>А, мій друзяка!&lt;br /&gt;</w:t>
        <w:br/>
        <w:t>Проклятий жид, поважний Соломон!&lt;br /&gt;</w:t>
        <w:br/>
        <w:t>Ану ходи сюди: так ти, я чую,&lt;br /&gt;</w:t>
        <w:br/>
        <w:t>Не віриш в борг?</w:t>
      </w:r>
    </w:p>
    <w:p>
      <w:r>
        <w:br/>
        <w:t>Жид</w:t>
      </w:r>
    </w:p>
    <w:p>
      <w:r>
        <w:br/>
        <w:t>Ах, рицарю ласкавий,&lt;br /&gt;</w:t>
        <w:br/>
        <w:t>Присяйбі, рад би я... але не можу.&lt;br /&gt;</w:t>
        <w:br/>
        <w:t>Де грошей взять? Я знищився упень,&lt;br /&gt;</w:t>
        <w:br/>
        <w:t>Все рицарям ретельно постачавши.&lt;br /&gt;</w:t>
        <w:br/>
        <w:t>Ніхто не платить. Вас хотів просить,&lt;br /&gt;</w:t>
        <w:br/>
        <w:t>Чи не могли б ви хоч частину дати...</w:t>
      </w:r>
    </w:p>
    <w:p>
      <w:r>
        <w:br/>
        <w:t>Альбер</w:t>
      </w:r>
    </w:p>
    <w:p>
      <w:r>
        <w:br/>
        <w:t>Розбійнику! Та, мавши в себе гроші,&lt;br /&gt;</w:t>
        <w:br/>
        <w:t>Чи я б морочився з тобою? Ну,&lt;br /&gt;</w:t>
        <w:br/>
        <w:t>Не будь упертим, любий Соломоне,&lt;br /&gt;</w:t>
        <w:br/>
        <w:t>Давай червінці. Висип мені сотню,&lt;br /&gt;</w:t>
        <w:br/>
        <w:t>Поки тебе не потрусили.</w:t>
      </w:r>
    </w:p>
    <w:p>
      <w:r>
        <w:br/>
        <w:t>Жид</w:t>
      </w:r>
    </w:p>
    <w:p>
      <w:r>
        <w:br/>
        <w:t>Сотню!&lt;br /&gt;</w:t>
        <w:br/>
        <w:t>Якби ж то мав я сто червінців!</w:t>
      </w:r>
    </w:p>
    <w:p>
      <w:r>
        <w:br/>
        <w:t>Альбер</w:t>
      </w:r>
    </w:p>
    <w:p>
      <w:r>
        <w:br/>
        <w:t>Слухай:&lt;br /&gt;</w:t>
        <w:br/>
        <w:t>Не гріх тобі приятелів своїх&lt;br /&gt;</w:t>
        <w:br/>
        <w:t>Не визволяти?</w:t>
      </w:r>
    </w:p>
    <w:p>
      <w:r>
        <w:br/>
        <w:t>Жид</w:t>
      </w:r>
    </w:p>
    <w:p>
      <w:r>
        <w:br/>
        <w:t>Присягаюсь...</w:t>
      </w:r>
    </w:p>
    <w:p>
      <w:r>
        <w:br/>
        <w:t>Альбер</w:t>
      </w:r>
    </w:p>
    <w:p>
      <w:r>
        <w:br/>
        <w:t>Годі,&lt;br /&gt;</w:t>
        <w:br/>
        <w:t>Застави захотів? Що за дурниця!&lt;br /&gt;</w:t>
        <w:br/>
        <w:t>Що я в заставу дам? Свинячу шкуру?&lt;br /&gt;</w:t>
        <w:br/>
        <w:t>Якби я міг в заставу дати щось,&lt;br /&gt;</w:t>
        <w:br/>
        <w:t>То вже давно продав би сам. Чи слова&lt;br /&gt;</w:t>
        <w:br/>
        <w:t>Риц&amp;#225;рського тобі, собако, мало?</w:t>
      </w:r>
    </w:p>
    <w:p>
      <w:r>
        <w:br/>
        <w:t>Жид</w:t>
      </w:r>
    </w:p>
    <w:p>
      <w:r>
        <w:br/>
        <w:t>О, ваше слово, поки ви живі,&lt;br /&gt;</w:t>
        <w:br/>
        <w:t>Багато дуже важить. Повні скрині&lt;br /&gt;</w:t>
        <w:br/>
        <w:t>Усіх багатирів фламандських зараз,&lt;br /&gt;</w:t>
        <w:br/>
        <w:t>Як талісман, воно вам одімкне.&lt;br /&gt;</w:t>
        <w:br/>
        <w:t>Але коли його передасте ви&lt;br /&gt;</w:t>
        <w:br/>
        <w:t>Мені, єврею бідному, самі ж —&lt;br /&gt;</w:t>
        <w:br/>
        <w:t>Хай Бог боронить! — помрете, тоді&lt;br /&gt;</w:t>
        <w:br/>
        <w:t>В моїх руках воно подібне буде&lt;br /&gt;</w:t>
        <w:br/>
        <w:t>До ключика відкинутої в море&lt;br /&gt;</w:t>
        <w:br/>
        <w:t>Шкатулки.</w:t>
      </w:r>
    </w:p>
    <w:p>
      <w:r>
        <w:br/>
        <w:t>Альбер</w:t>
      </w:r>
    </w:p>
    <w:p>
      <w:r>
        <w:br/>
        <w:t>Та хіба переживе&lt;br /&gt;</w:t>
        <w:br/>
        <w:t>Мене отець?</w:t>
      </w:r>
    </w:p>
    <w:p>
      <w:r>
        <w:br/>
        <w:t>Жид</w:t>
      </w:r>
    </w:p>
    <w:p>
      <w:r>
        <w:br/>
        <w:t>Як знати? Наші дні&lt;br /&gt;</w:t>
        <w:br/>
        <w:t>Полічені не нами. Цвів ще вчора&lt;br /&gt;</w:t>
        <w:br/>
        <w:t>Юнак, а нині вмер; і ось чотири&lt;br /&gt;</w:t>
        <w:br/>
        <w:t>Діди на плечах згорблених несуть&lt;br /&gt;</w:t>
        <w:br/>
        <w:t>Його в могилу. Ще барон здоровий.&lt;br /&gt;</w:t>
        <w:br/>
        <w:t>Як пан Бог дасть, літ десять, може, двадцять,&lt;br /&gt;</w:t>
        <w:br/>
        <w:t>I двадцять п'ять, і тридцять проживе він.</w:t>
      </w:r>
    </w:p>
    <w:p>
      <w:r>
        <w:br/>
        <w:t>Альбер</w:t>
      </w:r>
    </w:p>
    <w:p>
      <w:r>
        <w:br/>
        <w:t>Ти брешеш, жиде. Через тридцять літ&lt;br /&gt;</w:t>
        <w:br/>
        <w:t>Мені вже буде п'ятдесят, тоді&lt;br /&gt;</w:t>
        <w:br/>
        <w:t>Нащо мені й ті гроші?</w:t>
      </w:r>
    </w:p>
    <w:p>
      <w:r>
        <w:br/>
        <w:t>Жид</w:t>
      </w:r>
    </w:p>
    <w:p>
      <w:r>
        <w:br/>
        <w:t>Гроші? Гроші&lt;br /&gt;</w:t>
        <w:br/>
        <w:t>Потрібні завжди нам, у кожнім віці;&lt;br /&gt;</w:t>
        <w:br/>
        <w:t>Але юнак в них бачить слуг моторних&lt;br /&gt;</w:t>
        <w:br/>
        <w:t>I, не жаліючи їх, шле туди й сюди;&lt;br /&gt;</w:t>
        <w:br/>
        <w:t>Старий же бачить в них певніших друзів&lt;br /&gt;</w:t>
        <w:br/>
        <w:t>I береже їх як зіницю ока.</w:t>
      </w:r>
    </w:p>
    <w:p>
      <w:r>
        <w:br/>
        <w:t>Альбер</w:t>
      </w:r>
    </w:p>
    <w:p>
      <w:r>
        <w:br/>
        <w:t>О, мій отець не слуг своїх, не друзів&lt;br /&gt;</w:t>
        <w:br/>
        <w:t>В них бачить, а панів, і сам їм служить.&lt;br /&gt;</w:t>
        <w:br/>
        <w:t>I як ще служить? Як алжирський раб,&lt;br /&gt;</w:t>
        <w:br/>
        <w:t>Як пес на ланцюгу. В холодній цюпі&lt;br /&gt;</w:t>
        <w:br/>
        <w:t>Живе, п'є воду, їсть сухі скоринки,&lt;br /&gt;</w:t>
        <w:br/>
        <w:t>Всю ніч не спить, все бігає та бреше.&lt;br /&gt;</w:t>
        <w:br/>
        <w:t>А в скринях золото дарма собі&lt;br /&gt;</w:t>
        <w:br/>
        <w:t>Лежить. Мовчи! Колись мені воно&lt;br /&gt;</w:t>
        <w:br/>
        <w:t>Послужить, не залежиться...</w:t>
      </w:r>
    </w:p>
    <w:p>
      <w:r>
        <w:br/>
        <w:t>Жид</w:t>
      </w:r>
    </w:p>
    <w:p>
      <w:r>
        <w:br/>
        <w:t>О, певно,&lt;br /&gt;</w:t>
        <w:br/>
        <w:t>На похоронах ясного барона&lt;br /&gt;</w:t>
        <w:br/>
        <w:t>Проллється більше золота, ніж сліз.&lt;br /&gt;</w:t>
        <w:br/>
        <w:t>Пошли вам, Боже, спадок швидше.</w:t>
      </w:r>
    </w:p>
    <w:p>
      <w:r>
        <w:br/>
        <w:t>Альбер</w:t>
      </w:r>
    </w:p>
    <w:p>
      <w:r>
        <w:br/>
        <w:t>Amen!</w:t>
      </w:r>
    </w:p>
    <w:p>
      <w:r>
        <w:br/>
        <w:t>Жид</w:t>
      </w:r>
    </w:p>
    <w:p>
      <w:r>
        <w:br/>
        <w:t>А можна б...</w:t>
      </w:r>
    </w:p>
    <w:p>
      <w:r>
        <w:br/>
        <w:t>Альбер</w:t>
      </w:r>
    </w:p>
    <w:p>
      <w:r>
        <w:br/>
        <w:t>Що?</w:t>
      </w:r>
    </w:p>
    <w:p>
      <w:r>
        <w:br/>
        <w:t>Жид</w:t>
      </w:r>
    </w:p>
    <w:p>
      <w:r>
        <w:br/>
        <w:t>Так, думав я, що зілля&lt;br /&gt;</w:t>
        <w:br/>
        <w:t>Таке є...</w:t>
      </w:r>
    </w:p>
    <w:p>
      <w:r>
        <w:br/>
        <w:t>Альбер</w:t>
      </w:r>
    </w:p>
    <w:p>
      <w:r>
        <w:br/>
        <w:t>Що за зілля?</w:t>
      </w:r>
    </w:p>
    <w:p>
      <w:r>
        <w:br/>
        <w:t>Жид</w:t>
      </w:r>
    </w:p>
    <w:p>
      <w:r>
        <w:br/>
        <w:t>Так — є в мене&lt;br /&gt;</w:t>
        <w:br/>
        <w:t>Дідусь один знайомий, він єврей,&lt;br /&gt;</w:t>
        <w:br/>
        <w:t>Аптекар бідний...</w:t>
      </w:r>
    </w:p>
    <w:p>
      <w:r>
        <w:br/>
        <w:t>Альбер</w:t>
      </w:r>
    </w:p>
    <w:p>
      <w:r>
        <w:br/>
        <w:t>Певно, що лихвар&lt;br /&gt;</w:t>
        <w:br/>
        <w:t>Такий же, як і сам ти, чи чесніший?</w:t>
      </w:r>
    </w:p>
    <w:p>
      <w:r>
        <w:br/>
        <w:t>Жид</w:t>
      </w:r>
    </w:p>
    <w:p>
      <w:r>
        <w:br/>
        <w:t>Ні, рицарю. Мій Товій інший торг&lt;br /&gt;</w:t>
        <w:br/>
        <w:t>Провадить... Він готує краплі... Дивно,&lt;br /&gt;</w:t>
        <w:br/>
        <w:t>Яка в них сила.</w:t>
      </w:r>
    </w:p>
    <w:p>
      <w:r>
        <w:br/>
        <w:t>Альбер</w:t>
      </w:r>
    </w:p>
    <w:p>
      <w:r>
        <w:br/>
        <w:t>А мені з них що?</w:t>
      </w:r>
    </w:p>
    <w:p>
      <w:r>
        <w:br/>
        <w:t>Жид</w:t>
      </w:r>
    </w:p>
    <w:p>
      <w:r>
        <w:br/>
        <w:t>На скляночку води... трьох крапель досить:&lt;br /&gt;</w:t>
        <w:br/>
        <w:t>В них ні смаку, ні кольору не знати;&lt;br /&gt;</w:t>
        <w:br/>
        <w:t>А чоловік без болю в животі,&lt;br /&gt;</w:t>
        <w:br/>
        <w:t>Без нуду, без різачки умирає.</w:t>
      </w:r>
    </w:p>
    <w:p>
      <w:r>
        <w:br/>
        <w:t>Альбер</w:t>
      </w:r>
    </w:p>
    <w:p>
      <w:r>
        <w:br/>
        <w:t>То твій дідусь отрутою торгує?</w:t>
      </w:r>
    </w:p>
    <w:p>
      <w:r>
        <w:br/>
        <w:t>Жид</w:t>
      </w:r>
    </w:p>
    <w:p>
      <w:r>
        <w:br/>
        <w:t>Так — і отрутою.</w:t>
      </w:r>
    </w:p>
    <w:p>
      <w:r>
        <w:br/>
        <w:t>Альбер</w:t>
      </w:r>
    </w:p>
    <w:p>
      <w:r>
        <w:br/>
        <w:t>Що ж? Замість грошей&lt;br /&gt;</w:t>
        <w:br/>
        <w:t>У позику мені даси ти з двісті&lt;br /&gt;</w:t>
        <w:br/>
        <w:t>Пляшок отрути — по червінцю пляшку.&lt;br /&gt;</w:t>
        <w:br/>
        <w:t>Чи так, чи як?</w:t>
      </w:r>
    </w:p>
    <w:p>
      <w:r>
        <w:br/>
        <w:t>Жид</w:t>
      </w:r>
    </w:p>
    <w:p>
      <w:r>
        <w:br/>
        <w:t>Ви смієтеся з мене.&lt;br /&gt;</w:t>
        <w:br/>
        <w:t>Ні, я хотів... можливо, ви... я думав,&lt;br /&gt;</w:t>
        <w:br/>
        <w:t>Що час баронові вже вмерти.</w:t>
      </w:r>
    </w:p>
    <w:p>
      <w:r>
        <w:br/>
        <w:t>Альбер</w:t>
      </w:r>
    </w:p>
    <w:p>
      <w:r>
        <w:br/>
        <w:t>Як?&lt;br /&gt;</w:t>
        <w:br/>
        <w:t>Струїти батька! Синові посмів ти...&lt;br /&gt;</w:t>
        <w:br/>
        <w:t>Держи його, Іване! I ти смів&lt;br /&gt;</w:t>
        <w:br/>
        <w:t>Мені!.. Та знаєш ти, душе жидівська,&lt;br /&gt;</w:t>
        <w:br/>
        <w:t>Собако, гадино, що я тебе на брамі&lt;br /&gt;</w:t>
        <w:br/>
        <w:t>Повішу зараз же.</w:t>
      </w:r>
    </w:p>
    <w:p>
      <w:r>
        <w:br/>
        <w:t>Жид</w:t>
      </w:r>
    </w:p>
    <w:p>
      <w:r>
        <w:br/>
        <w:t>О, винен я!&lt;br /&gt;</w:t>
        <w:br/>
        <w:t>Даруйте, я пожартував.</w:t>
      </w:r>
    </w:p>
    <w:p>
      <w:r>
        <w:br/>
        <w:t>Альбер</w:t>
      </w:r>
    </w:p>
    <w:p>
      <w:r>
        <w:br/>
        <w:t>Іване,&lt;br /&gt;</w:t>
        <w:br/>
        <w:t>Вірьовку!</w:t>
      </w:r>
    </w:p>
    <w:p>
      <w:r>
        <w:br/>
        <w:t>Жид</w:t>
      </w:r>
    </w:p>
    <w:p>
      <w:r>
        <w:br/>
        <w:t>Я... я жартував. Я гроші&lt;br /&gt;</w:t>
        <w:br/>
        <w:t>Приніс вам.</w:t>
      </w:r>
    </w:p>
    <w:p>
      <w:r>
        <w:br/>
        <w:t>Альбер</w:t>
      </w:r>
    </w:p>
    <w:p>
      <w:r>
        <w:br/>
        <w:t>Геть, псе!</w:t>
      </w:r>
    </w:p>
    <w:p>
      <w:r>
        <w:br/>
        <w:t>Альбер</w:t>
      </w:r>
    </w:p>
    <w:p>
      <w:r>
        <w:br/>
        <w:t>Жид виходить.</w:t>
      </w:r>
    </w:p>
    <w:p>
      <w:r>
        <w:br/>
        <w:t>От мене до чого&lt;br /&gt;</w:t>
        <w:br/>
        <w:t>Доводить скупість рідного вітця!&lt;br /&gt;</w:t>
        <w:br/>
        <w:t>Жид смів мені таку пораду дати!&lt;br /&gt;</w:t>
        <w:br/>
        <w:t>Вина мені дай склянку! Я тремчу весь...&lt;br /&gt;</w:t>
        <w:br/>
        <w:t>А все ж, Іване, грошей мені треба...&lt;br /&gt;</w:t>
        <w:br/>
        <w:t>Біжи за жидом проклятим. Візьми&lt;br /&gt;</w:t>
        <w:br/>
        <w:t>Його червінці. Та сюди мені&lt;br /&gt;</w:t>
        <w:br/>
        <w:t>Подай каламаря. Я шахраеві&lt;br /&gt;</w:t>
        <w:br/>
        <w:t>Дам р&amp;#243;зписку. Але самого Юду&lt;br /&gt;</w:t>
        <w:br/>
        <w:t>Сюди не вводь... Або чекай — червінці&lt;br /&gt;</w:t>
        <w:br/>
        <w:t>Його пахтітимуть отруйним духом,&lt;br /&gt;</w:t>
        <w:br/>
        <w:t>Як срібняки прапращура його...&lt;br /&gt;</w:t>
        <w:br/>
        <w:t>Вина просив я.</w:t>
      </w:r>
    </w:p>
    <w:p>
      <w:r>
        <w:br/>
        <w:t>Iван</w:t>
      </w:r>
    </w:p>
    <w:p>
      <w:r>
        <w:br/>
        <w:t>В нас вина ні краплі&lt;br /&gt;</w:t>
        <w:br/>
        <w:t>Нема.</w:t>
      </w:r>
    </w:p>
    <w:p>
      <w:r>
        <w:br/>
        <w:t>Альбер</w:t>
      </w:r>
    </w:p>
    <w:p>
      <w:r>
        <w:br/>
        <w:t>А те вино, що в подарунок&lt;br /&gt;</w:t>
        <w:br/>
        <w:t>Мені прислав з Іспанії Ремон?</w:t>
      </w:r>
    </w:p>
    <w:p>
      <w:r>
        <w:br/>
        <w:t>Iван</w:t>
      </w:r>
    </w:p>
    <w:p>
      <w:r>
        <w:br/>
        <w:t>Останню пляшку вчора я заніс&lt;br /&gt;</w:t>
        <w:br/>
        <w:t>Слабому ковалеві.</w:t>
      </w:r>
    </w:p>
    <w:p>
      <w:r>
        <w:br/>
        <w:t>Альбер</w:t>
      </w:r>
    </w:p>
    <w:p>
      <w:r>
        <w:br/>
        <w:t>Пам'ятаю...&lt;br /&gt;</w:t>
        <w:br/>
        <w:t>То дай води. Яке життя прокляте!&lt;br /&gt;</w:t>
        <w:br/>
        <w:t>Ні, край всьому — піду шукати суду&lt;br /&gt;</w:t>
        <w:br/>
        <w:t>У герцога: нехай примусить батька&lt;br /&gt;</w:t>
        <w:br/>
        <w:t>Мене тримати при собі як сина,&lt;br /&gt;</w:t>
        <w:br/>
        <w:t>А не як мишу ту, що з підземелля.</w:t>
      </w:r>
    </w:p>
    <w:p>
      <w:r>
        <w:br/>
        <w:t>СЦЕНА ДРУГА</w:t>
      </w:r>
    </w:p>
    <w:p>
      <w:r>
        <w:br/>
        <w:t>Льох.</w:t>
      </w:r>
    </w:p>
    <w:p>
      <w:r>
        <w:br/>
        <w:t>Барон</w:t>
      </w:r>
    </w:p>
    <w:p>
      <w:r>
        <w:br/>
        <w:t>Як молодий гульвіса жде спіткання&lt;br /&gt;</w:t>
        <w:br/>
        <w:t>З повією лукавою якоюсь&lt;br /&gt;</w:t>
        <w:br/>
        <w:t>Або з улещеним пустим дівчам,&lt;br /&gt;</w:t>
        <w:br/>
        <w:t>Так я весь день чекав того часу,&lt;br /&gt;</w:t>
        <w:br/>
        <w:t>Коли зійду нарешті в льох таємний&lt;br /&gt;</w:t>
        <w:br/>
        <w:t>До вірних скринь моїх. Щасливий день!&lt;br /&gt;</w:t>
        <w:br/>
        <w:t>Сьогодні можу я у шосту скриню&lt;br /&gt;</w:t>
        <w:br/>
        <w:t>(У скриню ще не повну) знову жменю&lt;br /&gt;</w:t>
        <w:br/>
        <w:t>Назбираного золота покласти.&lt;br /&gt;</w:t>
        <w:br/>
        <w:t>Здається, небагато, та помалу&lt;br /&gt;</w:t>
        <w:br/>
        <w:t>Скарби ростуть. Десь я читав, що цар&lt;br /&gt;</w:t>
        <w:br/>
        <w:t>Раз воїнам звелів знести на купу&lt;br /&gt;</w:t>
        <w:br/>
        <w:t>Землі по жмені. I курган величний&lt;br /&gt;</w:t>
        <w:br/>
        <w:t>Там виріс, і з його вершини цар&lt;br /&gt;</w:t>
        <w:br/>
        <w:t>Міг оглядати весело навколо&lt;br /&gt;</w:t>
        <w:br/>
        <w:t>I поле, вкрите білими шатрами,&lt;br /&gt;</w:t>
        <w:br/>
        <w:t>I море, де мигтіли кораблі.&lt;br /&gt;</w:t>
        <w:br/>
        <w:t>Так я, мою звичайную данину&lt;br /&gt;</w:t>
        <w:br/>
        <w:t>По жмені бідній вносячи в цей льох,&lt;br /&gt;</w:t>
        <w:br/>
        <w:t>Насипав мій курган і з нього можу&lt;br /&gt;</w:t>
        <w:br/>
        <w:t>Дивитися на все, мені підвладне.&lt;br /&gt;</w:t>
        <w:br/>
        <w:t>Що не підвладним є мені? Мов демон,&lt;br /&gt;</w:t>
        <w:br/>
        <w:t>Я звідси можу світом керувати.&lt;br /&gt;</w:t>
        <w:br/>
        <w:t>Захочу — і збудуються палаци,&lt;br /&gt;</w:t>
        <w:br/>
        <w:t>Захочу — і в сади мої розкішні&lt;br /&gt;</w:t>
        <w:br/>
        <w:t>Збіжаться німфи жвавою юрбою,&lt;br /&gt;</w:t>
        <w:br/>
        <w:t>I музи дань свою мені дадуть,&lt;br /&gt;</w:t>
        <w:br/>
        <w:t>I вільний геній схилиться в покорі,&lt;br /&gt;</w:t>
        <w:br/>
        <w:t>I труд безсонний, і чеснота смирно&lt;br /&gt;</w:t>
        <w:br/>
        <w:t>Чекатимуть моєї нагороди.&lt;br /&gt;</w:t>
        <w:br/>
        <w:t>Я свисну — і скривавлене злочинство&lt;br /&gt;</w:t>
        <w:br/>
        <w:t>Вповзе до мене боязко і руку&lt;br /&gt;</w:t>
        <w:br/>
        <w:t>Мені лизатиме, і в очі гляне,&lt;br /&gt;</w:t>
        <w:br/>
        <w:t>Читаючи в них знак моєї волі.&lt;br /&gt;</w:t>
        <w:br/>
        <w:t>Мені покірне все, а я — нічому;&lt;br /&gt;</w:t>
        <w:br/>
        <w:t>Я знісся понад всім, я маю спокій;&lt;br /&gt;</w:t>
        <w:br/>
        <w:t>Я знаю міць мою — і з мене досить&lt;br /&gt;</w:t>
        <w:br/>
        <w:t>Свідомості цього.</w:t>
      </w:r>
    </w:p>
    <w:p>
      <w:r>
        <w:br/>
        <w:t>(Дивиться на своє золото)</w:t>
      </w:r>
    </w:p>
    <w:p>
      <w:r>
        <w:br/>
        <w:t>От ніби й трохи,&lt;br /&gt;</w:t>
        <w:br/>
        <w:t>Але якої сили людських кривд,&lt;br /&gt;</w:t>
        <w:br/>
        <w:t>Турбот, благань, сліз марних і прокльонів&lt;br /&gt;</w:t>
        <w:br/>
        <w:t>Воно виразником є тяжкомовним!&lt;br /&gt;</w:t>
        <w:br/>
        <w:t>Тут є старий дублон... Ось він.&lt;br /&gt;</w:t>
        <w:br/>
        <w:t>Сьогодні&lt;br /&gt;</w:t>
        <w:br/>
        <w:t>Його вдова мені дала, та перше&lt;br /&gt;</w:t>
        <w:br/>
        <w:t>З трьома дітьми півдня перед вікном,&lt;br /&gt;</w:t>
        <w:br/>
        <w:t>Голосячи, стояла на колінах.&lt;br /&gt;</w:t>
        <w:br/>
        <w:t>Йшов дощ і перестав, і знов пішов, —&lt;br /&gt;</w:t>
        <w:br/>
        <w:t>Не рухалася з місця лицемірка;&lt;br /&gt;</w:t>
        <w:br/>
        <w:t>Її прогнати міг би я, та щось&lt;br /&gt;</w:t>
        <w:br/>
        <w:t>Мені шептало, що мені вона&lt;br /&gt;</w:t>
        <w:br/>
        <w:t>Борг чоловіків принесла і завтра&lt;br /&gt;</w:t>
        <w:br/>
        <w:t>В тюрмі сидіти, певно, не захоче.&lt;br /&gt;</w:t>
        <w:br/>
        <w:t>А цей? Його мені приніс Тібо.&lt;br /&gt;</w:t>
        <w:br/>
        <w:t>Де взять було йому, неробі, шельмі?&lt;br /&gt;</w:t>
        <w:br/>
        <w:t>Звичайно, вкрав, а може, там вночі&lt;br /&gt;</w:t>
        <w:br/>
        <w:t>На битому шляху або в гаю...&lt;br /&gt;</w:t>
        <w:br/>
        <w:t>Авжеж! Якби всі сльози, кров і піт,&lt;br /&gt;</w:t>
        <w:br/>
        <w:t>Пролиті за все те, що тут таїться,&lt;br /&gt;</w:t>
        <w:br/>
        <w:t>З глибин землі всі виступили враз,&lt;br /&gt;</w:t>
        <w:br/>
        <w:t>То знов була б пот&amp;#243;па — захлинувся б&lt;br /&gt;</w:t>
        <w:br/>
        <w:t>Я у моїх льохах. Але пора.</w:t>
      </w:r>
    </w:p>
    <w:p>
      <w:r>
        <w:br/>
        <w:t>(Хоче відчинити скриню)</w:t>
      </w:r>
    </w:p>
    <w:p>
      <w:r>
        <w:br/>
        <w:t>Коли я хочу скриню відчинити,&lt;br /&gt;</w:t>
        <w:br/>
        <w:t>Я щоразу тремчу і весь горю.&lt;br /&gt;</w:t>
        <w:br/>
        <w:t>Не страх (о ні! кого мені боятись?&lt;br /&gt;</w:t>
        <w:br/>
        <w:t>Меч при мені: за золото дасть одсіч&lt;br /&gt;</w:t>
        <w:br/>
        <w:t>Риц&amp;#225;рська зброя), серце моє тисне&lt;br /&gt;</w:t>
        <w:br/>
        <w:t>Якесь недовідоме почуття...&lt;br /&gt;</w:t>
        <w:br/>
        <w:t>Нас упевняють медики: є люди,&lt;br /&gt;</w:t>
        <w:br/>
        <w:t>Що в душогубстві дістають приємність.&lt;br /&gt;</w:t>
        <w:br/>
        <w:t>Коли ключа вкладаю я в замок,&lt;br /&gt;</w:t>
        <w:br/>
        <w:t>Я почуваю те, що почувають&lt;br /&gt;</w:t>
        <w:br/>
        <w:t>Вони, як в жертву всадять ніж: приємно&lt;br /&gt;</w:t>
        <w:br/>
        <w:t>I страшно разом.</w:t>
      </w:r>
    </w:p>
    <w:p>
      <w:r>
        <w:br/>
        <w:t>(Відчиняє скриню)</w:t>
      </w:r>
    </w:p>
    <w:p>
      <w:r>
        <w:br/>
        <w:t>Ось мої розкоші!</w:t>
      </w:r>
    </w:p>
    <w:p>
      <w:r>
        <w:br/>
        <w:t>(Всипає гроші)</w:t>
      </w:r>
    </w:p>
    <w:p>
      <w:r>
        <w:br/>
        <w:t>Йдіть, годі вам ганяти по світах,&lt;br /&gt;</w:t>
        <w:br/>
        <w:t>Служити людським пристрастям і нуждам,&lt;br /&gt;</w:t>
        <w:br/>
        <w:t>Спочиньте тут сном сили і спокою,&lt;br /&gt;</w:t>
        <w:br/>
        <w:t>Як сплять боги в глибоких небесах!..&lt;br /&gt;</w:t>
        <w:br/>
        <w:t>Сьогодні свято справити я хочу:&lt;br /&gt;</w:t>
        <w:br/>
        <w:t>Перед усіми скринями по свічці&lt;br /&gt;</w:t>
        <w:br/>
        <w:t>Я запалю і всі їх одімкну,&lt;br /&gt;</w:t>
        <w:br/>
        <w:t>I, ставши серед їх, дивитись буду&lt;br /&gt;</w:t>
        <w:br/>
        <w:t>На ті блискучі купи.</w:t>
      </w:r>
    </w:p>
    <w:p>
      <w:r>
        <w:br/>
        <w:t>(Запалює свічки і відчиняє скрині одну по одній)</w:t>
      </w:r>
    </w:p>
    <w:p>
      <w:r>
        <w:br/>
        <w:t>Я царств&amp;#253;ю!..&lt;br /&gt;</w:t>
        <w:br/>
        <w:t>Який чарівний блиск! Моя держава&lt;br /&gt;</w:t>
        <w:br/>
        <w:t>Мені покірна і міцна. В ній слава,&lt;br /&gt;</w:t>
        <w:br/>
        <w:t>В ній честь моя і щастя! Я царств&amp;#253;ю!&lt;br /&gt;</w:t>
        <w:br/>
        <w:t>А хто слід&amp;#243;м за мною візьме владу&lt;br /&gt;</w:t>
        <w:br/>
        <w:t>Над нею? Мій наслідник. Той безумець,&lt;br /&gt;</w:t>
        <w:br/>
        <w:t>Той марнотратець молодий! Товариш&lt;br /&gt;</w:t>
        <w:br/>
        <w:t>Гульвіс розпусних. Ледве я умру,&lt;br /&gt;</w:t>
        <w:br/>
        <w:t>Він, він! сюди, під це німе, спокійне&lt;br /&gt;</w:t>
        <w:br/>
        <w:t>Склепіння зійде з купою жадних,&lt;br /&gt;</w:t>
        <w:br/>
        <w:t>Облесливих дворян, ключі у трупа&lt;br /&gt;</w:t>
        <w:br/>
        <w:t>Мого укравши, з реготом одчинить&lt;br /&gt;</w:t>
        <w:br/>
        <w:t>Всі скрині він — і потечуть скарби&lt;br /&gt;</w:t>
        <w:br/>
        <w:t>В кишені їх діряві атлас&amp;#243;ві.&lt;br /&gt;</w:t>
        <w:br/>
        <w:t>Святе начиння він розіб'є, грязь&lt;br /&gt;</w:t>
        <w:br/>
        <w:t>Поллє царським єлеєм — він розточить...&lt;br /&gt;</w:t>
        <w:br/>
        <w:t>А по якому праву? Чи даремно&lt;br /&gt;</w:t>
        <w:br/>
        <w:t>Це все мені дісталося, чи жартом,&lt;br /&gt;</w:t>
        <w:br/>
        <w:t>Немов тому грачеві, що кістьми&lt;br /&gt;</w:t>
        <w:br/>
        <w:t>Гримить собі та купи загрібає?&lt;br /&gt;</w:t>
        <w:br/>
        <w:t>Хто знає, скільки ж то гірких ощад,&lt;br /&gt;</w:t>
        <w:br/>
        <w:t>Затислих пристрастей, думок важких,&lt;br /&gt;</w:t>
        <w:br/>
        <w:t>Турбот щоденних і ночей неспаних&lt;br /&gt;</w:t>
        <w:br/>
        <w:t>На це зложилося? Чи скаже син,&lt;br /&gt;</w:t>
        <w:br/>
        <w:t>Що серце в мене мохом обросло,&lt;br /&gt;</w:t>
        <w:br/>
        <w:t>Що я не вмів бажати і що совість&lt;br /&gt;</w:t>
        <w:br/>
        <w:t>Мене не гризла зовсім, совість — звір той,&lt;br /&gt;</w:t>
        <w:br/>
        <w:t>Що пазурами серце нам шкребе,&lt;br /&gt;</w:t>
        <w:br/>
        <w:t>Нежданий гість, докучливий розмовник,&lt;br /&gt;</w:t>
        <w:br/>
        <w:t>Лихвар жорстокий, відьма, що від неї&lt;br /&gt;</w:t>
        <w:br/>
        <w:t>На небі місяць мерхне і могили&lt;br /&gt;</w:t>
        <w:br/>
        <w:t>Тривожаться і мертвих висилають!&lt;br /&gt;</w:t>
        <w:br/>
        <w:t>Ні, спершу вистраждай собі багатство,&lt;br /&gt;</w:t>
        <w:br/>
        <w:t>А там побачим, чи нещасний стане&lt;br /&gt;</w:t>
        <w:br/>
        <w:t>Те марнувати, що набуто кров'ю.&lt;br /&gt;</w:t>
        <w:br/>
        <w:t>Якби ж то міг я від очей непевних&lt;br /&gt;</w:t>
        <w:br/>
        <w:t>Сховати льох мій!.. О, якби з могили&lt;br /&gt;</w:t>
        <w:br/>
        <w:t>Прийти я міг і, вартовою тінню&lt;br /&gt;</w:t>
        <w:br/>
        <w:t>На скрині сівши, від людей живих&lt;br /&gt;</w:t>
        <w:br/>
        <w:t>Мої скарби тут стерегти, як нині!..</w:t>
      </w:r>
    </w:p>
    <w:p>
      <w:r>
        <w:br/>
        <w:t>СЦЕНА ТРЕТЯ</w:t>
      </w:r>
    </w:p>
    <w:p>
      <w:r>
        <w:br/>
        <w:t>В палаці.</w:t>
      </w:r>
    </w:p>
    <w:p>
      <w:r>
        <w:br/>
        <w:t>Альбер, герцог.</w:t>
      </w:r>
    </w:p>
    <w:p>
      <w:r>
        <w:br/>
        <w:t>Альбер</w:t>
      </w:r>
    </w:p>
    <w:p>
      <w:r>
        <w:br/>
        <w:t>Повірте, найясніший пане, довго&lt;br /&gt;</w:t>
        <w:br/>
        <w:t>Терпів я сором бідності гіркої.&lt;br /&gt;</w:t>
        <w:br/>
        <w:t>Якби не скрутний стан, моєї скарги&lt;br /&gt;</w:t>
        <w:br/>
        <w:t>Ви не почули б.</w:t>
      </w:r>
    </w:p>
    <w:p>
      <w:r>
        <w:br/>
        <w:t>Герцог</w:t>
      </w:r>
    </w:p>
    <w:p>
      <w:r>
        <w:br/>
        <w:t>Вірю, вірю вам:&lt;br /&gt;</w:t>
        <w:br/>
        <w:t>Такий, як ви, шляхетний рицар, батька&lt;br /&gt;</w:t>
        <w:br/>
        <w:t>Без крайньої потреби не оскаржить...&lt;br /&gt;</w:t>
        <w:br/>
        <w:t>Таких розпусних мало... Будьте певні:&lt;br /&gt;</w:t>
        <w:br/>
        <w:t>Я батька вашого усовіщу&lt;br /&gt;</w:t>
        <w:br/>
        <w:t>На самоті, без шуму. Я чекаю&lt;br /&gt;</w:t>
        <w:br/>
        <w:t>На нього. Ми не бачились давно.&lt;br /&gt;</w:t>
        <w:br/>
        <w:t>Він другом був ще дідові мойому.&lt;br /&gt;</w:t>
        <w:br/>
        <w:t>Пригадую, як на свого коня&lt;br /&gt;</w:t>
        <w:br/>
        <w:t>Мене, мале хлоп'я, він садовив&lt;br /&gt;</w:t>
        <w:br/>
        <w:t>I покривав своїм важким шоломом,&lt;br /&gt;</w:t>
        <w:br/>
        <w:t>Немовби дзвоном...</w:t>
      </w:r>
    </w:p>
    <w:p>
      <w:r>
        <w:br/>
        <w:t>(Дивиться в вікно)</w:t>
      </w:r>
    </w:p>
    <w:p>
      <w:r>
        <w:br/>
        <w:t>Хто це? Чи не він?</w:t>
      </w:r>
    </w:p>
    <w:p>
      <w:r>
        <w:br/>
        <w:t>Альбер</w:t>
      </w:r>
    </w:p>
    <w:p>
      <w:r>
        <w:br/>
        <w:t>Так, пане мій, це він.</w:t>
      </w:r>
    </w:p>
    <w:p>
      <w:r>
        <w:br/>
        <w:t>Герцог</w:t>
      </w:r>
    </w:p>
    <w:p>
      <w:r>
        <w:br/>
        <w:t>Ідіть же ви&lt;br /&gt;</w:t>
        <w:br/>
        <w:t>В той покій. Я покличу вас.</w:t>
      </w:r>
    </w:p>
    <w:p>
      <w:r>
        <w:br/>
        <w:t>Альбер виходить, входить барон.</w:t>
      </w:r>
    </w:p>
    <w:p>
      <w:r>
        <w:br/>
        <w:t>Бароне,&lt;br /&gt;</w:t>
        <w:br/>
        <w:t>Який же радий я, що бачу вас&lt;br /&gt;</w:t>
        <w:br/>
        <w:t>Бадьорим і здоровим.</w:t>
      </w:r>
    </w:p>
    <w:p>
      <w:r>
        <w:br/>
        <w:t>Барон</w:t>
      </w:r>
    </w:p>
    <w:p>
      <w:r>
        <w:br/>
        <w:t>Я щасливий,&lt;br /&gt;</w:t>
        <w:br/>
        <w:t>Мій пане, що на ваш наказ мав сили&lt;br /&gt;</w:t>
        <w:br/>
        <w:t>Явитися.</w:t>
      </w:r>
    </w:p>
    <w:p>
      <w:r>
        <w:br/>
        <w:t>Герцог</w:t>
      </w:r>
    </w:p>
    <w:p>
      <w:r>
        <w:br/>
        <w:t>Давно, давно вже ми&lt;br /&gt;</w:t>
        <w:br/>
        <w:t>Не бачились. Мене ви не забули?</w:t>
      </w:r>
    </w:p>
    <w:p>
      <w:r>
        <w:br/>
        <w:t>Барон</w:t>
      </w:r>
    </w:p>
    <w:p>
      <w:r>
        <w:br/>
        <w:t>Я, пане мій? Я мов тепер вас бачу.&lt;br /&gt;</w:t>
        <w:br/>
        <w:t>О, ви були дитина жвава. Герцог&lt;br /&gt;</w:t>
        <w:br/>
        <w:t>Покійний говорив було мені:&lt;br /&gt;</w:t>
        <w:br/>
        <w:t>"Філіппе (так і звав мене він завжди&lt;br /&gt;</w:t>
        <w:br/>
        <w:t>Філіппом просто), що ти скажеш? Га?&lt;br /&gt;</w:t>
        <w:br/>
        <w:t>Десь літ за двадцять, певно, ти та я —&lt;br /&gt;</w:t>
        <w:br/>
        <w:t>Ми будем дурні перед цим малим".&lt;br /&gt;</w:t>
        <w:br/>
        <w:t>Виходить, перед вами...</w:t>
      </w:r>
    </w:p>
    <w:p>
      <w:r>
        <w:br/>
        <w:t>Герцог</w:t>
      </w:r>
    </w:p>
    <w:p>
      <w:r>
        <w:br/>
        <w:t>Ми знайомість&lt;br /&gt;</w:t>
        <w:br/>
        <w:t>Тепер відновим. Ви мій двір забули.</w:t>
      </w:r>
    </w:p>
    <w:p>
      <w:r>
        <w:br/>
        <w:t>Барон</w:t>
      </w:r>
    </w:p>
    <w:p>
      <w:r>
        <w:br/>
        <w:t>Старий вже я, мій пане. При дворі&lt;br /&gt;</w:t>
        <w:br/>
        <w:t>Що я робитиму? Ви молоді ще:&lt;br /&gt;</w:t>
        <w:br/>
        <w:t>Турніри, свята любі вам. А я&lt;br /&gt;</w:t>
        <w:br/>
        <w:t>До них не здатен вже. Бог дасть війну,&lt;br /&gt;</w:t>
        <w:br/>
        <w:t>То я готовий злізти, крекчучи,&lt;br /&gt;</w:t>
        <w:br/>
        <w:t>Знов на коня, — ще сили в мене стане&lt;br /&gt;</w:t>
        <w:br/>
        <w:t>Мій меч старий тремтячою рукою&lt;br /&gt;</w:t>
        <w:br/>
        <w:t>За вас, мій пане, вийняти з піхов.</w:t>
      </w:r>
    </w:p>
    <w:p>
      <w:r>
        <w:br/>
        <w:t>Герцог</w:t>
      </w:r>
    </w:p>
    <w:p>
      <w:r>
        <w:br/>
        <w:t>Бароне, щирість ваша нам відома.&lt;br /&gt;</w:t>
        <w:br/>
        <w:t>Ви другом дідові були; мій батько&lt;br /&gt;</w:t>
        <w:br/>
        <w:t>Вас поважав. I я вас завжди мав&lt;br /&gt;</w:t>
        <w:br/>
        <w:t>За рицаря хороброго; присядьмо.&lt;br /&gt;</w:t>
        <w:br/>
        <w:t>У вас, бароне, діти є?</w:t>
      </w:r>
    </w:p>
    <w:p>
      <w:r>
        <w:br/>
        <w:t>Барон</w:t>
      </w:r>
    </w:p>
    <w:p>
      <w:r>
        <w:br/>
        <w:t>Є син.</w:t>
      </w:r>
    </w:p>
    <w:p>
      <w:r>
        <w:br/>
        <w:t>Герцог</w:t>
      </w:r>
    </w:p>
    <w:p>
      <w:r>
        <w:br/>
        <w:t>Чому ж його я при собі не бачу?&lt;br /&gt;</w:t>
        <w:br/>
        <w:t>Вам двір докучив, а в його літах&lt;br /&gt;</w:t>
        <w:br/>
        <w:t>I стані слід йому при нас би бути.</w:t>
      </w:r>
    </w:p>
    <w:p>
      <w:r>
        <w:br/>
        <w:t>Барон</w:t>
      </w:r>
    </w:p>
    <w:p>
      <w:r>
        <w:br/>
        <w:t>Мій син не любить світського життя:&lt;br /&gt;</w:t>
        <w:br/>
        <w:t>Він дикої і мовчазної вдачі.&lt;br /&gt;</w:t>
        <w:br/>
        <w:t>Круг замку по лісах він все блукає,&lt;br /&gt;</w:t>
        <w:br/>
        <w:t>Як молодий олень.</w:t>
      </w:r>
    </w:p>
    <w:p>
      <w:r>
        <w:br/>
        <w:t>Герцог</w:t>
      </w:r>
    </w:p>
    <w:p>
      <w:r>
        <w:br/>
        <w:t>Не випадає&lt;br /&gt;</w:t>
        <w:br/>
        <w:t>Йому людей цуратись. Ми привчим&lt;br /&gt;</w:t>
        <w:br/>
        <w:t>Його до свят веселих і турнірів.&lt;br /&gt;</w:t>
        <w:br/>
        <w:t>Пришліть його до мене. Відповідне&lt;br /&gt;</w:t>
        <w:br/>
        <w:t>Свому становищу призначте сину&lt;br /&gt;</w:t>
        <w:br/>
        <w:t>Утримання... Ви супитесь — з дороги&lt;br /&gt;</w:t>
        <w:br/>
        <w:t>Стомились ви?</w:t>
      </w:r>
    </w:p>
    <w:p>
      <w:r>
        <w:br/>
        <w:t>Барон</w:t>
      </w:r>
    </w:p>
    <w:p>
      <w:r>
        <w:br/>
        <w:t>Я не стомився, пане,&lt;br /&gt;</w:t>
        <w:br/>
        <w:t>Але мені ви завдали стиду.&lt;br /&gt;</w:t>
        <w:br/>
        <w:t>Я перед вами не хотів признатись,&lt;br /&gt;</w:t>
        <w:br/>
        <w:t>Та змушуєте ви мене сказать&lt;br /&gt;</w:t>
        <w:br/>
        <w:t>Про сина те, що хтів я потаїти.&lt;br /&gt;</w:t>
        <w:br/>
        <w:t>На жаль великий, пане, він не гідний&lt;br /&gt;</w:t>
        <w:br/>
        <w:t>Ні ласки вашої, ані уваги:&lt;br /&gt;</w:t>
        <w:br/>
        <w:t>Він молодість свою проводить буйно,&lt;br /&gt;</w:t>
        <w:br/>
        <w:t>В низькій розпусті.</w:t>
      </w:r>
    </w:p>
    <w:p>
      <w:r>
        <w:br/>
        <w:t>Герцог</w:t>
      </w:r>
    </w:p>
    <w:p>
      <w:r>
        <w:br/>
        <w:t>Це тому, бароне,&lt;br /&gt;</w:t>
        <w:br/>
        <w:t>Що він один. Самотність і безділля&lt;br /&gt;</w:t>
        <w:br/>
        <w:t>Звичайно гублять молодих людей.&lt;br /&gt;</w:t>
        <w:br/>
        <w:t>Пришліть його до нас — і він забуде&lt;br /&gt;</w:t>
        <w:br/>
        <w:t>Ті звички, що на самоті засвоїв.</w:t>
      </w:r>
    </w:p>
    <w:p>
      <w:r>
        <w:br/>
        <w:t>Барон</w:t>
      </w:r>
    </w:p>
    <w:p>
      <w:r>
        <w:br/>
        <w:t>Простіть мені, мій пане, але справді&lt;br /&gt;</w:t>
        <w:br/>
        <w:t>Я згодитись на це не можу...</w:t>
      </w:r>
    </w:p>
    <w:p>
      <w:r>
        <w:br/>
        <w:t>Герцог</w:t>
      </w:r>
    </w:p>
    <w:p>
      <w:r>
        <w:br/>
        <w:t>Чом же?</w:t>
      </w:r>
    </w:p>
    <w:p>
      <w:r>
        <w:br/>
        <w:t>Барон</w:t>
      </w:r>
    </w:p>
    <w:p>
      <w:r>
        <w:br/>
        <w:t>Звільніть старого...</w:t>
      </w:r>
    </w:p>
    <w:p>
      <w:r>
        <w:br/>
        <w:t>Герцог</w:t>
      </w:r>
    </w:p>
    <w:p>
      <w:r>
        <w:br/>
        <w:t>Я жадаю знати&lt;br /&gt;</w:t>
        <w:br/>
        <w:t>Причину вашої відмови.</w:t>
      </w:r>
    </w:p>
    <w:p>
      <w:r>
        <w:br/>
        <w:t>Барон</w:t>
      </w:r>
    </w:p>
    <w:p>
      <w:r>
        <w:br/>
        <w:t>Гнів я&lt;br /&gt;</w:t>
        <w:br/>
        <w:t>На сина маю.</w:t>
      </w:r>
    </w:p>
    <w:p>
      <w:r>
        <w:br/>
        <w:t>Герцог</w:t>
      </w:r>
    </w:p>
    <w:p>
      <w:r>
        <w:br/>
        <w:t>За що?</w:t>
      </w:r>
    </w:p>
    <w:p>
      <w:r>
        <w:br/>
        <w:t>Барон</w:t>
      </w:r>
    </w:p>
    <w:p>
      <w:r>
        <w:br/>
        <w:t>За лихе&lt;br /&gt;</w:t>
        <w:br/>
        <w:t>Злочинство.</w:t>
      </w:r>
    </w:p>
    <w:p>
      <w:r>
        <w:br/>
        <w:t>Герцог</w:t>
      </w:r>
    </w:p>
    <w:p>
      <w:r>
        <w:br/>
        <w:t>В чім же є воно, скажіть?</w:t>
      </w:r>
    </w:p>
    <w:p>
      <w:r>
        <w:br/>
        <w:t>Барон</w:t>
      </w:r>
    </w:p>
    <w:p>
      <w:r>
        <w:br/>
        <w:t>Облиште, герцоге!..</w:t>
      </w:r>
    </w:p>
    <w:p>
      <w:r>
        <w:br/>
        <w:t>Герцог</w:t>
      </w:r>
    </w:p>
    <w:p>
      <w:r>
        <w:br/>
        <w:t>Це дуже дивно.&lt;br /&gt;</w:t>
        <w:br/>
        <w:t>Чи вам за нього сором?</w:t>
      </w:r>
    </w:p>
    <w:p>
      <w:r>
        <w:br/>
        <w:t>Барон</w:t>
      </w:r>
    </w:p>
    <w:p>
      <w:r>
        <w:br/>
        <w:t>Сором... так...</w:t>
      </w:r>
    </w:p>
    <w:p>
      <w:r>
        <w:br/>
        <w:t>Герцог</w:t>
      </w:r>
    </w:p>
    <w:p>
      <w:r>
        <w:br/>
        <w:t>Що він зробив?</w:t>
      </w:r>
    </w:p>
    <w:p>
      <w:r>
        <w:br/>
        <w:t>Барон</w:t>
      </w:r>
    </w:p>
    <w:p>
      <w:r>
        <w:br/>
        <w:t>Він... він мене убити&lt;br /&gt;</w:t>
        <w:br/>
        <w:t>Хотів.</w:t>
      </w:r>
    </w:p>
    <w:p>
      <w:r>
        <w:br/>
        <w:t>Герцог</w:t>
      </w:r>
    </w:p>
    <w:p>
      <w:r>
        <w:br/>
        <w:t>Убити! Так його віддам я&lt;br /&gt;</w:t>
        <w:br/>
        <w:t>На карний суд, як чорного злочинця.</w:t>
      </w:r>
    </w:p>
    <w:p>
      <w:r>
        <w:br/>
        <w:t>Барон</w:t>
      </w:r>
    </w:p>
    <w:p>
      <w:r>
        <w:br/>
        <w:t>Доводити не стану я, хоч знаю,&lt;br /&gt;</w:t>
        <w:br/>
        <w:t>Що, певно, прагне він моєї смерті,&lt;br /&gt;</w:t>
        <w:br/>
        <w:t>Хоч знаю, що мене він замишляв...</w:t>
      </w:r>
    </w:p>
    <w:p>
      <w:r>
        <w:br/>
        <w:t>Герцог</w:t>
      </w:r>
    </w:p>
    <w:p>
      <w:r>
        <w:br/>
        <w:t>Що?</w:t>
      </w:r>
    </w:p>
    <w:p>
      <w:r>
        <w:br/>
        <w:t>Барон</w:t>
      </w:r>
    </w:p>
    <w:p>
      <w:r>
        <w:br/>
        <w:t>Обікрасти.</w:t>
      </w:r>
    </w:p>
    <w:p>
      <w:r>
        <w:br/>
        <w:t>Альбер впадає в кімнату.</w:t>
      </w:r>
    </w:p>
    <w:p>
      <w:r>
        <w:br/>
        <w:t>Альбер</w:t>
      </w:r>
    </w:p>
    <w:p>
      <w:r>
        <w:br/>
        <w:t>Клевета, бароне!</w:t>
      </w:r>
    </w:p>
    <w:p>
      <w:r>
        <w:br/>
        <w:t>Герцог</w:t>
      </w:r>
    </w:p>
    <w:p>
      <w:r>
        <w:br/>
        <w:t>Як сміли ви?</w:t>
      </w:r>
    </w:p>
    <w:p>
      <w:r>
        <w:br/>
        <w:t>Барон</w:t>
      </w:r>
    </w:p>
    <w:p>
      <w:r>
        <w:br/>
        <w:t>Ти тут! I ти, ти смів!..&lt;br /&gt;</w:t>
        <w:br/>
        <w:t>Ти міг таке на батька слово мовить!..&lt;br /&gt;</w:t>
        <w:br/>
        <w:t>Я клевещу! і перед нашим паном?&lt;br /&gt;</w:t>
        <w:br/>
        <w:t>Мені, мені... чи вже не рицар я?</w:t>
      </w:r>
    </w:p>
    <w:p>
      <w:r>
        <w:br/>
        <w:t>Альбер</w:t>
      </w:r>
    </w:p>
    <w:p>
      <w:r>
        <w:br/>
        <w:t>Ви клеветник!</w:t>
      </w:r>
    </w:p>
    <w:p>
      <w:r>
        <w:br/>
        <w:t>Барон</w:t>
      </w:r>
    </w:p>
    <w:p>
      <w:r>
        <w:br/>
        <w:t>I ще не вдарив грім!&lt;br /&gt;</w:t>
        <w:br/>
        <w:t>О Боже правий! Підійми ж свій меч&lt;br /&gt;</w:t>
        <w:br/>
        <w:t>І розсуди нас!</w:t>
      </w:r>
    </w:p>
    <w:p>
      <w:r>
        <w:br/>
        <w:t>(Кидає рукавичку, син хапливо її підіймає)</w:t>
      </w:r>
    </w:p>
    <w:p>
      <w:r>
        <w:br/>
        <w:t>Альбер</w:t>
      </w:r>
    </w:p>
    <w:p>
      <w:r>
        <w:br/>
        <w:t>Дякую. Ось перший&lt;br /&gt;</w:t>
        <w:br/>
        <w:t>Дарунок батъка!</w:t>
      </w:r>
    </w:p>
    <w:p>
      <w:r>
        <w:br/>
        <w:t>Герцог</w:t>
      </w:r>
    </w:p>
    <w:p>
      <w:r>
        <w:br/>
        <w:t>Що я бачив? Що&lt;br /&gt;</w:t>
        <w:br/>
        <w:t>Було переді мною? Син прийняв&lt;br /&gt;</w:t>
        <w:br/>
        <w:t>Від батька виклик. У які часи&lt;br /&gt;</w:t>
        <w:br/>
        <w:t>Я герцогський ланцюг надів на себе!&lt;br /&gt;</w:t>
        <w:br/>
        <w:t>Мовчи, ти, тигреня! I ви, безумче,&lt;br /&gt;</w:t>
        <w:br/>
        <w:t>Вгамуйтесь.</w:t>
      </w:r>
    </w:p>
    <w:p>
      <w:r>
        <w:br/>
        <w:t>(До сина)</w:t>
      </w:r>
    </w:p>
    <w:p>
      <w:r>
        <w:br/>
        <w:t>Киньте це; віддайте зараз&lt;br /&gt;</w:t>
        <w:br/>
        <w:t>Цю рукавичку.</w:t>
      </w:r>
    </w:p>
    <w:p>
      <w:r>
        <w:br/>
        <w:t>(Відбирає її)</w:t>
      </w:r>
    </w:p>
    <w:p>
      <w:r>
        <w:br/>
        <w:t>Альбер</w:t>
      </w:r>
    </w:p>
    <w:p>
      <w:r>
        <w:br/>
        <w:t>(Набік)</w:t>
      </w:r>
    </w:p>
    <w:p>
      <w:r>
        <w:br/>
        <w:t>Шкода!</w:t>
      </w:r>
    </w:p>
    <w:p>
      <w:r>
        <w:br/>
        <w:t>Герцог</w:t>
      </w:r>
    </w:p>
    <w:p>
      <w:r>
        <w:br/>
        <w:t>Так і вп'явся&lt;br /&gt;</w:t>
        <w:br/>
        <w:t>Кігтями в неї! Нелюд! Геть з очей&lt;br /&gt;</w:t>
        <w:br/>
        <w:t>I не являйтесь доти, доки сам я&lt;br /&gt;</w:t>
        <w:br/>
        <w:t>Вас не покличу.</w:t>
      </w:r>
    </w:p>
    <w:p>
      <w:r>
        <w:br/>
        <w:t>Альбер виходить.</w:t>
      </w:r>
    </w:p>
    <w:p>
      <w:r>
        <w:br/>
        <w:t>Ви, старий, нещасний,&lt;br /&gt;</w:t>
        <w:br/>
        <w:t>Чи вам не сором?</w:t>
      </w:r>
    </w:p>
    <w:p>
      <w:r>
        <w:br/>
        <w:t>Барон</w:t>
      </w:r>
    </w:p>
    <w:p>
      <w:r>
        <w:br/>
        <w:t>Пане мій, простіть...&lt;br /&gt;</w:t>
        <w:br/>
        <w:t>Не можу встояти: мої коліна&lt;br /&gt;</w:t>
        <w:br/>
        <w:t>Ослабли... Душно!.. Душно! Де ключі?&lt;br /&gt;</w:t>
        <w:br/>
        <w:t>Ключі, ключі мої!..</w:t>
      </w:r>
    </w:p>
    <w:p>
      <w:r>
        <w:br/>
        <w:t>Герцог</w:t>
      </w:r>
    </w:p>
    <w:p>
      <w:r>
        <w:br/>
        <w:t>Умер він. Боже!&lt;br /&gt;</w:t>
        <w:br/>
        <w:t>О, що за вік! Які страшні серця!</w:t>
      </w:r>
    </w:p>
    <w:p>
      <w:r>
        <w:br/>
        <w:t>&lt;blockquote class="cita" style='text-align:left'&gt;МОЦАРТ І САЛЬЄРІ&lt;br /&gt;</w:t>
        <w:br/>
        <w:t>Перекладач: Микола Бажан&lt;/blockquote&gt;</w:t>
      </w:r>
    </w:p>
    <w:p>
      <w:r>
        <w:br/>
        <w:t>Моцарт і Сальєрі</w:t>
      </w:r>
    </w:p>
    <w:p>
      <w:r>
        <w:br/>
        <w:t>Сцена І</w:t>
      </w:r>
    </w:p>
    <w:p>
      <w:r>
        <w:br/>
        <w:t>Кімната.</w:t>
      </w:r>
    </w:p>
    <w:p>
      <w:r>
        <w:br/>
        <w:t>Сальєрі</w:t>
      </w:r>
    </w:p>
    <w:p>
      <w:r>
        <w:br/>
        <w:t>Всі кажуть: правди на землі нема,&lt;br /&gt;</w:t>
        <w:br/>
        <w:t>Та правди й вище теж нема. Мені&lt;br /&gt;</w:t>
        <w:br/>
        <w:t>Це ясно так, немов звичайна гама.&lt;br /&gt;</w:t>
        <w:br/>
        <w:t>Родився я з любов'ю до мистецтва;&lt;br /&gt;</w:t>
        <w:br/>
        <w:t>Іще дитям, коли із високості&lt;br /&gt;</w:t>
        <w:br/>
        <w:t>Звучав орган у давній церкві нашій,&lt;br /&gt;</w:t>
        <w:br/>
        <w:t>Я слухав пильно — і солодкі сльози&lt;br /&gt;</w:t>
        <w:br/>
        <w:t>Несамохіть з очей моїх текли.&lt;br /&gt;</w:t>
        <w:br/>
        <w:t>Пусті забави рано я покинув;&lt;br /&gt;</w:t>
        <w:br/>
        <w:t>Не зв'язані з музикою науки&lt;br /&gt;</w:t>
        <w:br/>
        <w:t>Мені обридли; вперто і гордливо&lt;br /&gt;</w:t>
        <w:br/>
        <w:t>Я зрікся їх, музиці я одній&lt;br /&gt;</w:t>
        <w:br/>
        <w:t>Віддався весь. Важкий лиш перший крок,&lt;br /&gt;</w:t>
        <w:br/>
        <w:t>Нудна лиш перша путь. Я подолав&lt;br /&gt;</w:t>
        <w:br/>
        <w:t>Усі знегоди ранні. Ремесло&lt;br /&gt;</w:t>
        <w:br/>
        <w:t>Поставив я підніжжям для мистецтва;&lt;br /&gt;</w:t>
        <w:br/>
        <w:t>Ремісником зробився: набули&lt;br /&gt;</w:t>
        <w:br/>
        <w:t>Покірливу, суху рухливість пальці,&lt;br /&gt;</w:t>
        <w:br/>
        <w:t>А вухо — певність. Звуки я вмертвив,&lt;br /&gt;</w:t>
        <w:br/>
        <w:t>Неначе труп, розтяв музику. Звірив&lt;br /&gt;</w:t>
        <w:br/>
        <w:t>Гармонію на алгебрі. Тоді&lt;br /&gt;</w:t>
        <w:br/>
        <w:t>Насмілився, досвідчений в науці,&lt;br /&gt;</w:t>
        <w:br/>
        <w:t>Віддатися розкошам творчих мрій.&lt;br /&gt;</w:t>
        <w:br/>
        <w:t>Я став творить; але таємно й нишком,&lt;br /&gt;</w:t>
        <w:br/>
        <w:t>Не сміючи ще марити про славу.&lt;br /&gt;</w:t>
        <w:br/>
        <w:t>Бувало так, що в келії німотній&lt;br /&gt;</w:t>
        <w:br/>
        <w:t>Сидівши кілька день без сну та їжі,&lt;br /&gt;</w:t>
        <w:br/>
        <w:t>Зазнавши захвату і сліз натхнення,&lt;br /&gt;</w:t>
        <w:br/>
        <w:t>Свій труд палив і холодно дививсь,&lt;br /&gt;</w:t>
        <w:br/>
        <w:t>Як мисль моя і звуки, що родив їх,&lt;br /&gt;</w:t>
        <w:br/>
        <w:t>Палаючи, з легким димком зникали.&lt;br /&gt;</w:t>
        <w:br/>
        <w:t>Що я кажу? Коли великий Глюк&lt;br /&gt;</w:t>
        <w:br/>
        <w:t>Відкрив для нас незнані таємниці&lt;br /&gt;</w:t>
        <w:br/>
        <w:t>(Привабливі, глибокі таємниці),&lt;br /&gt;</w:t>
        <w:br/>
        <w:t>Чи я не кинув те, що знав колись,&lt;br /&gt;</w:t>
        <w:br/>
        <w:t>Що так любив, у що так палко вірив,&lt;br /&gt;</w:t>
        <w:br/>
        <w:t>Чи вслід за ним бадьоро не пішов,&lt;br /&gt;</w:t>
        <w:br/>
        <w:t>Покірливий, мов мандрівник, якого&lt;br /&gt;</w:t>
        <w:br/>
        <w:t>На путь правдиву спрямував зустрічний?&lt;br /&gt;</w:t>
        <w:br/>
        <w:t>Напруженим, усталеним зусиллям&lt;br /&gt;</w:t>
        <w:br/>
        <w:t>Я врешті у безмежному мистецтві&lt;br /&gt;</w:t>
        <w:br/>
        <w:t>Досяг високих ступенів. І слава&lt;br /&gt;</w:t>
        <w:br/>
        <w:t>Мені всміхнулась; я в серцях людей&lt;br /&gt;</w:t>
        <w:br/>
        <w:t>До власних творів виявив співзвучність.&lt;br /&gt;</w:t>
        <w:br/>
        <w:t>Я був щасливий: я втішався мирно&lt;br /&gt;</w:t>
        <w:br/>
        <w:t>З труда свого, із успіху та слави,&lt;br /&gt;</w:t>
        <w:br/>
        <w:t>Також з трудів і успіху моїх&lt;br /&gt;</w:t>
        <w:br/>
        <w:t>Товаришів у чарівнім мистецтві.&lt;br /&gt;</w:t>
        <w:br/>
        <w:t>Ні! я ніколи заздрості не знав,&lt;br /&gt;</w:t>
        <w:br/>
        <w:t>Ніколи! — ні тоді, коли Пуччіні&lt;br /&gt;</w:t>
        <w:br/>
        <w:t>Вмів полонить слух диких парижан,&lt;br /&gt;</w:t>
        <w:br/>
        <w:t>Ані тоді, як вперше я почув&lt;br /&gt;</w:t>
        <w:br/>
        <w:t>До "Іфігенії" вступні акорди.&lt;br /&gt;</w:t>
        <w:br/>
        <w:t>Хто скаже, що Сальєрі гордий був&lt;br /&gt;</w:t>
        <w:br/>
        <w:t>Хоч коли-небудь заздрісником ницим,&lt;br /&gt;</w:t>
        <w:br/>
        <w:t>Гадюкою, розчавленою людом,&lt;br /&gt;</w:t>
        <w:br/>
        <w:t>Яка гризе пісок та пил в безсиллі?&lt;br /&gt;</w:t>
        <w:br/>
        <w:t>Ніхто!.. А нині — сам скажу — я нині&lt;br /&gt;</w:t>
        <w:br/>
        <w:t>Став заздрісний. Я заздрю; і глибоко,&lt;br /&gt;</w:t>
        <w:br/>
        <w:t>І боляче так заздрю я.— О небо!&lt;br /&gt;</w:t>
        <w:br/>
        <w:t>Де ж правота, коли священний дар,&lt;br /&gt;</w:t>
        <w:br/>
        <w:t>Коли безсмертний геній — не благанням,&lt;br /&gt;</w:t>
        <w:br/>
        <w:t>Не саможертві, не палкій любові&lt;br /&gt;</w:t>
        <w:br/>
        <w:t>І не труду дається в нагороду,&lt;br /&gt;</w:t>
        <w:br/>
        <w:t>А осяває голову безумця,&lt;br /&gt;</w:t>
        <w:br/>
        <w:t>Гульвіси марного?.. О Моцарт, Моцарт!</w:t>
      </w:r>
    </w:p>
    <w:p>
      <w:r>
        <w:br/>
        <w:t>(Входить Моцарт).</w:t>
      </w:r>
    </w:p>
    <w:p>
      <w:r>
        <w:br/>
        <w:t>Моцарт</w:t>
      </w:r>
    </w:p>
    <w:p>
      <w:r>
        <w:br/>
        <w:t>Ага! побачив ти! хотів розважить&lt;br /&gt;</w:t>
        <w:br/>
        <w:t>Я жартом несподіваним тебе.</w:t>
      </w:r>
    </w:p>
    <w:p>
      <w:r>
        <w:br/>
        <w:t>Сальєрі</w:t>
      </w:r>
    </w:p>
    <w:p>
      <w:r>
        <w:br/>
        <w:t>Ти тут! — Давно?</w:t>
      </w:r>
    </w:p>
    <w:p>
      <w:r>
        <w:br/>
        <w:t>Моцарт</w:t>
      </w:r>
    </w:p>
    <w:p>
      <w:r>
        <w:br/>
        <w:t>Ось тільки. Я тобі&lt;br /&gt;</w:t>
        <w:br/>
        <w:t>Збирався дещо показать нове;&lt;br /&gt;</w:t>
        <w:br/>
        <w:t>Але, проходячи повз корчму, враз&lt;br /&gt;</w:t>
        <w:br/>
        <w:t>Почув я скрипку... Друже мій, Cальєрі!&lt;br /&gt;</w:t>
        <w:br/>
        <w:t>Кумеднішого зроду ти не чув...&lt;br /&gt;</w:t>
        <w:br/>
        <w:t>Сліпий скрипаль так вигравав старанно.&lt;br /&gt;</w:t>
        <w:br/>
        <w:t>Voi che sapete1 грав собі. Чудово!&lt;br /&gt;</w:t>
        <w:br/>
        <w:t>Не витерпів, привів я скрипаля,&lt;br /&gt;</w:t>
        <w:br/>
        <w:t>Почастувать тебе його мистецтвом.&lt;br /&gt;</w:t>
        <w:br/>
        <w:t>Ввійди!</w:t>
      </w:r>
    </w:p>
    <w:p>
      <w:r>
        <w:br/>
        <w:t>Входить сліпий дідусь із скрипкою.</w:t>
      </w:r>
    </w:p>
    <w:p>
      <w:r>
        <w:br/>
        <w:t>Із Моцарта що-небудь нам!</w:t>
      </w:r>
    </w:p>
    <w:p>
      <w:r>
        <w:br/>
        <w:t>Старий грає арію з Дон-Жуана;</w:t>
      </w:r>
    </w:p>
    <w:p>
      <w:r>
        <w:br/>
        <w:t>Моцарт регоче.</w:t>
      </w:r>
    </w:p>
    <w:p>
      <w:r>
        <w:br/>
        <w:t>Сальєрі</w:t>
      </w:r>
    </w:p>
    <w:p>
      <w:r>
        <w:br/>
        <w:t>І ти сміятись можеш?</w:t>
      </w:r>
    </w:p>
    <w:p>
      <w:r>
        <w:br/>
        <w:t>Моцарт</w:t>
      </w:r>
    </w:p>
    <w:p>
      <w:r>
        <w:br/>
        <w:t>Ах, Сальєрі&lt;br /&gt;</w:t>
        <w:br/>
        <w:t>Невже і сам ти не смієшся?</w:t>
      </w:r>
    </w:p>
    <w:p>
      <w:r>
        <w:br/>
        <w:t>Сальєрі</w:t>
      </w:r>
    </w:p>
    <w:p>
      <w:r>
        <w:br/>
        <w:t>Ні.&lt;br /&gt;</w:t>
        <w:br/>
        <w:t>Мені не смішно, як маляр нікчемний&lt;br /&gt;</w:t>
        <w:br/>
        <w:t>Мені бруднить Мадонну Рафаеля,&lt;br /&gt;</w:t>
        <w:br/>
        <w:t>Мені не смішно, як ганебний блазень&lt;br /&gt;</w:t>
        <w:br/>
        <w:t>В пародії глузує з Аліг'єрі.&lt;br /&gt;</w:t>
        <w:br/>
        <w:t>Іди, старий.</w:t>
      </w:r>
    </w:p>
    <w:p>
      <w:r>
        <w:br/>
        <w:t>Моцарт</w:t>
      </w:r>
    </w:p>
    <w:p>
      <w:r>
        <w:br/>
        <w:t>Стривай-но: ось тобі,&lt;br /&gt;</w:t>
        <w:br/>
        <w:t>Пий за моє здоров'я.</w:t>
      </w:r>
    </w:p>
    <w:p>
      <w:r>
        <w:br/>
        <w:t>Старий виходить.</w:t>
      </w:r>
    </w:p>
    <w:p>
      <w:r>
        <w:br/>
        <w:t>Ти, Сальєрі,&lt;br /&gt;</w:t>
        <w:br/>
        <w:t>Не в добрім дусі щось. Прийду до тебе&lt;br /&gt;</w:t>
        <w:br/>
        <w:t>Я іншим часом.</w:t>
      </w:r>
    </w:p>
    <w:p>
      <w:r>
        <w:br/>
        <w:t>Сальєрі</w:t>
      </w:r>
    </w:p>
    <w:p>
      <w:r>
        <w:br/>
        <w:t>Щось же ти приніс?</w:t>
      </w:r>
    </w:p>
    <w:p>
      <w:r>
        <w:br/>
        <w:t>Моцарт</w:t>
      </w:r>
    </w:p>
    <w:p>
      <w:r>
        <w:br/>
        <w:t>Ні — так, дрібницю. Уночі недавно,&lt;br /&gt;</w:t>
        <w:br/>
        <w:t>Коли мене безсоння все томило,&lt;br /&gt;</w:t>
        <w:br/>
        <w:t>У голові з'явились дві, три мислі.&lt;br /&gt;</w:t>
        <w:br/>
        <w:t>Оце накидав їх. Твоєї думки&lt;br /&gt;</w:t>
        <w:br/>
        <w:t>Спитать хотів, але тепер мені&lt;br /&gt;</w:t>
        <w:br/>
        <w:t>Не радий ти...</w:t>
      </w:r>
    </w:p>
    <w:p>
      <w:r>
        <w:br/>
        <w:t>Сальєрі</w:t>
      </w:r>
    </w:p>
    <w:p>
      <w:r>
        <w:br/>
        <w:t>О, Моцарте, коли,&lt;br /&gt;</w:t>
        <w:br/>
        <w:t>Коли ж тобі не радий я? Сідай;&lt;br /&gt;</w:t>
        <w:br/>
        <w:t>Я слухаю.</w:t>
      </w:r>
    </w:p>
    <w:p>
      <w:r>
        <w:br/>
        <w:t>Моцарт</w:t>
      </w:r>
    </w:p>
    <w:p>
      <w:r>
        <w:br/>
        <w:t>(за фортепіано)</w:t>
      </w:r>
    </w:p>
    <w:p>
      <w:r>
        <w:br/>
        <w:t>Нехай в твоїй уяві&lt;br /&gt;</w:t>
        <w:br/>
        <w:t>Постане... хто? Ну, я — молодший трохи,&lt;br /&gt;</w:t>
        <w:br/>
        <w:t>Закоханий — не надто, а ледь-ледь,—&lt;br /&gt;</w:t>
        <w:br/>
        <w:t>Красуня тут, чи друг — такий, як ти —&lt;br /&gt;</w:t>
        <w:br/>
        <w:t>Веселий я... І раптом: нагла тьма,&lt;br /&gt;</w:t>
        <w:br/>
        <w:t>Мара з труни, чи інше щось подібне...&lt;br /&gt;</w:t>
        <w:br/>
        <w:t>Ну, слухай же.</w:t>
      </w:r>
    </w:p>
    <w:p>
      <w:r>
        <w:br/>
        <w:t>(Грає).</w:t>
      </w:r>
    </w:p>
    <w:p>
      <w:r>
        <w:br/>
        <w:t>Сальєрі</w:t>
      </w:r>
    </w:p>
    <w:p>
      <w:r>
        <w:br/>
        <w:t>Ти з цим до мене йшов&lt;br /&gt;</w:t>
        <w:br/>
        <w:t>І міг спинитися побіля корчми&lt;br /&gt;</w:t>
        <w:br/>
        <w:t>І слухать скрипаля сліпого! — Боже!&lt;br /&gt;</w:t>
        <w:br/>
        <w:t>Ти, Моцарте, не гідний сам себе.</w:t>
      </w:r>
    </w:p>
    <w:p>
      <w:r>
        <w:br/>
        <w:t>Моцарт</w:t>
      </w:r>
    </w:p>
    <w:p>
      <w:r>
        <w:br/>
        <w:t>Що ж, добре?</w:t>
      </w:r>
    </w:p>
    <w:p>
      <w:r>
        <w:br/>
        <w:t>Сальєрі</w:t>
      </w:r>
    </w:p>
    <w:p>
      <w:r>
        <w:br/>
        <w:t>О, яка глибочина!&lt;br /&gt;</w:t>
        <w:br/>
        <w:t>Яка сміливість і яка доладність!&lt;br /&gt;</w:t>
        <w:br/>
        <w:t>Ти, Моцарте, є бог, але не знаєш&lt;br /&gt;</w:t>
        <w:br/>
        <w:t>Цього ти сам. Я знаю, я.</w:t>
      </w:r>
    </w:p>
    <w:p>
      <w:r>
        <w:br/>
        <w:t>Моцарт</w:t>
      </w:r>
    </w:p>
    <w:p>
      <w:r>
        <w:br/>
        <w:t>Хай так...&lt;br /&gt;</w:t>
        <w:br/>
        <w:t>Та божество моє вже зголодніло.</w:t>
      </w:r>
    </w:p>
    <w:p>
      <w:r>
        <w:br/>
        <w:t>Сальєрі</w:t>
      </w:r>
    </w:p>
    <w:p>
      <w:r>
        <w:br/>
        <w:t>Послухай: пообідаємо разом&lt;br /&gt;</w:t>
        <w:br/>
        <w:t>У корчмі Золотого Лева.</w:t>
      </w:r>
    </w:p>
    <w:p>
      <w:r>
        <w:br/>
        <w:t>Моцарт</w:t>
      </w:r>
    </w:p>
    <w:p>
      <w:r>
        <w:br/>
        <w:t>Добре;&lt;br /&gt;</w:t>
        <w:br/>
        <w:t>Я згоден. Ось додому лиш піду&lt;br /&gt;</w:t>
        <w:br/>
        <w:t>Сказати жінці, щоб мене з обідом&lt;br /&gt;</w:t>
        <w:br/>
        <w:t>І не чекала.</w:t>
      </w:r>
    </w:p>
    <w:p>
      <w:r>
        <w:br/>
        <w:t>(Виходить)</w:t>
      </w:r>
    </w:p>
    <w:p>
      <w:r>
        <w:br/>
        <w:t>Сальєрі</w:t>
      </w:r>
    </w:p>
    <w:p>
      <w:r>
        <w:br/>
        <w:t>Жду тебе, гляди ж.&lt;br /&gt;</w:t>
        <w:br/>
        <w:t>Ні! долі власній більше я не можу&lt;br /&gt;</w:t>
        <w:br/>
        <w:t>Противитись: приречено мені&lt;br /&gt;</w:t>
        <w:br/>
        <w:t>Його спинить,— інакше ми загинем,&lt;br /&gt;</w:t>
        <w:br/>
        <w:t>Ми всі, жерці музики, не один&lt;br /&gt;</w:t>
        <w:br/>
        <w:t>Лиш я з моєю славою глухою...&lt;br /&gt;</w:t>
        <w:br/>
        <w:t>Яка користь, що Моцарт буде жить&lt;br /&gt;</w:t>
        <w:br/>
        <w:t>І досягне височини нової?&lt;br /&gt;</w:t>
        <w:br/>
        <w:t>Чи піднесе він тим мистецтво? Ні;&lt;br /&gt;</w:t>
        <w:br/>
        <w:t>Воно впаде ізнов, коли він зникне:&lt;br /&gt;</w:t>
        <w:br/>
        <w:t>Наступника він не залишить нам;&lt;br /&gt;</w:t>
        <w:br/>
        <w:t>Що в нім за користь? Наче херувим,&lt;br /&gt;</w:t>
        <w:br/>
        <w:t>Він декілька приніс нам співів райських,&lt;br /&gt;</w:t>
        <w:br/>
        <w:t>Щоб, збуривши безкриле поривання&lt;br /&gt;</w:t>
        <w:br/>
        <w:t>В нас, дітях праху, одлетіти геть!&lt;br /&gt;</w:t>
        <w:br/>
        <w:t>Так одлітай же! Що скоріш, то краще.&lt;br /&gt;</w:t>
        <w:br/>
        <w:t>Отруту цю, останній дар Ізори,&lt;br /&gt;</w:t>
        <w:br/>
        <w:t>Я вісімнадцять літ ношу з собою —&lt;br /&gt;</w:t>
        <w:br/>
        <w:t>Відтоді часто я вважав життя&lt;br /&gt;</w:t>
        <w:br/>
        <w:t>За рану нестерпучу, був я часто&lt;br /&gt;</w:t>
        <w:br/>
        <w:t>Із безтурботним ворогом на учті,&lt;br /&gt;</w:t>
        <w:br/>
        <w:t>Але ніколи шепоту спокуси&lt;br /&gt;</w:t>
        <w:br/>
        <w:t>Не слухав я, хоч я не боягуз,&lt;br /&gt;</w:t>
        <w:br/>
        <w:t>Хоч глибоко образу почуваю,&lt;br /&gt;</w:t>
        <w:br/>
        <w:t>Хоча життя й немиле. Я вагавсь.&lt;br /&gt;</w:t>
        <w:br/>
        <w:t>Як смерті палко я жадав тоді!&lt;br /&gt;</w:t>
        <w:br/>
        <w:t>Що вмерти? Думав: може, це життя&lt;br /&gt;</w:t>
        <w:br/>
        <w:t>Ще дасть мені негадані дари;&lt;br /&gt;</w:t>
        <w:br/>
        <w:t>Можливо, я ще звідаю і захват,&lt;br /&gt;</w:t>
        <w:br/>
        <w:t>І творчу ніч, і радощі натхнення:&lt;br /&gt;</w:t>
        <w:br/>
        <w:t>Можливо, нам сучасний Гайден дасть&lt;br /&gt;</w:t>
        <w:br/>
        <w:t>Великий твір — порозкошую ним...&lt;br /&gt;</w:t>
        <w:br/>
        <w:t>Частуючи ненависного гостя,&lt;br /&gt;</w:t>
        <w:br/>
        <w:t>Гадав я: може, ще лютіший десь&lt;br /&gt;</w:t>
        <w:br/>
        <w:t>Знайдеться ворог, ще лютіша кривда&lt;br /&gt;</w:t>
        <w:br/>
        <w:t>На мене вдарить з гордих верховин —&lt;br /&gt;</w:t>
        <w:br/>
        <w:t>Ізорин дар тоді не згине марно.&lt;br /&gt;</w:t>
        <w:br/>
        <w:t>І сталось так! і ворога свого&lt;br /&gt;</w:t>
        <w:br/>
        <w:t>Я тут знайшов, і цей сучасний Гайден&lt;br /&gt;</w:t>
        <w:br/>
        <w:t>Мене чудовим захватом пойняв.&lt;br /&gt;</w:t>
        <w:br/>
        <w:t>Тепер — пора! кохання тайний дар&lt;br /&gt;</w:t>
        <w:br/>
        <w:t>Нехай перейде нині в келих дружби!</w:t>
      </w:r>
    </w:p>
    <w:p>
      <w:r>
        <w:br/>
        <w:t>Сцена II</w:t>
      </w:r>
    </w:p>
    <w:p>
      <w:r>
        <w:br/>
        <w:t>Окрема кімната в корчмі; фортепіано.</w:t>
      </w:r>
    </w:p>
    <w:p>
      <w:r>
        <w:br/>
        <w:t>Моцарт і Сальєрі за столом.</w:t>
      </w:r>
    </w:p>
    <w:p>
      <w:r>
        <w:br/>
        <w:t>Сальєрі</w:t>
      </w:r>
    </w:p>
    <w:p>
      <w:r>
        <w:br/>
        <w:t>Чому сьогодні хмурий ти?</w:t>
      </w:r>
    </w:p>
    <w:p>
      <w:r>
        <w:br/>
        <w:t>Моцарт</w:t>
      </w:r>
    </w:p>
    <w:p>
      <w:r>
        <w:br/>
        <w:t>Я? Ні!</w:t>
      </w:r>
    </w:p>
    <w:p>
      <w:r>
        <w:br/>
        <w:t>Сальєрі</w:t>
      </w:r>
    </w:p>
    <w:p>
      <w:r>
        <w:br/>
        <w:t>Що, Моцарте, смутить тебе сьогодні?&lt;br /&gt;</w:t>
        <w:br/>
        <w:t>Обід добірний, славне і вино,&lt;br /&gt;</w:t>
        <w:br/>
        <w:t>А ти мовчиш і хмуришся.</w:t>
      </w:r>
    </w:p>
    <w:p>
      <w:r>
        <w:br/>
        <w:t>Моцарт</w:t>
      </w:r>
    </w:p>
    <w:p>
      <w:r>
        <w:br/>
        <w:t>По правді,&lt;br /&gt;</w:t>
        <w:br/>
        <w:t>Мій Requiem мене турбує.</w:t>
      </w:r>
    </w:p>
    <w:p>
      <w:r>
        <w:br/>
        <w:t>Сальєрі</w:t>
      </w:r>
    </w:p>
    <w:p>
      <w:r>
        <w:br/>
        <w:t>А!&lt;br /&gt;</w:t>
        <w:br/>
        <w:t>Ти компонуєш Requiem? Давно вже?</w:t>
      </w:r>
    </w:p>
    <w:p>
      <w:r>
        <w:br/>
        <w:t>Моцарт</w:t>
      </w:r>
    </w:p>
    <w:p>
      <w:r>
        <w:br/>
        <w:t>Щось тижнів зо три. Та чудна пригода.&lt;br /&gt;</w:t>
        <w:br/>
        <w:t>Тобі не повідав я?</w:t>
      </w:r>
    </w:p>
    <w:p>
      <w:r>
        <w:br/>
        <w:t>Сальєрі</w:t>
      </w:r>
    </w:p>
    <w:p>
      <w:r>
        <w:br/>
        <w:t>Ні.</w:t>
      </w:r>
    </w:p>
    <w:p>
      <w:r>
        <w:br/>
        <w:t>Моцарт</w:t>
      </w:r>
    </w:p>
    <w:p>
      <w:r>
        <w:br/>
        <w:t>Тож слухай:&lt;br /&gt;</w:t>
        <w:br/>
        <w:t>Тому три тижні я вернувся пізно&lt;br /&gt;</w:t>
        <w:br/>
        <w:t>Додому. Кажуть, що приходив хтось&lt;br /&gt;</w:t>
        <w:br/>
        <w:t>Удень по мене. Чом, і сам не знаю,&lt;br /&gt;</w:t>
        <w:br/>
        <w:t>Але всю ніч я думав: хто б то був?&lt;br /&gt;</w:t>
        <w:br/>
        <w:t>І нащо я йому? Назавтра знову&lt;br /&gt;</w:t>
        <w:br/>
        <w:t>Заходив він і не застав мене;&lt;br /&gt;</w:t>
        <w:br/>
        <w:t>На третій день я хлопчика свого&lt;br /&gt;</w:t>
        <w:br/>
        <w:t>В кімнаті бавив. Кликнули мене;&lt;br /&gt;</w:t>
        <w:br/>
        <w:t>Я вийшов. Чоловік, увесь у чорнім,&lt;br /&gt;</w:t>
        <w:br/>
        <w:t>Почтиво уклонившися мені,&lt;br /&gt;</w:t>
        <w:br/>
        <w:t>Замовив Requiem і зник. Відразу&lt;br /&gt;</w:t>
        <w:br/>
        <w:t>Я сів і став писати — і відтоді&lt;br /&gt;</w:t>
        <w:br/>
        <w:t>Вже не з'являвсь мій чорний чоловік;&lt;br /&gt;</w:t>
        <w:br/>
        <w:t>А я і радий; жаль мені віддати&lt;br /&gt;</w:t>
        <w:br/>
        <w:t>Мою роботу, хоч уже цілком&lt;br /&gt;</w:t>
        <w:br/>
        <w:t>Готовий Requiem. Проте я...</w:t>
      </w:r>
    </w:p>
    <w:p>
      <w:r>
        <w:br/>
        <w:t>Сальєрі</w:t>
      </w:r>
    </w:p>
    <w:p>
      <w:r>
        <w:br/>
        <w:t>Що?</w:t>
      </w:r>
    </w:p>
    <w:p>
      <w:r>
        <w:br/>
        <w:t>Моцарт</w:t>
      </w:r>
    </w:p>
    <w:p>
      <w:r>
        <w:br/>
        <w:t>Мені признатись соромно...</w:t>
      </w:r>
    </w:p>
    <w:p>
      <w:r>
        <w:br/>
        <w:t>Сальєрі</w:t>
      </w:r>
    </w:p>
    <w:p>
      <w:r>
        <w:br/>
        <w:t>У чому?</w:t>
      </w:r>
    </w:p>
    <w:p>
      <w:r>
        <w:br/>
        <w:t>Моцарт</w:t>
      </w:r>
    </w:p>
    <w:p>
      <w:r>
        <w:br/>
        <w:t>Вночі і вдень спокою не дає&lt;br /&gt;</w:t>
        <w:br/>
        <w:t>Мені той чорний чоловік. За мною&lt;br /&gt;</w:t>
        <w:br/>
        <w:t>Він скрізь, мов тінь, женеться. От і зараз&lt;br /&gt;</w:t>
        <w:br/>
        <w:t>Мені здається, з нами третій він&lt;br /&gt;</w:t>
        <w:br/>
        <w:t>Сидить.</w:t>
      </w:r>
    </w:p>
    <w:p>
      <w:r>
        <w:br/>
        <w:t>Сальєрі</w:t>
      </w:r>
    </w:p>
    <w:p>
      <w:r>
        <w:br/>
        <w:t>Та годі! що за страх дитячий?&lt;br /&gt;</w:t>
        <w:br/>
        <w:t>Розвій химерну думу. Бомарше&lt;br /&gt;</w:t>
        <w:br/>
        <w:t>Казав було: "Послухай-но, Сальєрі,&lt;br /&gt;</w:t>
        <w:br/>
        <w:t>Коли тебе обсядуть чорні мислі,&lt;br /&gt;</w:t>
        <w:br/>
        <w:t>Шампанського ти пляшку відкоркуй,&lt;br /&gt;</w:t>
        <w:br/>
        <w:t>Чи почитай "Весілля Фігаро".</w:t>
      </w:r>
    </w:p>
    <w:p>
      <w:r>
        <w:br/>
        <w:t>Моцарт</w:t>
      </w:r>
    </w:p>
    <w:p>
      <w:r>
        <w:br/>
        <w:t>А! Бомарше — дружив-бо він з тобою;&lt;br /&gt;</w:t>
        <w:br/>
        <w:t>Для нього ти Тарара написав,&lt;br /&gt;</w:t>
        <w:br/>
        <w:t>Чудесну річ. Там є один мотив...&lt;br /&gt;</w:t>
        <w:br/>
        <w:t>Його наспівую, коли щасливий...&lt;br /&gt;</w:t>
        <w:br/>
        <w:t>Ла-ла-ла-ла... Чи то, Сальєрі, правда,&lt;br /&gt;</w:t>
        <w:br/>
        <w:t>Що Бомарше когось був отруїв?</w:t>
      </w:r>
    </w:p>
    <w:p>
      <w:r>
        <w:br/>
        <w:t>Сальєрі</w:t>
      </w:r>
    </w:p>
    <w:p>
      <w:r>
        <w:br/>
        <w:t>Не думаю: він надто був кумедний&lt;br /&gt;</w:t>
        <w:br/>
        <w:t>Для ремесла такого.</w:t>
      </w:r>
    </w:p>
    <w:p>
      <w:r>
        <w:br/>
        <w:t>Моцарт</w:t>
      </w:r>
    </w:p>
    <w:p>
      <w:r>
        <w:br/>
        <w:t>Він же геній,&lt;br /&gt;</w:t>
        <w:br/>
        <w:t>Як ти, як я. А геній і злочинство&lt;br /&gt;</w:t>
        <w:br/>
        <w:t>Дві речі несумісні. Чи не правда?</w:t>
      </w:r>
    </w:p>
    <w:p>
      <w:r>
        <w:br/>
        <w:t>Сальєрі</w:t>
      </w:r>
    </w:p>
    <w:p>
      <w:r>
        <w:br/>
        <w:t>Ти думаєш?</w:t>
      </w:r>
    </w:p>
    <w:p>
      <w:r>
        <w:br/>
        <w:t>(Кидає отруту в склянку Моцарта).</w:t>
      </w:r>
    </w:p>
    <w:p>
      <w:r>
        <w:br/>
        <w:t>Ну, пий же.</w:t>
      </w:r>
    </w:p>
    <w:p>
      <w:r>
        <w:br/>
        <w:t>Моцарт</w:t>
      </w:r>
    </w:p>
    <w:p>
      <w:r>
        <w:br/>
        <w:t>За твоє&lt;br /&gt;</w:t>
        <w:br/>
        <w:t>Здоров'я, друже, і за щиру спілку,&lt;br /&gt;</w:t>
        <w:br/>
        <w:t>Яка єднає Моцарта й Сальєрі,&lt;br /&gt;</w:t>
        <w:br/>
        <w:t>Цих двох синів гармонії.</w:t>
      </w:r>
    </w:p>
    <w:p>
      <w:r>
        <w:br/>
        <w:t>(П'є).</w:t>
      </w:r>
    </w:p>
    <w:p>
      <w:r>
        <w:br/>
        <w:t>Сальєрі</w:t>
      </w:r>
    </w:p>
    <w:p>
      <w:r>
        <w:br/>
        <w:t>Стривай,&lt;br /&gt;</w:t>
        <w:br/>
        <w:t>Стривай, стривай!.. Без мене випив!.. сам?</w:t>
      </w:r>
    </w:p>
    <w:p>
      <w:r>
        <w:br/>
        <w:t>Моцарт</w:t>
      </w:r>
    </w:p>
    <w:p>
      <w:r>
        <w:br/>
        <w:t>(кидає серветку на стіл)</w:t>
      </w:r>
    </w:p>
    <w:p>
      <w:r>
        <w:br/>
        <w:t>Ну, ситий я.</w:t>
      </w:r>
    </w:p>
    <w:p>
      <w:r>
        <w:br/>
        <w:t>(Іде до фортепіано).</w:t>
      </w:r>
    </w:p>
    <w:p>
      <w:r>
        <w:br/>
        <w:t>Послухай же, Сальєрі,&lt;br /&gt;</w:t>
        <w:br/>
        <w:t>Мій Requiem.</w:t>
      </w:r>
    </w:p>
    <w:p>
      <w:r>
        <w:br/>
        <w:t>(Грає).</w:t>
      </w:r>
    </w:p>
    <w:p>
      <w:r>
        <w:br/>
        <w:t>Ти плачеш?</w:t>
      </w:r>
    </w:p>
    <w:p>
      <w:r>
        <w:br/>
        <w:t>Сальєрі</w:t>
      </w:r>
    </w:p>
    <w:p>
      <w:r>
        <w:br/>
        <w:t>Я ці сльози&lt;br /&gt;</w:t>
        <w:br/>
        <w:t>Уперше ллю: і боляче й приємно,&lt;br /&gt;</w:t>
        <w:br/>
        <w:t>Мов я звершив обов'язок тяжкий,&lt;br /&gt;</w:t>
        <w:br/>
        <w:t>Немов одсік ножем цілющим шмат&lt;br /&gt;</w:t>
        <w:br/>
        <w:t>Недужий тіла!.. Моцарте, ці сльози...&lt;br /&gt;</w:t>
        <w:br/>
        <w:t>Не помічай їх. Грай же, поспішай&lt;br /&gt;</w:t>
        <w:br/>
        <w:t>Ще звуками мені наповнить душу...</w:t>
      </w:r>
    </w:p>
    <w:p>
      <w:r>
        <w:br/>
        <w:t>Моцарт</w:t>
      </w:r>
    </w:p>
    <w:p>
      <w:r>
        <w:br/>
        <w:t>Коли б усі так почували силу&lt;br /&gt;</w:t>
        <w:br/>
        <w:t>Гармонії! та ні: тоді б не міг&lt;br /&gt;</w:t>
        <w:br/>
        <w:t>І світ стояти, бо ніхто б не дбав&lt;br /&gt;</w:t>
        <w:br/>
        <w:t>Про справи життьові, низькі й буденні;&lt;br /&gt;</w:t>
        <w:br/>
        <w:t>Всі віддались би вільному мистецтву.&lt;br /&gt;</w:t>
        <w:br/>
        <w:t>Нас мало обраних, щасливців вільних,&lt;br /&gt;</w:t>
        <w:br/>
        <w:t>Які користь огидну відкидають,&lt;br /&gt;</w:t>
        <w:br/>
        <w:t>Єдиного прекрасного жерці.&lt;br /&gt;</w:t>
        <w:br/>
        <w:t>Чи так? Та ніби занедужав я,&lt;br /&gt;</w:t>
        <w:br/>
        <w:t>Мені щось важко; я піду, засну.&lt;br /&gt;</w:t>
        <w:br/>
        <w:t>Прощай же!</w:t>
      </w:r>
    </w:p>
    <w:p>
      <w:r>
        <w:br/>
        <w:t>Сальєрі</w:t>
      </w:r>
    </w:p>
    <w:p>
      <w:r>
        <w:br/>
        <w:t>До побачення.</w:t>
      </w:r>
    </w:p>
    <w:p>
      <w:r>
        <w:br/>
        <w:t>(Сам).</w:t>
      </w:r>
    </w:p>
    <w:p>
      <w:r>
        <w:br/>
        <w:t>Заснеш&lt;br /&gt;</w:t>
        <w:br/>
        <w:t>Надовго, Моцарте! Що, як правий він,&lt;br /&gt;</w:t>
        <w:br/>
        <w:t>І я не геній? Геній і злочинство —&lt;br /&gt;</w:t>
        <w:br/>
        <w:t>Дві речі несумісні. Ні, неправда:&lt;br /&gt;</w:t>
        <w:br/>
        <w:t>А Бунарроті? чи це тільки байка&lt;br /&gt;</w:t>
        <w:br/>
        <w:t>Юрби тупої — і не був ніколи&lt;br /&gt;</w:t>
        <w:br/>
        <w:t>Убивцею створитель Ватікану?</w:t>
      </w:r>
    </w:p>
    <w:p>
      <w:r>
        <w:br/>
        <w:t>1830</w:t>
      </w:r>
    </w:p>
    <w:p>
      <w:r>
        <w:br/>
        <w:t>1 Ви, що знаєте (італ.).</w:t>
      </w:r>
    </w:p>
    <w:p>
      <w:r>
        <w:br/>
        <w:t>&lt;blockquote class="cita" style='text-align:left'&gt;КАМ'ЯНИЙ ГІСТЬ&lt;br /&gt;</w:t>
        <w:br/>
        <w:t>Перекладач: М. Вороний&lt;/blockquote&gt;</w:t>
      </w:r>
    </w:p>
    <w:p>
      <w:r>
        <w:br/>
        <w:t>L e p o r e l l o:&lt;br /&gt;</w:t>
        <w:br/>
        <w:t>O statua, gentillissima&lt;br /&gt;</w:t>
        <w:br/>
        <w:t>Del gran' Commendatore!&lt;br /&gt;</w:t>
        <w:br/>
        <w:t>...Ach, padrone!&lt;br /&gt;</w:t>
        <w:br/>
        <w:t>"Don Jiovanni"*</w:t>
      </w:r>
    </w:p>
    <w:p>
      <w:r>
        <w:br/>
        <w:t>СЦЕНА ПЕРША</w:t>
      </w:r>
    </w:p>
    <w:p>
      <w:r>
        <w:br/>
        <w:t>Дон Гуан і Лепорелло.</w:t>
      </w:r>
    </w:p>
    <w:p>
      <w:r>
        <w:br/>
        <w:t>Дон Гуан</w:t>
      </w:r>
    </w:p>
    <w:p>
      <w:r>
        <w:br/>
        <w:t>Тут ночі діждемося. Ах! До брами&lt;br /&gt;</w:t>
        <w:br/>
        <w:t>Мадрида ми нарешті добулись.&lt;br /&gt;</w:t>
        <w:br/>
        <w:t>Вже хутко я по вулицях знайомих&lt;br /&gt;</w:t>
        <w:br/>
        <w:t>Помчусь, плащем свої закривши вуса,&lt;br /&gt;</w:t>
        <w:br/>
        <w:t>А капелюх насунувши на брови.&lt;br /&gt;</w:t>
        <w:br/>
        <w:t>Як думаєш: так не пізнать мене?</w:t>
      </w:r>
    </w:p>
    <w:p>
      <w:r>
        <w:br/>
        <w:t>Лепорелло</w:t>
      </w:r>
    </w:p>
    <w:p>
      <w:r>
        <w:br/>
        <w:t>Авжеж, пізнати Дон Гуана трудно!&lt;br /&gt;</w:t>
        <w:br/>
        <w:t>Таких як він — безодня!</w:t>
      </w:r>
    </w:p>
    <w:p>
      <w:r>
        <w:br/>
        <w:t>Дон Гуан</w:t>
      </w:r>
    </w:p>
    <w:p>
      <w:r>
        <w:br/>
        <w:t>Ти жартуєш?&lt;br /&gt;</w:t>
        <w:br/>
        <w:t>Та хто ж мене впізнає?</w:t>
      </w:r>
    </w:p>
    <w:p>
      <w:r>
        <w:br/>
        <w:t>Лепорелло</w:t>
      </w:r>
    </w:p>
    <w:p>
      <w:r>
        <w:br/>
        <w:t>Перший сторож,&lt;br /&gt;</w:t>
        <w:br/>
        <w:t>Гітана, або п'яний музикант,&lt;br /&gt;</w:t>
        <w:br/>
        <w:t>Або свій брат — нахабний кавалер&lt;br /&gt;</w:t>
        <w:br/>
        <w:t>В плащі і з шпагою напоготові.</w:t>
      </w:r>
    </w:p>
    <w:p>
      <w:r>
        <w:br/>
        <w:t>Дон Гуан</w:t>
      </w:r>
    </w:p>
    <w:p>
      <w:r>
        <w:br/>
        <w:t>Малий в тім клопіт — хай пізнають! Тільки б&lt;br /&gt;</w:t>
        <w:br/>
        <w:t>Мене не з&amp;#253;спів сам король, а втім&lt;br /&gt;</w:t>
        <w:br/>
        <w:t>Нікого я в Мадриді не боюсь.</w:t>
      </w:r>
    </w:p>
    <w:p>
      <w:r>
        <w:br/>
        <w:t>Лепорелло</w:t>
      </w:r>
    </w:p>
    <w:p>
      <w:r>
        <w:br/>
        <w:t>А завтра ж дійде і до короля,&lt;br /&gt;</w:t>
        <w:br/>
        <w:t>Що Дон Гуан з заслання самовільно&lt;br /&gt;</w:t>
        <w:br/>
        <w:t>В Мадрид явився, — що тоді, скажіть,&lt;br /&gt;</w:t>
        <w:br/>
        <w:t>Він з вами зробить?</w:t>
      </w:r>
    </w:p>
    <w:p>
      <w:r>
        <w:br/>
        <w:t>Дон Гуан</w:t>
      </w:r>
    </w:p>
    <w:p>
      <w:r>
        <w:br/>
        <w:t>Відішле назад,&lt;br /&gt;</w:t>
        <w:br/>
        <w:t>Вже, певно, голови мені не втнуть:&lt;br /&gt;</w:t>
        <w:br/>
        <w:t>Ачей же, не злочинець я державний!&lt;br /&gt;</w:t>
        <w:br/>
        <w:t>Мене він оддалив, мене ж любивши,&lt;br /&gt;</w:t>
        <w:br/>
        <w:t>Щоб чистий спокій вже дала мені&lt;br /&gt;</w:t>
        <w:br/>
        <w:t>Родина вбитого.</w:t>
      </w:r>
    </w:p>
    <w:p>
      <w:r>
        <w:br/>
        <w:t>Лепорелло</w:t>
      </w:r>
    </w:p>
    <w:p>
      <w:r>
        <w:br/>
        <w:t>Ага! Ну то-то ж!&lt;br /&gt;</w:t>
        <w:br/>
        <w:t>Сиділи б ви собі спокійно там!</w:t>
      </w:r>
    </w:p>
    <w:p>
      <w:r>
        <w:br/>
        <w:t>Дон Гуан</w:t>
      </w:r>
    </w:p>
    <w:p>
      <w:r>
        <w:br/>
        <w:t>Слуга покірний! Я там ледве-ледве&lt;br /&gt;</w:t>
        <w:br/>
        <w:t>З нудьги не вмер. О Боже! Що за люди!&lt;br /&gt;</w:t>
        <w:br/>
        <w:t>Що за земля! А небо? — Наче дим.&lt;br /&gt;</w:t>
        <w:br/>
        <w:t>Що ж до жінок? Та я не заміняю,&lt;br /&gt;</w:t>
        <w:br/>
        <w:t>Чи тямиш ти, мій глупий Лепорелло,&lt;br /&gt;</w:t>
        <w:br/>
        <w:t>Останню в Андалузії селянку&lt;br /&gt;</w:t>
        <w:br/>
        <w:t>На їх красунь найперших. Спочатку&lt;br /&gt;</w:t>
        <w:br/>
        <w:t>Вони мені сподобались очима&lt;br /&gt;</w:t>
        <w:br/>
        <w:t>Блакитними та білизною тіла,&lt;br /&gt;</w:t>
        <w:br/>
        <w:t>Та скромністю, найбільше ж — новиною.&lt;br /&gt;</w:t>
        <w:br/>
        <w:t>Та, слава Богу, хутко схаменувся:&lt;br /&gt;</w:t>
        <w:br/>
        <w:t>Побачив я, що з ними гріх і знатись;&lt;br /&gt;</w:t>
        <w:br/>
        <w:t>Життя нема в них — все ляльки воскові.&lt;br /&gt;</w:t>
        <w:br/>
        <w:t>А наші, наші!.. Постривай, це місце&lt;br /&gt;</w:t>
        <w:br/>
        <w:t>Знайоме нам: чи ти пізнав його?</w:t>
      </w:r>
    </w:p>
    <w:p>
      <w:r>
        <w:br/>
        <w:t>Лепорелло</w:t>
      </w:r>
    </w:p>
    <w:p>
      <w:r>
        <w:br/>
        <w:t>Як не пізнати? Монастир Антонів&lt;br /&gt;</w:t>
        <w:br/>
        <w:t>Я добре тямлю. Ви сюди вчащали,&lt;br /&gt;</w:t>
        <w:br/>
        <w:t>А коней пильнував я в цім гаю, —&lt;br /&gt;</w:t>
        <w:br/>
        <w:t>Проклята, вам скажу, повинність. Ви&lt;br /&gt;</w:t>
        <w:br/>
        <w:t>Миліше тут свої часи збавляли,&lt;br /&gt;</w:t>
        <w:br/>
        <w:t>Ніж я, повірте.</w:t>
      </w:r>
    </w:p>
    <w:p>
      <w:r>
        <w:br/>
        <w:t>Дон Гуан</w:t>
      </w:r>
    </w:p>
    <w:p>
      <w:r>
        <w:br/>
        <w:t>(замислено)</w:t>
      </w:r>
    </w:p>
    <w:p>
      <w:r>
        <w:br/>
        <w:t>О Інеза бідна!&lt;br /&gt;</w:t>
        <w:br/>
        <w:t>Її нема вже! Як її любив я!</w:t>
      </w:r>
    </w:p>
    <w:p>
      <w:r>
        <w:br/>
        <w:t>Лепорелло</w:t>
      </w:r>
    </w:p>
    <w:p>
      <w:r>
        <w:br/>
        <w:t>Інеза! Чорноока... Пам'ятаю!&lt;br /&gt;</w:t>
        <w:br/>
        <w:t>Три місяці ви добре залицялись&lt;br /&gt;</w:t>
        <w:br/>
        <w:t>До неї, поки вам поміг лукавий.</w:t>
      </w:r>
    </w:p>
    <w:p>
      <w:r>
        <w:br/>
        <w:t>Дон Гуан</w:t>
      </w:r>
    </w:p>
    <w:p>
      <w:r>
        <w:br/>
        <w:t>Ночами... в липні... Незвичайна милість&lt;br /&gt;</w:t>
        <w:br/>
        <w:t>В її сумному погляді була&lt;br /&gt;</w:t>
        <w:br/>
        <w:t>I в рисах помертвілих уст. Це дивно.&lt;br /&gt;</w:t>
        <w:br/>
        <w:t>Здається, Лепорелло, за красуню&lt;br /&gt;</w:t>
        <w:br/>
        <w:t>Її ти не вважав. I дійсно — мало&lt;br /&gt;</w:t>
        <w:br/>
        <w:t>Краси правдивої було в ній. Очі,&lt;br /&gt;</w:t>
        <w:br/>
        <w:t>Лиш очі й погляд... погляду такого&lt;br /&gt;</w:t>
        <w:br/>
        <w:t>Я вже ніколи не стрічав! А голос&lt;br /&gt;</w:t>
        <w:br/>
        <w:t>У неї тихий був, як у слабої...&lt;br /&gt;</w:t>
        <w:br/>
        <w:t>А чоловік її був лотр суворий —&lt;br /&gt;</w:t>
        <w:br/>
        <w:t>Дізнавсь я пізно... О Інеза бідна.</w:t>
      </w:r>
    </w:p>
    <w:p>
      <w:r>
        <w:br/>
        <w:t>Лепорелло</w:t>
      </w:r>
    </w:p>
    <w:p>
      <w:r>
        <w:br/>
        <w:t>Та що ж! За нею зараз же були&lt;br /&gt;</w:t>
        <w:br/>
        <w:t>Вже інші.</w:t>
      </w:r>
    </w:p>
    <w:p>
      <w:r>
        <w:br/>
        <w:t>Дон Гуан</w:t>
      </w:r>
    </w:p>
    <w:p>
      <w:r>
        <w:br/>
        <w:t>Правда.</w:t>
      </w:r>
    </w:p>
    <w:p>
      <w:r>
        <w:br/>
        <w:t>Лепорелло</w:t>
      </w:r>
    </w:p>
    <w:p>
      <w:r>
        <w:br/>
        <w:t>А живі-здорові&lt;br /&gt;</w:t>
        <w:br/>
        <w:t>Як будемо, ще інші будуть.</w:t>
      </w:r>
    </w:p>
    <w:p>
      <w:r>
        <w:br/>
        <w:t>Дон Гуан</w:t>
      </w:r>
    </w:p>
    <w:p>
      <w:r>
        <w:br/>
        <w:t>Певно.</w:t>
      </w:r>
    </w:p>
    <w:p>
      <w:r>
        <w:br/>
        <w:t>Лепорелло</w:t>
      </w:r>
    </w:p>
    <w:p>
      <w:r>
        <w:br/>
        <w:t>Котру ж тепер шукати ми підем&lt;br /&gt;</w:t>
        <w:br/>
        <w:t>В Мадриді?</w:t>
      </w:r>
    </w:p>
    <w:p>
      <w:r>
        <w:br/>
        <w:t>Дон Гуан</w:t>
      </w:r>
    </w:p>
    <w:p>
      <w:r>
        <w:br/>
        <w:t>О, Лауру! Впрост до неї&lt;br /&gt;</w:t>
        <w:br/>
        <w:t>Біжу я стати перед очі.</w:t>
      </w:r>
    </w:p>
    <w:p>
      <w:r>
        <w:br/>
        <w:t>Лепорелло</w:t>
      </w:r>
    </w:p>
    <w:p>
      <w:r>
        <w:br/>
        <w:t>Добре.</w:t>
      </w:r>
    </w:p>
    <w:p>
      <w:r>
        <w:br/>
        <w:t>Дон Гуан</w:t>
      </w:r>
    </w:p>
    <w:p>
      <w:r>
        <w:br/>
        <w:t>До неї просто в двері; а як хто&lt;br /&gt;</w:t>
        <w:br/>
        <w:t>Вже є у неї — вилетить вікном.</w:t>
      </w:r>
    </w:p>
    <w:p>
      <w:r>
        <w:br/>
        <w:t>Лепорелло</w:t>
      </w:r>
    </w:p>
    <w:p>
      <w:r>
        <w:br/>
        <w:t>Звичайно. Ну, розвеселились ми.&lt;br /&gt;</w:t>
        <w:br/>
        <w:t>Недовго нас покійниці тривожать.&lt;br /&gt;</w:t>
        <w:br/>
        <w:t>Хто йде до нас?</w:t>
      </w:r>
    </w:p>
    <w:p>
      <w:r>
        <w:br/>
        <w:t>Входить чернець.</w:t>
      </w:r>
    </w:p>
    <w:p>
      <w:r>
        <w:br/>
        <w:t>Чернець</w:t>
      </w:r>
    </w:p>
    <w:p>
      <w:r>
        <w:br/>
        <w:t>Вона приїде зараз&lt;br /&gt;</w:t>
        <w:br/>
        <w:t>Сюди. Хто тут? Ви люди донни Анни?</w:t>
      </w:r>
    </w:p>
    <w:p>
      <w:r>
        <w:br/>
        <w:t>Лепорелло</w:t>
      </w:r>
    </w:p>
    <w:p>
      <w:r>
        <w:br/>
        <w:t>Ні, ми самі собі пани. Ми тут&lt;br /&gt;</w:t>
        <w:br/>
        <w:t>Гуляємо.</w:t>
      </w:r>
    </w:p>
    <w:p>
      <w:r>
        <w:br/>
        <w:t>Дон Гуан</w:t>
      </w:r>
    </w:p>
    <w:p>
      <w:r>
        <w:br/>
        <w:t>А ви кого ждете?</w:t>
      </w:r>
    </w:p>
    <w:p>
      <w:r>
        <w:br/>
        <w:t>Чернець</w:t>
      </w:r>
    </w:p>
    <w:p>
      <w:r>
        <w:br/>
        <w:t>На чоловікову могилу зараз&lt;br /&gt;</w:t>
        <w:br/>
        <w:t>Прибуде донна Анна.</w:t>
      </w:r>
    </w:p>
    <w:p>
      <w:r>
        <w:br/>
        <w:t>Дон Гуан</w:t>
      </w:r>
    </w:p>
    <w:p>
      <w:r>
        <w:br/>
        <w:t>Донна Анна&lt;br /&gt;</w:t>
        <w:br/>
        <w:t>Де Сольва! Як! Дружина командора,&lt;br /&gt;</w:t>
        <w:br/>
        <w:t>Забив його... не пам'ятаю хто?</w:t>
      </w:r>
    </w:p>
    <w:p>
      <w:r>
        <w:br/>
        <w:t>Чернець</w:t>
      </w:r>
    </w:p>
    <w:p>
      <w:r>
        <w:br/>
        <w:t>Безсовісний, розпусний Дон Гуан,&lt;br /&gt;</w:t>
        <w:br/>
        <w:t>Безбожник.</w:t>
      </w:r>
    </w:p>
    <w:p>
      <w:r>
        <w:br/>
        <w:t>Лепорелло</w:t>
      </w:r>
    </w:p>
    <w:p>
      <w:r>
        <w:br/>
        <w:t>Ого-го! Он як! Чутки&lt;br /&gt;</w:t>
        <w:br/>
        <w:t>Про Дон Гуана докотились навіть&lt;br /&gt;</w:t>
        <w:br/>
        <w:t>До мирного монастиря. Ченці&lt;br /&gt;</w:t>
        <w:br/>
        <w:t>Хвалу йому співають.</w:t>
      </w:r>
    </w:p>
    <w:p>
      <w:r>
        <w:br/>
        <w:t>Чернець</w:t>
      </w:r>
    </w:p>
    <w:p>
      <w:r>
        <w:br/>
        <w:t>Може, вам&lt;br /&gt;</w:t>
        <w:br/>
        <w:t>Знайомий він?</w:t>
      </w:r>
    </w:p>
    <w:p>
      <w:r>
        <w:br/>
        <w:t>Лепорелло</w:t>
      </w:r>
    </w:p>
    <w:p>
      <w:r>
        <w:br/>
        <w:t>Нам? Де там! Анітрохи.&lt;br /&gt;</w:t>
        <w:br/>
        <w:t>А де ж тепер він?</w:t>
      </w:r>
    </w:p>
    <w:p>
      <w:r>
        <w:br/>
        <w:t>Чернець</w:t>
      </w:r>
    </w:p>
    <w:p>
      <w:r>
        <w:br/>
        <w:t>Тут його нема.&lt;br /&gt;</w:t>
        <w:br/>
        <w:t>Він десь далеко звідси, на засланні.</w:t>
      </w:r>
    </w:p>
    <w:p>
      <w:r>
        <w:br/>
        <w:t>Лепорелло</w:t>
      </w:r>
    </w:p>
    <w:p>
      <w:r>
        <w:br/>
        <w:t>I слава Богові! Чим далі — краще.&lt;br /&gt;</w:t>
        <w:br/>
        <w:t>Усіх би їх, розпусників, в один&lt;br /&gt;</w:t>
        <w:br/>
        <w:t>Мішок та в море.</w:t>
      </w:r>
    </w:p>
    <w:p>
      <w:r>
        <w:br/>
        <w:t>Дон Гуан</w:t>
      </w:r>
    </w:p>
    <w:p>
      <w:r>
        <w:br/>
        <w:t>Що ти? Що ти мелеш?</w:t>
      </w:r>
    </w:p>
    <w:p>
      <w:r>
        <w:br/>
        <w:t>Лепорелло</w:t>
      </w:r>
    </w:p>
    <w:p>
      <w:r>
        <w:br/>
        <w:t>Мовчіть, це я навмисне...</w:t>
      </w:r>
    </w:p>
    <w:p>
      <w:r>
        <w:br/>
        <w:t>Дон Гуан</w:t>
      </w:r>
    </w:p>
    <w:p>
      <w:r>
        <w:br/>
        <w:t>Командора&lt;br /&gt;</w:t>
        <w:br/>
        <w:t>Тут поховали?</w:t>
      </w:r>
    </w:p>
    <w:p>
      <w:r>
        <w:br/>
        <w:t>Чернець</w:t>
      </w:r>
    </w:p>
    <w:p>
      <w:r>
        <w:br/>
        <w:t>Тут. Йому дружина&lt;br /&gt;</w:t>
        <w:br/>
        <w:t>Надгробок спорудила і щодня&lt;br /&gt;</w:t>
        <w:br/>
        <w:t>Являється вона сюди самотньо&lt;br /&gt;</w:t>
        <w:br/>
        <w:t>За упокій душі його молитись&lt;br /&gt;</w:t>
        <w:br/>
        <w:t>I плакати.</w:t>
      </w:r>
    </w:p>
    <w:p>
      <w:r>
        <w:br/>
        <w:t>Дон Гуан</w:t>
      </w:r>
    </w:p>
    <w:p>
      <w:r>
        <w:br/>
        <w:t>Що за чудна вдова!&lt;br /&gt;</w:t>
        <w:br/>
        <w:t>I непогана?</w:t>
      </w:r>
    </w:p>
    <w:p>
      <w:r>
        <w:br/>
        <w:t>Чернець</w:t>
      </w:r>
    </w:p>
    <w:p>
      <w:r>
        <w:br/>
        <w:t>Нас, ченців, жіноча&lt;br /&gt;</w:t>
        <w:br/>
        <w:t>Краса приваблювати не повинна,&lt;br /&gt;</w:t>
        <w:br/>
        <w:t>Але неправду говорити гріх:&lt;br /&gt;</w:t>
        <w:br/>
        <w:t>Її краси чудесної не може&lt;br /&gt;</w:t>
        <w:br/>
        <w:t>Не визнати й угодник.</w:t>
      </w:r>
    </w:p>
    <w:p>
      <w:r>
        <w:br/>
        <w:t>Дон Гуан</w:t>
      </w:r>
    </w:p>
    <w:p>
      <w:r>
        <w:br/>
        <w:t>Недарма&lt;br /&gt;</w:t>
        <w:br/>
        <w:t>Небіжчик був ревнивий. Донну Анну&lt;br /&gt;</w:t>
        <w:br/>
        <w:t>Він завжди під замком держав. Ніхто з нас&lt;br /&gt;</w:t>
        <w:br/>
        <w:t>Не бачив її в вічі. Я б хотів&lt;br /&gt;</w:t>
        <w:br/>
        <w:t>Поговорити з нею.</w:t>
      </w:r>
    </w:p>
    <w:p>
      <w:r>
        <w:br/>
        <w:t>Чернець</w:t>
      </w:r>
    </w:p>
    <w:p>
      <w:r>
        <w:br/>
        <w:t>Донна Анна&lt;br /&gt;</w:t>
        <w:br/>
        <w:t>З мужчиною ніколи не говорить.</w:t>
      </w:r>
    </w:p>
    <w:p>
      <w:r>
        <w:br/>
        <w:t>Дон Гуан</w:t>
      </w:r>
    </w:p>
    <w:p>
      <w:r>
        <w:br/>
        <w:t>А з вами, отче мій?</w:t>
      </w:r>
    </w:p>
    <w:p>
      <w:r>
        <w:br/>
        <w:t>Чернець</w:t>
      </w:r>
    </w:p>
    <w:p>
      <w:r>
        <w:br/>
        <w:t>Це інша річ.&lt;br /&gt;</w:t>
        <w:br/>
        <w:t>Зі мною розмовляє я чернець.&lt;br /&gt;</w:t>
        <w:br/>
        <w:t>Та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Мій отче, відчиніть.</w:t>
      </w:r>
    </w:p>
    <w:p>
      <w:r>
        <w:br/>
        <w:t>Чернець</w:t>
      </w:r>
    </w:p>
    <w:p>
      <w:r>
        <w:br/>
        <w:t>В ту ж мить, сеньйоро — я на вас чекав.</w:t>
      </w:r>
    </w:p>
    <w:p>
      <w:r>
        <w:br/>
        <w:t>Донна Анна йде за ченцем.</w:t>
      </w:r>
    </w:p>
    <w:p>
      <w:r>
        <w:br/>
        <w:t>Лепорелло</w:t>
      </w:r>
    </w:p>
    <w:p>
      <w:r>
        <w:br/>
        <w:t>Ну що, яка?</w:t>
      </w:r>
    </w:p>
    <w:p>
      <w:r>
        <w:br/>
        <w:t>Дон Гуан</w:t>
      </w:r>
    </w:p>
    <w:p>
      <w:r>
        <w:br/>
        <w:t>Її не видко зовсім&lt;br /&gt;</w:t>
        <w:br/>
        <w:t>Під удовиним чорним покривалом.&lt;br /&gt;</w:t>
        <w:br/>
        <w:t>Вузеньку п'ятку ледве я помітив.</w:t>
      </w:r>
    </w:p>
    <w:p>
      <w:r>
        <w:br/>
        <w:t>Лепорелло</w:t>
      </w:r>
    </w:p>
    <w:p>
      <w:r>
        <w:br/>
        <w:t>Доволі з вас. Уява за хвилину&lt;br /&gt;</w:t>
        <w:br/>
        <w:t>Вам домалює решту, бо у вас&lt;br /&gt;</w:t>
        <w:br/>
        <w:t>Вона жвавіша, ніж у маляра.&lt;br /&gt;</w:t>
        <w:br/>
        <w:t>Вам все одно, з чого б не починати —&lt;br /&gt;</w:t>
        <w:br/>
        <w:t>Чи з брів, чи з ніг.</w:t>
      </w:r>
    </w:p>
    <w:p>
      <w:r>
        <w:br/>
        <w:t>Дон Гуан</w:t>
      </w:r>
    </w:p>
    <w:p>
      <w:r>
        <w:br/>
        <w:t>А знаєш, Лепорелло,&lt;br /&gt;</w:t>
        <w:br/>
        <w:t>Я з нею познайомлюсь.</w:t>
      </w:r>
    </w:p>
    <w:p>
      <w:r>
        <w:br/>
        <w:t>Лепорелло</w:t>
      </w:r>
    </w:p>
    <w:p>
      <w:r>
        <w:br/>
        <w:t>(про себе)</w:t>
      </w:r>
    </w:p>
    <w:p>
      <w:r>
        <w:br/>
        <w:t>Ну, от маєш!&lt;br /&gt;</w:t>
        <w:br/>
        <w:t>Цього ще треба! Чоловіка вбив,&lt;br /&gt;</w:t>
        <w:br/>
        <w:t>Ще й на вдовині сльози подивитись&lt;br /&gt;</w:t>
        <w:br/>
        <w:t>Йому кортить. Безсовісний!</w:t>
      </w:r>
    </w:p>
    <w:p>
      <w:r>
        <w:br/>
        <w:t>Дон Гуан</w:t>
      </w:r>
    </w:p>
    <w:p>
      <w:r>
        <w:br/>
        <w:t>Вже й смерклось.&lt;br /&gt;</w:t>
        <w:br/>
        <w:t>Ще поки місяць не зійшов над нами&lt;br /&gt;</w:t>
        <w:br/>
        <w:t>I в світлий присмерк тьму не обернув,&lt;br /&gt;</w:t>
        <w:br/>
        <w:t>Ми ввійдемо в Мадрид.</w:t>
      </w:r>
    </w:p>
    <w:p>
      <w:r>
        <w:br/>
        <w:t>Лепорелло</w:t>
      </w:r>
    </w:p>
    <w:p>
      <w:r>
        <w:br/>
        <w:t>Іспанський гранд,&lt;br /&gt;</w:t>
        <w:br/>
        <w:t>Мов злодій, ночі жде, боїться світла!&lt;br /&gt;</w:t>
        <w:br/>
        <w:t>От прокляте життя! Чи довго буду&lt;br /&gt;</w:t>
        <w:br/>
        <w:t>З ним борюкатись я? Вже й сил нема!</w:t>
      </w:r>
    </w:p>
    <w:p>
      <w:r>
        <w:br/>
        <w:t>СЦЕНА ДРУГА</w:t>
      </w:r>
    </w:p>
    <w:p>
      <w:r>
        <w:br/>
        <w:t>Кімната. Вечеря у Лаури.</w:t>
      </w:r>
    </w:p>
    <w:p>
      <w:r>
        <w:br/>
        <w:t>Перший гість</w:t>
      </w:r>
    </w:p>
    <w:p>
      <w:r>
        <w:br/>
        <w:t>Лауро, присягаюсь, ще ніколи&lt;br /&gt;</w:t>
        <w:br/>
        <w:t>Так досконало гарно ти не грала!&lt;br /&gt;</w:t>
        <w:br/>
        <w:t>Як ти чудово зрозуміла роль!</w:t>
      </w:r>
    </w:p>
    <w:p>
      <w:r>
        <w:br/>
        <w:t>Другий</w:t>
      </w:r>
    </w:p>
    <w:p>
      <w:r>
        <w:br/>
        <w:t>А як розвинула! З якою міццю!</w:t>
      </w:r>
    </w:p>
    <w:p>
      <w:r>
        <w:br/>
        <w:t>Третій</w:t>
      </w:r>
    </w:p>
    <w:p>
      <w:r>
        <w:br/>
        <w:t>З яким мистецтвом!</w:t>
      </w:r>
    </w:p>
    <w:p>
      <w:r>
        <w:br/>
        <w:t>Лаура</w:t>
      </w:r>
    </w:p>
    <w:p>
      <w:r>
        <w:br/>
        <w:t>Так, мені сьогодні&lt;br /&gt;</w:t>
        <w:br/>
        <w:t>Вдавалось кожне слово, кожний рух.&lt;br /&gt;</w:t>
        <w:br/>
        <w:t>Я вільно віддавалася натхненню,&lt;br /&gt;</w:t>
        <w:br/>
        <w:t>Слова лились, немовби їх родила&lt;br /&gt;</w:t>
        <w:br/>
        <w:t>Не пам'ять боязка, а серце...</w:t>
      </w:r>
    </w:p>
    <w:p>
      <w:r>
        <w:br/>
        <w:t>Перший</w:t>
      </w:r>
    </w:p>
    <w:p>
      <w:r>
        <w:br/>
        <w:t>Правда.&lt;br /&gt;</w:t>
        <w:br/>
        <w:t>Тобі ще й досі блиском грають очі&lt;br /&gt;</w:t>
        <w:br/>
        <w:t>I лиця паленіють — не згасає&lt;br /&gt;</w:t>
        <w:br/>
        <w:t>Твій захват. О Лауро, не давай&lt;br /&gt;</w:t>
        <w:br/>
        <w:t>Йому минути марно. Заспівай, Лауро,&lt;br /&gt;</w:t>
        <w:br/>
        <w:t>заспівай що-небудь.</w:t>
      </w:r>
    </w:p>
    <w:p>
      <w:r>
        <w:br/>
        <w:t>Лаура</w:t>
      </w:r>
    </w:p>
    <w:p>
      <w:r>
        <w:br/>
        <w:t>Дайте&lt;br /&gt;</w:t>
        <w:br/>
        <w:t>Мені гітару.</w:t>
      </w:r>
    </w:p>
    <w:p>
      <w:r>
        <w:br/>
        <w:t>(Співає)</w:t>
      </w:r>
    </w:p>
    <w:p>
      <w:r>
        <w:br/>
        <w:t>Всі</w:t>
      </w:r>
    </w:p>
    <w:p>
      <w:r>
        <w:br/>
        <w:t>Bravo! Bravo! Чудо!..&lt;br /&gt;</w:t>
        <w:br/>
        <w:t>Розкішно!</w:t>
      </w:r>
    </w:p>
    <w:p>
      <w:r>
        <w:br/>
        <w:t>Перший</w:t>
      </w:r>
    </w:p>
    <w:p>
      <w:r>
        <w:br/>
        <w:t>Дякуємо, чарівнице!&lt;br /&gt;</w:t>
        <w:br/>
        <w:t>Ти серце пориваєш. З насолод&lt;br /&gt;</w:t>
        <w:br/>
        <w:t>Життя хіба одно кохання дужче&lt;br /&gt;</w:t>
        <w:br/>
        <w:t>За музику. Але й саме кохання —&lt;br /&gt;</w:t>
        <w:br/>
        <w:t>Це теж мелодія. Поглянь: дон Карлос,&lt;br /&gt;</w:t>
        <w:br/>
        <w:t>Твій гість похмурий, як він зворушився!</w:t>
      </w:r>
    </w:p>
    <w:p>
      <w:r>
        <w:br/>
        <w:t>Другий</w:t>
      </w:r>
    </w:p>
    <w:p>
      <w:r>
        <w:br/>
        <w:t>О що за звуки! Скільки в них душі!&lt;br /&gt;</w:t>
        <w:br/>
        <w:t>Чиї слова, Лауро?</w:t>
      </w:r>
    </w:p>
    <w:p>
      <w:r>
        <w:br/>
        <w:t>Лаура</w:t>
      </w:r>
    </w:p>
    <w:p>
      <w:r>
        <w:br/>
        <w:t>Дон Гуана.</w:t>
      </w:r>
    </w:p>
    <w:p>
      <w:r>
        <w:br/>
        <w:t>Дон Карлос</w:t>
      </w:r>
    </w:p>
    <w:p>
      <w:r>
        <w:br/>
        <w:t>Що? Дон Гуан!</w:t>
      </w:r>
    </w:p>
    <w:p>
      <w:r>
        <w:br/>
        <w:t>Лаура</w:t>
      </w:r>
    </w:p>
    <w:p>
      <w:r>
        <w:br/>
        <w:t>Їх склав колись для мене&lt;br /&gt;</w:t>
        <w:br/>
        <w:t>Мій вірний друг, мій вітрогон коханий.</w:t>
      </w:r>
    </w:p>
    <w:p>
      <w:r>
        <w:br/>
        <w:t>Дон Карлос</w:t>
      </w:r>
    </w:p>
    <w:p>
      <w:r>
        <w:br/>
        <w:t>Твій Дон Гуан — безбожник і поганець,&lt;br /&gt;</w:t>
        <w:br/>
        <w:t>А ти — дурна!</w:t>
      </w:r>
    </w:p>
    <w:p>
      <w:r>
        <w:br/>
        <w:t>Лаура</w:t>
      </w:r>
    </w:p>
    <w:p>
      <w:r>
        <w:br/>
        <w:t>Чи збожеволів ти?&lt;br /&gt;</w:t>
        <w:br/>
        <w:t>Та я тебе звелю ось зараз слугам&lt;br /&gt;</w:t>
        <w:br/>
        <w:t>Зарізати, хоч ти іспанський гранд.</w:t>
      </w:r>
    </w:p>
    <w:p>
      <w:r>
        <w:br/>
        <w:t>Дон Карлос</w:t>
      </w:r>
    </w:p>
    <w:p>
      <w:r>
        <w:br/>
        <w:t>(встає)</w:t>
      </w:r>
    </w:p>
    <w:p>
      <w:r>
        <w:br/>
        <w:t>Клич їх!</w:t>
      </w:r>
    </w:p>
    <w:p>
      <w:r>
        <w:br/>
        <w:t>Перший</w:t>
      </w:r>
    </w:p>
    <w:p>
      <w:r>
        <w:br/>
        <w:t>Лауро, годі! Не лютуй,&lt;br /&gt;</w:t>
        <w:br/>
        <w:t>Дон Карлосе. Вона... вона забула...</w:t>
      </w:r>
    </w:p>
    <w:p>
      <w:r>
        <w:br/>
        <w:t>Лаура</w:t>
      </w:r>
    </w:p>
    <w:p>
      <w:r>
        <w:br/>
        <w:t>Що? Що на чеснім поєдинку брата&lt;br /&gt;</w:t>
        <w:br/>
        <w:t>Його забив Гуан? А справді шкода,&lt;br /&gt;</w:t>
        <w:br/>
        <w:t>Що не його самого.</w:t>
      </w:r>
    </w:p>
    <w:p>
      <w:r>
        <w:br/>
        <w:t>Дон Карлос</w:t>
      </w:r>
    </w:p>
    <w:p>
      <w:r>
        <w:br/>
        <w:t>Я дурний,&lt;br /&gt;</w:t>
        <w:br/>
        <w:t>Що запалився.</w:t>
      </w:r>
    </w:p>
    <w:p>
      <w:r>
        <w:br/>
        <w:t>Лаура</w:t>
      </w:r>
    </w:p>
    <w:p>
      <w:r>
        <w:br/>
        <w:t>А! Признався сам,&lt;br /&gt;</w:t>
        <w:br/>
        <w:t>Що ти дурний, — ну, згода.</w:t>
      </w:r>
    </w:p>
    <w:p>
      <w:r>
        <w:br/>
        <w:t>Дон Карлос</w:t>
      </w:r>
    </w:p>
    <w:p>
      <w:r>
        <w:br/>
        <w:t>Винен я!&lt;br /&gt;</w:t>
        <w:br/>
        <w:t>Даруй, Лауро. Знаєш: я не можу&lt;br /&gt;</w:t>
        <w:br/>
        <w:t>Спокійно чути це ім'я...</w:t>
      </w:r>
    </w:p>
    <w:p>
      <w:r>
        <w:br/>
        <w:t>Лаура</w:t>
      </w:r>
    </w:p>
    <w:p>
      <w:r>
        <w:br/>
        <w:t>Хіба&lt;br /&gt;</w:t>
        <w:br/>
        <w:t>Тому я винна, що ім'я це в&amp;#250;сить&lt;br /&gt;</w:t>
        <w:br/>
        <w:t>У мене раз у раз на язиці?</w:t>
      </w:r>
    </w:p>
    <w:p>
      <w:r>
        <w:br/>
        <w:t>Гість</w:t>
      </w:r>
    </w:p>
    <w:p>
      <w:r>
        <w:br/>
        <w:t>Ну, а тепер, на знак, що в серці гніву&lt;br /&gt;</w:t>
        <w:br/>
        <w:t>На нього ти не маєш, заспівай&lt;br /&gt;</w:t>
        <w:br/>
        <w:t>Нам ще, Лауро?</w:t>
      </w:r>
    </w:p>
    <w:p>
      <w:r>
        <w:br/>
        <w:t>Лаура</w:t>
      </w:r>
    </w:p>
    <w:p>
      <w:r>
        <w:br/>
        <w:t>Добре, на прощання.&lt;br /&gt;</w:t>
        <w:br/>
        <w:t>Не рано — ніч уже. Що ж заспівати?&lt;br /&gt;</w:t>
        <w:br/>
        <w:t>А! Слухайте.</w:t>
      </w:r>
    </w:p>
    <w:p>
      <w:r>
        <w:br/>
        <w:t>(Співає)</w:t>
      </w:r>
    </w:p>
    <w:p>
      <w:r>
        <w:br/>
        <w:t>Всі</w:t>
      </w:r>
    </w:p>
    <w:p>
      <w:r>
        <w:br/>
        <w:t>Незрівнянно, розкішно!..</w:t>
      </w:r>
    </w:p>
    <w:p>
      <w:r>
        <w:br/>
        <w:t>Лаура</w:t>
      </w:r>
    </w:p>
    <w:p>
      <w:r>
        <w:br/>
        <w:t>Добраніч вам, панове.</w:t>
      </w:r>
    </w:p>
    <w:p>
      <w:r>
        <w:br/>
        <w:t>Гості</w:t>
      </w:r>
    </w:p>
    <w:p>
      <w:r>
        <w:br/>
        <w:t>На добраніч,&lt;br /&gt;</w:t>
        <w:br/>
        <w:t>Лауро!</w:t>
      </w:r>
    </w:p>
    <w:p>
      <w:r>
        <w:br/>
        <w:t>Виходять. Лаура зупиняє дона Карлоса.</w:t>
      </w:r>
    </w:p>
    <w:p>
      <w:r>
        <w:br/>
        <w:t>Лаура</w:t>
      </w:r>
    </w:p>
    <w:p>
      <w:r>
        <w:br/>
        <w:t>Ти, шалений, залишись.&lt;br /&gt;</w:t>
        <w:br/>
        <w:t>Сподобався мені ти, Дон Гуана&lt;br /&gt;</w:t>
        <w:br/>
        <w:t>Ти нагадав мені, коли налаяв&lt;br /&gt;</w:t>
        <w:br/>
        <w:t>Мене і з скреготом затиснув зуби.</w:t>
      </w:r>
    </w:p>
    <w:p>
      <w:r>
        <w:br/>
        <w:t>Дон Карлос</w:t>
      </w:r>
    </w:p>
    <w:p>
      <w:r>
        <w:br/>
        <w:t>Щасливий! Ти його кохала?</w:t>
      </w:r>
    </w:p>
    <w:p>
      <w:r>
        <w:br/>
        <w:t>Лаура потакує рухом.</w:t>
      </w:r>
    </w:p>
    <w:p>
      <w:r>
        <w:br/>
        <w:t>Дуже?</w:t>
      </w:r>
    </w:p>
    <w:p>
      <w:r>
        <w:br/>
        <w:t>Лаура</w:t>
      </w:r>
    </w:p>
    <w:p>
      <w:r>
        <w:br/>
        <w:t>О, дуже.</w:t>
      </w:r>
    </w:p>
    <w:p>
      <w:r>
        <w:br/>
        <w:t>Дон Карлос</w:t>
      </w:r>
    </w:p>
    <w:p>
      <w:r>
        <w:br/>
        <w:t>I тепер кохаєш?</w:t>
      </w:r>
    </w:p>
    <w:p>
      <w:r>
        <w:br/>
        <w:t>Лаура</w:t>
      </w:r>
    </w:p>
    <w:p>
      <w:r>
        <w:br/>
        <w:t>Зараз?&lt;br /&gt;</w:t>
        <w:br/>
        <w:t>Ні, не кохаю. Двох мені не можна&lt;br /&gt;</w:t>
        <w:br/>
        <w:t>Кохати. Я тепер тебе кохаю.</w:t>
      </w:r>
    </w:p>
    <w:p>
      <w:r>
        <w:br/>
        <w:t>Дон Карлос</w:t>
      </w:r>
    </w:p>
    <w:p>
      <w:r>
        <w:br/>
        <w:t>Скажи, Лауро, скільки літ тобі?</w:t>
      </w:r>
    </w:p>
    <w:p>
      <w:r>
        <w:br/>
        <w:t>Лаура</w:t>
      </w:r>
    </w:p>
    <w:p>
      <w:r>
        <w:br/>
        <w:t>Вже вісімнадцять літ.</w:t>
      </w:r>
    </w:p>
    <w:p>
      <w:r>
        <w:br/>
        <w:t>Дон Карлос</w:t>
      </w:r>
    </w:p>
    <w:p>
      <w:r>
        <w:br/>
        <w:t>Ти молода...&lt;br /&gt;</w:t>
        <w:br/>
        <w:t>I будеш молодою ще літ п'ять&lt;br /&gt;</w:t>
        <w:br/>
        <w:t>Чи шість. Навколо тебе ще літ шість&lt;br /&gt;</w:t>
        <w:br/>
        <w:t>Вони юрбою тиснутися будуть,&lt;br /&gt;</w:t>
        <w:br/>
        <w:t>Тебе голубити і милувати,&lt;br /&gt;</w:t>
        <w:br/>
        <w:t>Носити подарунки дорогі,&lt;br /&gt;</w:t>
        <w:br/>
        <w:t>Вітати серенадами нічними&lt;br /&gt;</w:t>
        <w:br/>
        <w:t>I один одного на перехрестях&lt;br /&gt;</w:t>
        <w:br/>
        <w:t>Вночі за тебе убивати будуть.&lt;br /&gt;</w:t>
        <w:br/>
        <w:t>Та час мине — і очі западуть,&lt;br /&gt;</w:t>
        <w:br/>
        <w:t>I зморщені повіки почорніють,&lt;br /&gt;</w:t>
        <w:br/>
        <w:t>I сивина блисне в твоїй косі,&lt;br /&gt;</w:t>
        <w:br/>
        <w:t>I називатимуть тебе старою,&lt;br /&gt;</w:t>
        <w:br/>
        <w:t>Тоді що скажеш ти?</w:t>
      </w:r>
    </w:p>
    <w:p>
      <w:r>
        <w:br/>
        <w:t>Лаура</w:t>
      </w:r>
    </w:p>
    <w:p>
      <w:r>
        <w:br/>
        <w:t>Тоді... Навіщо&lt;br /&gt;</w:t>
        <w:br/>
        <w:t>Про це гадати? Що то за розмова?&lt;br /&gt;</w:t>
        <w:br/>
        <w:t>Чи в тебе все такі думки? Прийди&lt;br /&gt;</w:t>
        <w:br/>
        <w:t>I відчини балкон. Як тихо в небі!&lt;br /&gt;</w:t>
        <w:br/>
        <w:t>Повітря тепле не зрухнеться. Ніч&lt;br /&gt;</w:t>
        <w:br/>
        <w:t>Цитриною і лавром пахне. Місяць&lt;br /&gt;</w:t>
        <w:br/>
        <w:t>Блищить яскраво в темній та густій&lt;br /&gt;</w:t>
        <w:br/>
        <w:t>Блакиті, і гукають вартові&lt;br /&gt;</w:t>
        <w:br/>
        <w:t>Протягло: "Ясно!.." А далеко десь&lt;br /&gt;</w:t>
        <w:br/>
        <w:t>На півночі — в Парижі, — може, небо&lt;br /&gt;</w:t>
        <w:br/>
        <w:t>Сповите хмарами, і дощ іде,&lt;br /&gt;</w:t>
        <w:br/>
        <w:t>I дме холодний вітер. А що нам,&lt;br /&gt;</w:t>
        <w:br/>
        <w:t>Що нам до того? Карлосе мій, слухай:&lt;br /&gt;</w:t>
        <w:br/>
        <w:t>Я вимагаю — усміхнись до мене.&lt;br /&gt;</w:t>
        <w:br/>
        <w:t>Ну то-то ж!</w:t>
      </w:r>
    </w:p>
    <w:p>
      <w:r>
        <w:br/>
        <w:t>Дон Карлос</w:t>
      </w:r>
    </w:p>
    <w:p>
      <w:r>
        <w:br/>
        <w:t>Любий демон!</w:t>
      </w:r>
    </w:p>
    <w:p>
      <w:r>
        <w:br/>
        <w:t>Стукають.</w:t>
      </w:r>
    </w:p>
    <w:p>
      <w:r>
        <w:br/>
        <w:t>Дон Гуан</w:t>
      </w:r>
    </w:p>
    <w:p>
      <w:r>
        <w:br/>
        <w:t>Гей, Лауро!</w:t>
      </w:r>
    </w:p>
    <w:p>
      <w:r>
        <w:br/>
        <w:t>Лаура</w:t>
      </w:r>
    </w:p>
    <w:p>
      <w:r>
        <w:br/>
        <w:t>Хто там? Чий голос?</w:t>
      </w:r>
    </w:p>
    <w:p>
      <w:r>
        <w:br/>
        <w:t>Дон Гуан</w:t>
      </w:r>
    </w:p>
    <w:p>
      <w:r>
        <w:br/>
        <w:t>Відчини...</w:t>
      </w:r>
    </w:p>
    <w:p>
      <w:r>
        <w:br/>
        <w:t>Лаура</w:t>
      </w:r>
    </w:p>
    <w:p>
      <w:r>
        <w:br/>
        <w:t>Невже!&lt;br /&gt;</w:t>
        <w:br/>
        <w:t>О Боже мій!..</w:t>
      </w:r>
    </w:p>
    <w:p>
      <w:r>
        <w:br/>
        <w:t>(Відчиняє двері)</w:t>
      </w:r>
    </w:p>
    <w:p>
      <w:r>
        <w:br/>
        <w:t>Входить Дон Гуан.</w:t>
      </w:r>
    </w:p>
    <w:p>
      <w:r>
        <w:br/>
        <w:t>Дон Гуан</w:t>
      </w:r>
    </w:p>
    <w:p>
      <w:r>
        <w:br/>
        <w:t>Вітаю...</w:t>
      </w:r>
    </w:p>
    <w:p>
      <w:r>
        <w:br/>
        <w:t>Лаура</w:t>
      </w:r>
    </w:p>
    <w:p>
      <w:r>
        <w:br/>
        <w:t>Дон Гуан!</w:t>
      </w:r>
    </w:p>
    <w:p>
      <w:r>
        <w:br/>
        <w:t>(Лаура кидаєтъся йому на шию)</w:t>
      </w:r>
    </w:p>
    <w:p>
      <w:r>
        <w:br/>
        <w:t>Дон Карлос</w:t>
      </w:r>
    </w:p>
    <w:p>
      <w:r>
        <w:br/>
        <w:t>Як? Дон Гуан!..</w:t>
      </w:r>
    </w:p>
    <w:p>
      <w:r>
        <w:br/>
        <w:t>Дон Гуан</w:t>
      </w:r>
    </w:p>
    <w:p>
      <w:r>
        <w:br/>
        <w:t>Лауро, друже мій!..</w:t>
      </w:r>
    </w:p>
    <w:p>
      <w:r>
        <w:br/>
        <w:t>(Цілує її)</w:t>
      </w:r>
    </w:p>
    <w:p>
      <w:r>
        <w:br/>
        <w:t>Лауро, хто у тебе?</w:t>
      </w:r>
    </w:p>
    <w:p>
      <w:r>
        <w:br/>
        <w:t>Дон Карлос</w:t>
      </w:r>
    </w:p>
    <w:p>
      <w:r>
        <w:br/>
        <w:t>Я — Дон Карлос.</w:t>
      </w:r>
    </w:p>
    <w:p>
      <w:r>
        <w:br/>
        <w:t>Дон Гуан</w:t>
      </w:r>
    </w:p>
    <w:p>
      <w:r>
        <w:br/>
        <w:t>От зустріч несподівана! Я завтра&lt;br /&gt;</w:t>
        <w:br/>
        <w:t>Весь до твоїх послуг...</w:t>
      </w:r>
    </w:p>
    <w:p>
      <w:r>
        <w:br/>
        <w:t>Дон Карлос</w:t>
      </w:r>
    </w:p>
    <w:p>
      <w:r>
        <w:br/>
        <w:t>Ні, зараз, зараз.</w:t>
      </w:r>
    </w:p>
    <w:p>
      <w:r>
        <w:br/>
        <w:t>Лаура</w:t>
      </w:r>
    </w:p>
    <w:p>
      <w:r>
        <w:br/>
        <w:t>Дон Карлосе, вгамуйтесь. Ви у мене,&lt;br /&gt;</w:t>
        <w:br/>
        <w:t>А не на вулиці. Ідіть, будь ласка.</w:t>
      </w:r>
    </w:p>
    <w:p>
      <w:r>
        <w:br/>
        <w:t>Дон Карлос</w:t>
      </w:r>
    </w:p>
    <w:p>
      <w:r>
        <w:br/>
        <w:t>(не слухаючи її)</w:t>
      </w:r>
    </w:p>
    <w:p>
      <w:r>
        <w:br/>
        <w:t>Я жду. Ну що ж? Адже ж ти шпагу маєш.</w:t>
      </w:r>
    </w:p>
    <w:p>
      <w:r>
        <w:br/>
        <w:t>Дон Гуан</w:t>
      </w:r>
    </w:p>
    <w:p>
      <w:r>
        <w:br/>
        <w:t>Якщо тобі скортіло — дуже прошу.</w:t>
      </w:r>
    </w:p>
    <w:p>
      <w:r>
        <w:br/>
        <w:t>Б'ються.</w:t>
      </w:r>
    </w:p>
    <w:p>
      <w:r>
        <w:br/>
        <w:t>Лаура</w:t>
      </w:r>
    </w:p>
    <w:p>
      <w:r>
        <w:br/>
        <w:t>Ай, ай! Гуане!</w:t>
      </w:r>
    </w:p>
    <w:p>
      <w:r>
        <w:br/>
        <w:t>(Кидається на ліжко)</w:t>
      </w:r>
    </w:p>
    <w:p>
      <w:r>
        <w:br/>
        <w:t>Дон Карлос падає.</w:t>
      </w:r>
    </w:p>
    <w:p>
      <w:r>
        <w:br/>
        <w:t>Дон Гуан</w:t>
      </w:r>
    </w:p>
    <w:p>
      <w:r>
        <w:br/>
        <w:t>Край. Вставай, Лауро!</w:t>
      </w:r>
    </w:p>
    <w:p>
      <w:r>
        <w:br/>
        <w:t>Лаура</w:t>
      </w:r>
    </w:p>
    <w:p>
      <w:r>
        <w:br/>
        <w:t>Що там? Убитий! I в моїй кімнаті!&lt;br /&gt;</w:t>
        <w:br/>
        <w:t>Чудово! Що ж мені тепер робити,&lt;br /&gt;</w:t>
        <w:br/>
        <w:t>Гульвісо, дияволе? Куди ж його&lt;br /&gt;</w:t>
        <w:br/>
        <w:t>Я викину?</w:t>
      </w:r>
    </w:p>
    <w:p>
      <w:r>
        <w:br/>
        <w:t>Дон Гуан</w:t>
      </w:r>
    </w:p>
    <w:p>
      <w:r>
        <w:br/>
        <w:t>Та, може, він живий ще.</w:t>
      </w:r>
    </w:p>
    <w:p>
      <w:r>
        <w:br/>
        <w:t>(Оглядає тіло)</w:t>
      </w:r>
    </w:p>
    <w:p>
      <w:r>
        <w:br/>
        <w:t>Лаура</w:t>
      </w:r>
    </w:p>
    <w:p>
      <w:r>
        <w:br/>
        <w:t>Якраз, живий! Дивись, проклятий! Просто&lt;br /&gt;</w:t>
        <w:br/>
        <w:t>У саме серце ткнув його — не схибив;&lt;br /&gt;</w:t>
        <w:br/>
        <w:t>I кров не йде з трикутної уразки,&lt;br /&gt;</w:t>
        <w:br/>
        <w:t>А вже не дише — добре?</w:t>
      </w:r>
    </w:p>
    <w:p>
      <w:r>
        <w:br/>
        <w:t>Дон Гуан</w:t>
      </w:r>
    </w:p>
    <w:p>
      <w:r>
        <w:br/>
        <w:t>Що робить?&lt;br /&gt;</w:t>
        <w:br/>
        <w:t>Він сам того хотів.</w:t>
      </w:r>
    </w:p>
    <w:p>
      <w:r>
        <w:br/>
        <w:t>Лаура</w:t>
      </w:r>
    </w:p>
    <w:p>
      <w:r>
        <w:br/>
        <w:t>Ех, Дон Гуане,&lt;br /&gt;</w:t>
        <w:br/>
        <w:t>Аж прикро. Вічні фіглі та пригоди!..&lt;br /&gt;</w:t>
        <w:br/>
        <w:t>А все, мовляв, — не винен. Звідки ти?&lt;br /&gt;</w:t>
        <w:br/>
        <w:t>Давно вже тут?</w:t>
      </w:r>
    </w:p>
    <w:p>
      <w:r>
        <w:br/>
        <w:t>Дон Гуан</w:t>
      </w:r>
    </w:p>
    <w:p>
      <w:r>
        <w:br/>
        <w:t>Я тільки ось приїхав,&lt;br /&gt;</w:t>
        <w:br/>
        <w:t>I то тихцем, мене ще не простили.</w:t>
      </w:r>
    </w:p>
    <w:p>
      <w:r>
        <w:br/>
        <w:t>Лаура</w:t>
      </w:r>
    </w:p>
    <w:p>
      <w:r>
        <w:br/>
        <w:t>I зараз же згадав свою Лауру?&lt;br /&gt;</w:t>
        <w:br/>
        <w:t>Як так, то добре. Тільки ні, не вірю.&lt;br /&gt;</w:t>
        <w:br/>
        <w:t>Ти поуз двір мій випадково йшов&lt;br /&gt;</w:t>
        <w:br/>
        <w:t>I дім забачив.</w:t>
      </w:r>
    </w:p>
    <w:p>
      <w:r>
        <w:br/>
        <w:t>Дон Гуан</w:t>
      </w:r>
    </w:p>
    <w:p>
      <w:r>
        <w:br/>
        <w:t>Ні, моя Лауро,&lt;br /&gt;</w:t>
        <w:br/>
        <w:t>Спитайся Лепорелло. Я спинився&lt;br /&gt;</w:t>
        <w:br/>
        <w:t>Край міста в підлій Венті. Я Лаури&lt;br /&gt;</w:t>
        <w:br/>
        <w:t>В Мадриді йшов шукати.</w:t>
      </w:r>
    </w:p>
    <w:p>
      <w:r>
        <w:br/>
        <w:t>(Цілує її)</w:t>
      </w:r>
    </w:p>
    <w:p>
      <w:r>
        <w:br/>
        <w:t>Лаура</w:t>
      </w:r>
    </w:p>
    <w:p>
      <w:r>
        <w:br/>
        <w:t>Друже мій!&lt;br /&gt;</w:t>
        <w:br/>
        <w:t>Чекай... при мертвому? Що з ним робити?</w:t>
      </w:r>
    </w:p>
    <w:p>
      <w:r>
        <w:br/>
        <w:t>Дон Гуан</w:t>
      </w:r>
    </w:p>
    <w:p>
      <w:r>
        <w:br/>
        <w:t>Облиш його. Удосвіта раненько&lt;br /&gt;</w:t>
        <w:br/>
        <w:t>Я винесу його під опанчею&lt;br /&gt;</w:t>
        <w:br/>
        <w:t>I покладу на перехресті...</w:t>
      </w:r>
    </w:p>
    <w:p>
      <w:r>
        <w:br/>
        <w:t>Лаура</w:t>
      </w:r>
    </w:p>
    <w:p>
      <w:r>
        <w:br/>
        <w:t>Тільки&lt;br /&gt;</w:t>
        <w:br/>
        <w:t>Дивись, щоб не побачили тебе.&lt;br /&gt;</w:t>
        <w:br/>
        <w:t>Як добре ти зробив, що на хвилину&lt;br /&gt;</w:t>
        <w:br/>
        <w:t>Пізніш явився. В мене тут твої&lt;br /&gt;</w:t>
        <w:br/>
        <w:t>Приятелі вечеряли. Ось тільки&lt;br /&gt;</w:t>
        <w:br/>
        <w:t>Пішли вони. Якби ти їх застав!</w:t>
      </w:r>
    </w:p>
    <w:p>
      <w:r>
        <w:br/>
        <w:t>Дон Гуан</w:t>
      </w:r>
    </w:p>
    <w:p>
      <w:r>
        <w:br/>
        <w:t>Лауро, і давно його ти любиш?</w:t>
      </w:r>
    </w:p>
    <w:p>
      <w:r>
        <w:br/>
        <w:t>Лаура</w:t>
      </w:r>
    </w:p>
    <w:p>
      <w:r>
        <w:br/>
        <w:t>Кого? Ти сниш.</w:t>
      </w:r>
    </w:p>
    <w:p>
      <w:r>
        <w:br/>
        <w:t>Дон Гуан</w:t>
      </w:r>
    </w:p>
    <w:p>
      <w:r>
        <w:br/>
        <w:t>Ні. А признайся, скільки&lt;br /&gt;</w:t>
        <w:br/>
        <w:t>Разів мене ти зрадила тоді,&lt;br /&gt;</w:t>
        <w:br/>
        <w:t>Як не було мене?</w:t>
      </w:r>
    </w:p>
    <w:p>
      <w:r>
        <w:br/>
        <w:t>Лаура</w:t>
      </w:r>
    </w:p>
    <w:p>
      <w:r>
        <w:br/>
        <w:t>А ти, гульвісо?</w:t>
      </w:r>
    </w:p>
    <w:p>
      <w:r>
        <w:br/>
        <w:t>Дон Гуан</w:t>
      </w:r>
    </w:p>
    <w:p>
      <w:r>
        <w:br/>
        <w:t>Скажи ж... Ні, поговорим опісля.</w:t>
      </w:r>
    </w:p>
    <w:p>
      <w:r>
        <w:br/>
        <w:t>СЦЕНА ТРЕТЯ</w:t>
      </w:r>
    </w:p>
    <w:p>
      <w:r>
        <w:br/>
        <w:t>Пам'ятник командора.</w:t>
      </w:r>
    </w:p>
    <w:p>
      <w:r>
        <w:br/>
        <w:t>Дон Гуан</w:t>
      </w:r>
    </w:p>
    <w:p>
      <w:r>
        <w:br/>
        <w:t>Все йде на краще. Ненароком вбивши&lt;br /&gt;</w:t>
        <w:br/>
        <w:t>Дон Карлоса, я чернецем смиренним&lt;br /&gt;</w:t>
        <w:br/>
        <w:t>Сховався тут — і бачу кожний день&lt;br /&gt;</w:t>
        <w:br/>
        <w:t>Мою вдову прекрасну, і, здається,&lt;br /&gt;</w:t>
        <w:br/>
        <w:t>Запав їй в око. До цього часу&lt;br /&gt;</w:t>
        <w:br/>
        <w:t>Поводились ми чемно і пристойно,&lt;br /&gt;</w:t>
        <w:br/>
        <w:t>Але сьогодні зважусь на розмову.&lt;br /&gt;</w:t>
        <w:br/>
        <w:t>Пора. Як я почну? "Насмілюсь..." Ні...&lt;br /&gt;</w:t>
        <w:br/>
        <w:t>"Сеньйоро..." Ет! Що в думку навинеться,&lt;br /&gt;</w:t>
        <w:br/>
        <w:t>То і скажу, без намислу, як справжній&lt;br /&gt;</w:t>
        <w:br/>
        <w:t>Імпровізатор пісні про кохання...&lt;br /&gt;</w:t>
        <w:br/>
        <w:t>Вже час би їй приїхати. Без неї,&lt;br /&gt;</w:t>
        <w:br/>
        <w:t>Я думаю, нудьгує командор.&lt;br /&gt;</w:t>
        <w:br/>
        <w:t>Яким тут велетнем він виглядає!&lt;br /&gt;</w:t>
        <w:br/>
        <w:t>Які рамена! Що за Геркулес!&lt;br /&gt;</w:t>
        <w:br/>
        <w:t>А сам, небіжчик, був малий та хирий!&lt;br /&gt;</w:t>
        <w:br/>
        <w:t>Тут він, зіп'явшись на ногах, не міг би&lt;br /&gt;</w:t>
        <w:br/>
        <w:t>До свого носа руку дотягти.&lt;br /&gt;</w:t>
        <w:br/>
        <w:t>Коли за Ескур'ялом ми зійшлись,&lt;br /&gt;</w:t>
        <w:br/>
        <w:t>Наткнувся він на шпагу і завмер,&lt;br /&gt;</w:t>
        <w:br/>
        <w:t>Немов на шпильці коник польовий.&lt;br /&gt;</w:t>
        <w:br/>
        <w:t>А вдачі він був гордої, крутої&lt;br /&gt;</w:t>
        <w:br/>
        <w:t>I мав одважний дух... А!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Він знову тут. Мій отче, вибачайте,&lt;br /&gt;</w:t>
        <w:br/>
        <w:t>Що я порушила задуму вашу.</w:t>
      </w:r>
    </w:p>
    <w:p>
      <w:r>
        <w:br/>
        <w:t>Дон Гуан</w:t>
      </w:r>
    </w:p>
    <w:p>
      <w:r>
        <w:br/>
        <w:t>Я мушу в вас, сеньйоро, вибач&amp;#233;ння&lt;br /&gt;</w:t>
        <w:br/>
        <w:t>Прохати. Може, я перешкоджаю&lt;br /&gt;</w:t>
        <w:br/>
        <w:t>Печалі вашій вільно виливатись.</w:t>
      </w:r>
    </w:p>
    <w:p>
      <w:r>
        <w:br/>
        <w:t>Донна Анна</w:t>
      </w:r>
    </w:p>
    <w:p>
      <w:r>
        <w:br/>
        <w:t>Ні, отче мій, печаль моя в мені.&lt;br /&gt;</w:t>
        <w:br/>
        <w:t>При вас мої благання можуть в небо&lt;br /&gt;</w:t>
        <w:br/>
        <w:t>Смиренно зноситись. Прохаю також&lt;br /&gt;</w:t>
        <w:br/>
        <w:t>I вас до них свій голос прилучити.</w:t>
      </w:r>
    </w:p>
    <w:p>
      <w:r>
        <w:br/>
        <w:t>Дон Гуан</w:t>
      </w:r>
    </w:p>
    <w:p>
      <w:r>
        <w:br/>
        <w:t>Мені молиться з вами, донно Анно!&lt;br /&gt;</w:t>
        <w:br/>
        <w:t>Не годен я доручення такого.&lt;br /&gt;</w:t>
        <w:br/>
        <w:t>Я не посмію грішними устами&lt;br /&gt;</w:t>
        <w:br/>
        <w:t>Святу молитву вашу повторяти.&lt;br /&gt;</w:t>
        <w:br/>
        <w:t>Я тільки здалека дивлюсь на вас&lt;br /&gt;</w:t>
        <w:br/>
        <w:t>З побожністю, коли, схилившись тихо,&lt;br /&gt;</w:t>
        <w:br/>
        <w:t>Ви чорні кучері на мармур білий&lt;br /&gt;</w:t>
        <w:br/>
        <w:t>Розсиплете, — і бачиться, що тайно&lt;br /&gt;</w:t>
        <w:br/>
        <w:t>На сей надгробок янгол прилетів.&lt;br /&gt;</w:t>
        <w:br/>
        <w:t>В душі збентеженій я не знаходжу&lt;br /&gt;</w:t>
        <w:br/>
        <w:t>Тоді молитви. Я дивуюсь німо&lt;br /&gt;</w:t>
        <w:br/>
        <w:t>I думаю: щасливий той, чий мармур&lt;br /&gt;</w:t>
        <w:br/>
        <w:t>Зігріто подихом її небесним&lt;br /&gt;</w:t>
        <w:br/>
        <w:t>I скроплено слізьми її кохання.</w:t>
      </w:r>
    </w:p>
    <w:p>
      <w:r>
        <w:br/>
        <w:t>Донна Анна</w:t>
      </w:r>
    </w:p>
    <w:p>
      <w:r>
        <w:br/>
        <w:t>Які чудні слова!</w:t>
      </w:r>
    </w:p>
    <w:p>
      <w:r>
        <w:br/>
        <w:t>Дон Гуан</w:t>
      </w:r>
    </w:p>
    <w:p>
      <w:r>
        <w:br/>
        <w:t>Сеньйоро!</w:t>
      </w:r>
    </w:p>
    <w:p>
      <w:r>
        <w:br/>
        <w:t>Донна Анна</w:t>
      </w:r>
    </w:p>
    <w:p>
      <w:r>
        <w:br/>
        <w:t>Що?&lt;br /&gt;</w:t>
        <w:br/>
        <w:t>Мені... забули ви...</w:t>
      </w:r>
    </w:p>
    <w:p>
      <w:r>
        <w:br/>
        <w:t>Дон Гуан</w:t>
      </w:r>
    </w:p>
    <w:p>
      <w:r>
        <w:br/>
        <w:t>Що недостойний&lt;br /&gt;</w:t>
        <w:br/>
        <w:t>Самітник я? Що грішний голос мій&lt;br /&gt;</w:t>
        <w:br/>
        <w:t>Тут не повинен гучно розтинатись?</w:t>
      </w:r>
    </w:p>
    <w:p>
      <w:r>
        <w:br/>
        <w:t>Донна Анна</w:t>
      </w:r>
    </w:p>
    <w:p>
      <w:r>
        <w:br/>
        <w:t>Мені здалося... Я не зрозуміла...</w:t>
      </w:r>
    </w:p>
    <w:p>
      <w:r>
        <w:br/>
        <w:t>Дон Гуан</w:t>
      </w:r>
    </w:p>
    <w:p>
      <w:r>
        <w:br/>
        <w:t>Ах, бачу: ви про все, про все дізнались!</w:t>
      </w:r>
    </w:p>
    <w:p>
      <w:r>
        <w:br/>
        <w:t>Донна Анна</w:t>
      </w:r>
    </w:p>
    <w:p>
      <w:r>
        <w:br/>
        <w:t>Про що дізналась?</w:t>
      </w:r>
    </w:p>
    <w:p>
      <w:r>
        <w:br/>
        <w:t>Дон Гуан</w:t>
      </w:r>
    </w:p>
    <w:p>
      <w:r>
        <w:br/>
        <w:t>Так, я не чернець...&lt;br /&gt;</w:t>
        <w:br/>
        <w:t>Край ваших ніг пробачення благаю.</w:t>
      </w:r>
    </w:p>
    <w:p>
      <w:r>
        <w:br/>
        <w:t>Донна Анна</w:t>
      </w:r>
    </w:p>
    <w:p>
      <w:r>
        <w:br/>
        <w:t>О Боже! Встаньте, встаньте!.. Хто такий ви?</w:t>
      </w:r>
    </w:p>
    <w:p>
      <w:r>
        <w:br/>
        <w:t>Дон Гуан</w:t>
      </w:r>
    </w:p>
    <w:p>
      <w:r>
        <w:br/>
        <w:t>Нещасний, жертва марного чуття!</w:t>
      </w:r>
    </w:p>
    <w:p>
      <w:r>
        <w:br/>
        <w:t>Донна Анна</w:t>
      </w:r>
    </w:p>
    <w:p>
      <w:r>
        <w:br/>
        <w:t>О Боже мій! I тут, при цьому гробі!&lt;br /&gt;</w:t>
        <w:br/>
        <w:t>Лишіть мене!..</w:t>
      </w:r>
    </w:p>
    <w:p>
      <w:r>
        <w:br/>
        <w:t>Дон Гуан</w:t>
      </w:r>
    </w:p>
    <w:p>
      <w:r>
        <w:br/>
        <w:t>Хвилину, донно Анно!&lt;br /&gt;</w:t>
        <w:br/>
        <w:t>Одну хвилину!</w:t>
      </w:r>
    </w:p>
    <w:p>
      <w:r>
        <w:br/>
        <w:t>Донна Анна</w:t>
      </w:r>
    </w:p>
    <w:p>
      <w:r>
        <w:br/>
        <w:t>Що, як зайде хто!</w:t>
      </w:r>
    </w:p>
    <w:p>
      <w:r>
        <w:br/>
        <w:t>Дон Гуан</w:t>
      </w:r>
    </w:p>
    <w:p>
      <w:r>
        <w:br/>
        <w:t>Ні, ґрати замкнені. Одну хвилину!</w:t>
      </w:r>
    </w:p>
    <w:p>
      <w:r>
        <w:br/>
        <w:t>Донна Анна</w:t>
      </w:r>
    </w:p>
    <w:p>
      <w:r>
        <w:br/>
        <w:t>Ну? Що? Чого жадаєте ви?</w:t>
      </w:r>
    </w:p>
    <w:p>
      <w:r>
        <w:br/>
        <w:t>Дон Гуан</w:t>
      </w:r>
    </w:p>
    <w:p>
      <w:r>
        <w:br/>
        <w:t>Смерті!&lt;br /&gt;</w:t>
        <w:br/>
        <w:t>О, хай край ваших ніг умру я зараз,&lt;br /&gt;</w:t>
        <w:br/>
        <w:t>Хай бідний прах мій тут же поховають,&lt;br /&gt;</w:t>
        <w:br/>
        <w:t>Не обік праху, милого для вас,&lt;br /&gt;</w:t>
        <w:br/>
        <w:t>Не тут, не близько, далі, там де-небудь&lt;br /&gt;</w:t>
        <w:br/>
        <w:t>Біля дверей, край самого порога.&lt;br /&gt;</w:t>
        <w:br/>
        <w:t>Щоб каменя мого могли торкнутись&lt;br /&gt;</w:t>
        <w:br/>
        <w:t>Ви легкою ногою чи убранням,&lt;br /&gt;</w:t>
        <w:br/>
        <w:t>Коли сюди, на цей надгробок гордий,&lt;br /&gt;</w:t>
        <w:br/>
        <w:t>Ви прийдете, щоб кучері схиляти&lt;br /&gt;</w:t>
        <w:br/>
        <w:t>I лити сльози.</w:t>
      </w:r>
    </w:p>
    <w:p>
      <w:r>
        <w:br/>
        <w:t>Донна Анна</w:t>
      </w:r>
    </w:p>
    <w:p>
      <w:r>
        <w:br/>
        <w:t>Ви ума збулися!</w:t>
      </w:r>
    </w:p>
    <w:p>
      <w:r>
        <w:br/>
        <w:t>Дон Гуан</w:t>
      </w:r>
    </w:p>
    <w:p>
      <w:r>
        <w:br/>
        <w:t>Хіба бажати смерті, донно Анно,&lt;br /&gt;</w:t>
        <w:br/>
        <w:t>То знак безумства? О, коли б я був&lt;br /&gt;</w:t>
        <w:br/>
        <w:t>Безумцем, я б хотів живим лишитись,&lt;br /&gt;</w:t>
        <w:br/>
        <w:t>Я б мав надію ніжною любов'ю&lt;br /&gt;</w:t>
        <w:br/>
        <w:t>Порушити вам серце; о, якби&lt;br /&gt;</w:t>
        <w:br/>
        <w:t>Я був безумцем, я б тоді всі ночі&lt;br /&gt;</w:t>
        <w:br/>
        <w:t>Простоював перед балконом вашим,&lt;br /&gt;</w:t>
        <w:br/>
        <w:t>Я б серенадами ваш сон тривожив,&lt;br /&gt;</w:t>
        <w:br/>
        <w:t>Не став би я ховатись — навпаки,&lt;br /&gt;</w:t>
        <w:br/>
        <w:t>Старався б вам потрапити на очі;&lt;br /&gt;</w:t>
        <w:br/>
        <w:t>Якби я був безумцем, я б не став&lt;br /&gt;</w:t>
        <w:br/>
        <w:t>Свої страждання зносити безмовно...</w:t>
      </w:r>
    </w:p>
    <w:p>
      <w:r>
        <w:br/>
        <w:t>Донна Анна</w:t>
      </w:r>
    </w:p>
    <w:p>
      <w:r>
        <w:br/>
        <w:t>То це ви мовчите?</w:t>
      </w:r>
    </w:p>
    <w:p>
      <w:r>
        <w:br/>
        <w:t>Дон Гуан</w:t>
      </w:r>
    </w:p>
    <w:p>
      <w:r>
        <w:br/>
        <w:t>Ах, донно Анно,&lt;br /&gt;</w:t>
        <w:br/>
        <w:t>Це випадок, це випадково сталось,&lt;br /&gt;</w:t>
        <w:br/>
        <w:t>Що вихопився я, а то моєї&lt;br /&gt;</w:t>
        <w:br/>
        <w:t>Сумної таємниці ви не взнали б&lt;br /&gt;</w:t>
        <w:br/>
        <w:t>Ніколи в світі...</w:t>
      </w:r>
    </w:p>
    <w:p>
      <w:r>
        <w:br/>
        <w:t>Донна Анна</w:t>
      </w:r>
    </w:p>
    <w:p>
      <w:r>
        <w:br/>
        <w:t>I давно мене ви&lt;br /&gt;</w:t>
        <w:br/>
        <w:t>Кохаєте?</w:t>
      </w:r>
    </w:p>
    <w:p>
      <w:r>
        <w:br/>
        <w:t>Дон Гуан</w:t>
      </w:r>
    </w:p>
    <w:p>
      <w:r>
        <w:br/>
        <w:t>Давно чи ні — не знаю,&lt;br /&gt;</w:t>
        <w:br/>
        <w:t>Але відтоді, лиш я склав ціну&lt;br /&gt;</w:t>
        <w:br/>
        <w:t>Хвилинному життю, відтоді тільки&lt;br /&gt;</w:t>
        <w:br/>
        <w:t>Я зрозумів, що значить слово "щастя".</w:t>
      </w:r>
    </w:p>
    <w:p>
      <w:r>
        <w:br/>
        <w:t>Донна Анна</w:t>
      </w:r>
    </w:p>
    <w:p>
      <w:r>
        <w:br/>
        <w:t>Ідіть собі — ви чоловік непевний.</w:t>
      </w:r>
    </w:p>
    <w:p>
      <w:r>
        <w:br/>
        <w:t>Дон Гуан</w:t>
      </w:r>
    </w:p>
    <w:p>
      <w:r>
        <w:br/>
        <w:t>Непевний! Чим?</w:t>
      </w:r>
    </w:p>
    <w:p>
      <w:r>
        <w:br/>
        <w:t>Донна Анна</w:t>
      </w:r>
    </w:p>
    <w:p>
      <w:r>
        <w:br/>
        <w:t>Я слухать вас боюсь.</w:t>
      </w:r>
    </w:p>
    <w:p>
      <w:r>
        <w:br/>
        <w:t>Дон Гуан</w:t>
      </w:r>
    </w:p>
    <w:p>
      <w:r>
        <w:br/>
        <w:t>Я змовкну, тільки не женіть того,&lt;br /&gt;</w:t>
        <w:br/>
        <w:t>Для кого образ ваш одна відрада.&lt;br /&gt;</w:t>
        <w:br/>
        <w:t>Я не таю в душі палких надій.&lt;br /&gt;</w:t>
        <w:br/>
        <w:t>Нічого не жадаю, тільки вас&lt;br /&gt;</w:t>
        <w:br/>
        <w:t>Я мушу бачити, коли судилось&lt;br /&gt;</w:t>
        <w:br/>
        <w:t>Мені життя.</w:t>
      </w:r>
    </w:p>
    <w:p>
      <w:r>
        <w:br/>
        <w:t>Донна Анна</w:t>
      </w:r>
    </w:p>
    <w:p>
      <w:r>
        <w:br/>
        <w:t>Ідіть — не місце тут&lt;br /&gt;</w:t>
        <w:br/>
        <w:t>Таким словам, таким безумствам... Завтра&lt;br /&gt;</w:t>
        <w:br/>
        <w:t>Прийдіть до мене; і коли на Бога&lt;br /&gt;</w:t>
        <w:br/>
        <w:t>Присягнет&amp;#233;сь поводитись зі мною&lt;br /&gt;</w:t>
        <w:br/>
        <w:t>З повагою, я вас прийму, але...&lt;br /&gt;</w:t>
        <w:br/>
        <w:t>Увечері, пізніш... Як повдовіла,&lt;br /&gt;</w:t>
        <w:br/>
        <w:t>З того часу не бачу я нікого...</w:t>
      </w:r>
    </w:p>
    <w:p>
      <w:r>
        <w:br/>
        <w:t>Дон Гуан</w:t>
      </w:r>
    </w:p>
    <w:p>
      <w:r>
        <w:br/>
        <w:t>Ви янгол, донно Анно! Хай Господь&lt;br /&gt;</w:t>
        <w:br/>
        <w:t>Утішить вас, як ви самі сьогодні&lt;br /&gt;</w:t>
        <w:br/>
        <w:t>Утішили нещасного!..</w:t>
      </w:r>
    </w:p>
    <w:p>
      <w:r>
        <w:br/>
        <w:t>Донна Анна</w:t>
      </w:r>
    </w:p>
    <w:p>
      <w:r>
        <w:br/>
        <w:t>Ідіть же.</w:t>
      </w:r>
    </w:p>
    <w:p>
      <w:r>
        <w:br/>
        <w:t>Дон Гуан</w:t>
      </w:r>
    </w:p>
    <w:p>
      <w:r>
        <w:br/>
        <w:t>Одну хвилинку ще.</w:t>
      </w:r>
    </w:p>
    <w:p>
      <w:r>
        <w:br/>
        <w:t>Донна Анна</w:t>
      </w:r>
    </w:p>
    <w:p>
      <w:r>
        <w:br/>
        <w:t>Ні, треба, мабуть,&lt;br /&gt;</w:t>
        <w:br/>
        <w:t>Самій піти... До того ж і моління&lt;br /&gt;</w:t>
        <w:br/>
        <w:t>На ум не йде. Ви світськими річами&lt;br /&gt;</w:t>
        <w:br/>
        <w:t>Мене розважили; від них вже ухо&lt;br /&gt;</w:t>
        <w:br/>
        <w:t>Моє давно-давно відвикло. Завтра&lt;br /&gt;</w:t>
        <w:br/>
        <w:t>Я вас прийму...</w:t>
      </w:r>
    </w:p>
    <w:p>
      <w:r>
        <w:br/>
        <w:t>Дон Гуан</w:t>
      </w:r>
    </w:p>
    <w:p>
      <w:r>
        <w:br/>
        <w:t>Ще вірити не смію,&lt;br /&gt;</w:t>
        <w:br/>
        <w:t>Не смію щастю я свому віддатись!&lt;br /&gt;</w:t>
        <w:br/>
        <w:t>Я завтра вас побачу... I не тут,&lt;br /&gt;</w:t>
        <w:br/>
        <w:t>Не крадькома!</w:t>
      </w:r>
    </w:p>
    <w:p>
      <w:r>
        <w:br/>
        <w:t>Донна Анна</w:t>
      </w:r>
    </w:p>
    <w:p>
      <w:r>
        <w:br/>
        <w:t>Так, завтра, завтра.&lt;br /&gt;</w:t>
        <w:br/>
        <w:t>Як вас зовуть?</w:t>
      </w:r>
    </w:p>
    <w:p>
      <w:r>
        <w:br/>
        <w:t>Дон Гуан</w:t>
      </w:r>
    </w:p>
    <w:p>
      <w:r>
        <w:br/>
        <w:t>Дієго де Кальвадо.</w:t>
      </w:r>
    </w:p>
    <w:p>
      <w:r>
        <w:br/>
        <w:t>Донна Анна</w:t>
      </w:r>
    </w:p>
    <w:p>
      <w:r>
        <w:br/>
        <w:t>Прощайте, дон Дієго.</w:t>
      </w:r>
    </w:p>
    <w:p>
      <w:r>
        <w:br/>
        <w:t>(Виходить)</w:t>
      </w:r>
    </w:p>
    <w:p>
      <w:r>
        <w:br/>
        <w:t>Дон Гуан</w:t>
      </w:r>
    </w:p>
    <w:p>
      <w:r>
        <w:br/>
        <w:t>Лепорелло!</w:t>
      </w:r>
    </w:p>
    <w:p>
      <w:r>
        <w:br/>
        <w:t>Лепорелло входить.</w:t>
      </w:r>
    </w:p>
    <w:p>
      <w:r>
        <w:br/>
        <w:t>Лепорелло</w:t>
      </w:r>
    </w:p>
    <w:p>
      <w:r>
        <w:br/>
        <w:t>Чого вам треба?</w:t>
      </w:r>
    </w:p>
    <w:p>
      <w:r>
        <w:br/>
        <w:t>Дон Гуан</w:t>
      </w:r>
    </w:p>
    <w:p>
      <w:r>
        <w:br/>
        <w:t>Любий Лепорелло!&lt;br /&gt;</w:t>
        <w:br/>
        <w:t>Я... я щасливий! Завтра! Чуєш? "Завтра&lt;br /&gt;</w:t>
        <w:br/>
        <w:t>Увечері, пізніш"! Мій Лепорелло,&lt;br /&gt;</w:t>
        <w:br/>
        <w:t>Вже завтра!.. От що, приготуй мені...&lt;br /&gt;</w:t>
        <w:br/>
        <w:t>Я, мов дитя, щасливий!</w:t>
      </w:r>
    </w:p>
    <w:p>
      <w:r>
        <w:br/>
        <w:t>Лепорелло</w:t>
      </w:r>
    </w:p>
    <w:p>
      <w:r>
        <w:br/>
        <w:t>Донна Анна&lt;br /&gt;</w:t>
        <w:br/>
        <w:t>Далась на мову? Пару слів ласкавих&lt;br /&gt;</w:t>
        <w:br/>
        <w:t>Вона до вас промовила, чи, може,&lt;br /&gt;</w:t>
        <w:br/>
        <w:t>Її ви поблагословили?</w:t>
      </w:r>
    </w:p>
    <w:p>
      <w:r>
        <w:br/>
        <w:t>Дон Гуан</w:t>
      </w:r>
    </w:p>
    <w:p>
      <w:r>
        <w:br/>
        <w:t>Ні,&lt;br /&gt;</w:t>
        <w:br/>
        <w:t>Мій Лепорелло, ні! Вона у себе&lt;br /&gt;</w:t>
        <w:br/>
        <w:t>Побачення, побачення мені&lt;br /&gt;</w:t>
        <w:br/>
        <w:t>Призначила!</w:t>
      </w:r>
    </w:p>
    <w:p>
      <w:r>
        <w:br/>
        <w:t>Лепорелло</w:t>
      </w:r>
    </w:p>
    <w:p>
      <w:r>
        <w:br/>
        <w:t>Невже? О вдови, вдови!&lt;br /&gt;</w:t>
        <w:br/>
        <w:t>Всі ви одної вдачі.</w:t>
      </w:r>
    </w:p>
    <w:p>
      <w:r>
        <w:br/>
        <w:t>Дон Гуан</w:t>
      </w:r>
    </w:p>
    <w:p>
      <w:r>
        <w:br/>
        <w:t>Я щасливий!&lt;br /&gt;</w:t>
        <w:br/>
        <w:t>Співати хочу, світ увесь обняти!</w:t>
      </w:r>
    </w:p>
    <w:p>
      <w:r>
        <w:br/>
        <w:t>Лепорелло</w:t>
      </w:r>
    </w:p>
    <w:p>
      <w:r>
        <w:br/>
        <w:t>А командор? Що скаже він про це?</w:t>
      </w:r>
    </w:p>
    <w:p>
      <w:r>
        <w:br/>
        <w:t>Дон Гуан</w:t>
      </w:r>
    </w:p>
    <w:p>
      <w:r>
        <w:br/>
        <w:t>Ти думаєш, він буде ревнувати?&lt;br /&gt;</w:t>
        <w:br/>
        <w:t>Вже певно ні: він чоловік розумний,&lt;br /&gt;</w:t>
        <w:br/>
        <w:t>I як умер, з того часу притих.</w:t>
      </w:r>
    </w:p>
    <w:p>
      <w:r>
        <w:br/>
        <w:t>Лепорелло</w:t>
      </w:r>
    </w:p>
    <w:p>
      <w:r>
        <w:br/>
        <w:t>Ні, ви погляньте на його стат&amp;#253;ю.</w:t>
      </w:r>
    </w:p>
    <w:p>
      <w:r>
        <w:br/>
        <w:t>Дон Гуан</w:t>
      </w:r>
    </w:p>
    <w:p>
      <w:r>
        <w:br/>
        <w:t>Що ж?</w:t>
      </w:r>
    </w:p>
    <w:p>
      <w:r>
        <w:br/>
        <w:t>Лепорелло</w:t>
      </w:r>
    </w:p>
    <w:p>
      <w:r>
        <w:br/>
        <w:t>Ніби дивиться вона на вас&lt;br /&gt;</w:t>
        <w:br/>
        <w:t>I сердиться.</w:t>
      </w:r>
    </w:p>
    <w:p>
      <w:r>
        <w:br/>
        <w:t>Дон Гуан</w:t>
      </w:r>
    </w:p>
    <w:p>
      <w:r>
        <w:br/>
        <w:t>Іди лиш, Лепорелло,&lt;br /&gt;</w:t>
        <w:br/>
        <w:t>Проси її ласкаво завітать&lt;br /&gt;</w:t>
        <w:br/>
        <w:t>До мене, ні, до донни Анни завтра.</w:t>
      </w:r>
    </w:p>
    <w:p>
      <w:r>
        <w:br/>
        <w:t>Лепорелло</w:t>
      </w:r>
    </w:p>
    <w:p>
      <w:r>
        <w:br/>
        <w:t>Статую в гості кликати! Навіщо?</w:t>
      </w:r>
    </w:p>
    <w:p>
      <w:r>
        <w:br/>
        <w:t>Дон Гуан</w:t>
      </w:r>
    </w:p>
    <w:p>
      <w:r>
        <w:br/>
        <w:t>Вже ж певно не для милої розмови.&lt;br /&gt;</w:t>
        <w:br/>
        <w:t>До донни Анни запроси статую&lt;br /&gt;</w:t>
        <w:br/>
        <w:t>Прийти пізніш увечері і стати&lt;br /&gt;</w:t>
        <w:br/>
        <w:t>Біля дверей на варті.</w:t>
      </w:r>
    </w:p>
    <w:p>
      <w:r>
        <w:br/>
        <w:t>Лепорелло</w:t>
      </w:r>
    </w:p>
    <w:p>
      <w:r>
        <w:br/>
        <w:t>Ну й охота&lt;br /&gt;</w:t>
        <w:br/>
        <w:t>У жарти вам заходити і з ким!</w:t>
      </w:r>
    </w:p>
    <w:p>
      <w:r>
        <w:br/>
        <w:t>Дон Гуан</w:t>
      </w:r>
    </w:p>
    <w:p>
      <w:r>
        <w:br/>
        <w:t>Іди ж.</w:t>
      </w:r>
    </w:p>
    <w:p>
      <w:r>
        <w:br/>
        <w:t>Лепорелло</w:t>
      </w:r>
    </w:p>
    <w:p>
      <w:r>
        <w:br/>
        <w:t>Але...</w:t>
      </w:r>
    </w:p>
    <w:p>
      <w:r>
        <w:br/>
        <w:t>Дон Гуан</w:t>
      </w:r>
    </w:p>
    <w:p>
      <w:r>
        <w:br/>
        <w:t>Іди.</w:t>
      </w:r>
    </w:p>
    <w:p>
      <w:r>
        <w:br/>
        <w:t>Лепорелло</w:t>
      </w:r>
    </w:p>
    <w:p>
      <w:r>
        <w:br/>
        <w:t>Преславна, пишна&lt;br /&gt;</w:t>
        <w:br/>
        <w:t>Статує! Пан мій, Дон Гуан, покірно&lt;br /&gt;</w:t>
        <w:br/>
        <w:t>Вас просить завітати... Ні, не можу,&lt;br /&gt;</w:t>
        <w:br/>
        <w:t>Їй-богу, страшно.</w:t>
      </w:r>
    </w:p>
    <w:p>
      <w:r>
        <w:br/>
        <w:t>Дон Гуан</w:t>
      </w:r>
    </w:p>
    <w:p>
      <w:r>
        <w:br/>
        <w:t>Тхір! Ось я тобі...</w:t>
      </w:r>
    </w:p>
    <w:p>
      <w:r>
        <w:br/>
        <w:t>Лепорелло</w:t>
      </w:r>
    </w:p>
    <w:p>
      <w:r>
        <w:br/>
        <w:t>Чекайте. Пан мій, Дон Гуан, вас просить&lt;br /&gt;</w:t>
        <w:br/>
        <w:t>Прибути завтра ввечері пізніш&lt;br /&gt;</w:t>
        <w:br/>
        <w:t>До вашої дружини в дім і стати&lt;br /&gt;</w:t>
        <w:br/>
        <w:t>Біля дверей...</w:t>
      </w:r>
    </w:p>
    <w:p>
      <w:r>
        <w:br/>
        <w:t>Статуя киває головою на знак згоди.</w:t>
      </w:r>
    </w:p>
    <w:p>
      <w:r>
        <w:br/>
        <w:t>Ай!</w:t>
      </w:r>
    </w:p>
    <w:p>
      <w:r>
        <w:br/>
        <w:t>Дон Гуан</w:t>
      </w:r>
    </w:p>
    <w:p>
      <w:r>
        <w:br/>
        <w:t>Що там?</w:t>
      </w:r>
    </w:p>
    <w:p>
      <w:r>
        <w:br/>
        <w:t>Лепорелло</w:t>
      </w:r>
    </w:p>
    <w:p>
      <w:r>
        <w:br/>
        <w:t>Ай, ай, ай!&lt;br /&gt;</w:t>
        <w:br/>
        <w:t>Ай, ай!.. Умру.</w:t>
      </w:r>
    </w:p>
    <w:p>
      <w:r>
        <w:br/>
        <w:t>Дон Гуан</w:t>
      </w:r>
    </w:p>
    <w:p>
      <w:r>
        <w:br/>
        <w:t>Що сталося тобі?</w:t>
      </w:r>
    </w:p>
    <w:p>
      <w:r>
        <w:br/>
        <w:t>Лепорелло</w:t>
      </w:r>
    </w:p>
    <w:p>
      <w:r>
        <w:br/>
        <w:t>(киваючи головою)</w:t>
      </w:r>
    </w:p>
    <w:p>
      <w:r>
        <w:br/>
        <w:t>Статуя... ай!</w:t>
      </w:r>
    </w:p>
    <w:p>
      <w:r>
        <w:br/>
        <w:t>Дон Гуан</w:t>
      </w:r>
    </w:p>
    <w:p>
      <w:r>
        <w:br/>
        <w:t>Ти кланяєшся?</w:t>
      </w:r>
    </w:p>
    <w:p>
      <w:r>
        <w:br/>
        <w:t>Лепорелло</w:t>
      </w:r>
    </w:p>
    <w:p>
      <w:r>
        <w:br/>
        <w:t>Ні,&lt;br /&gt;</w:t>
        <w:br/>
        <w:t>Не я — вона!</w:t>
      </w:r>
    </w:p>
    <w:p>
      <w:r>
        <w:br/>
        <w:t>Дон Гуан</w:t>
      </w:r>
    </w:p>
    <w:p>
      <w:r>
        <w:br/>
        <w:t>Що за бредню верзеш ти!</w:t>
      </w:r>
    </w:p>
    <w:p>
      <w:r>
        <w:br/>
        <w:t>Лепорелло</w:t>
      </w:r>
    </w:p>
    <w:p>
      <w:r>
        <w:br/>
        <w:t>Підіть самі.</w:t>
      </w:r>
    </w:p>
    <w:p>
      <w:r>
        <w:br/>
        <w:t>Дон Гуан</w:t>
      </w:r>
    </w:p>
    <w:p>
      <w:r>
        <w:br/>
        <w:t>Ну, от дивись, нікчемо!</w:t>
      </w:r>
    </w:p>
    <w:p>
      <w:r>
        <w:br/>
        <w:t>(До статуї)</w:t>
      </w:r>
    </w:p>
    <w:p>
      <w:r>
        <w:br/>
        <w:t>Я, пане командор, прошу тебе&lt;br /&gt;</w:t>
        <w:br/>
        <w:t>Прибути завтра до вдови твоєї,&lt;br /&gt;</w:t>
        <w:br/>
        <w:t>Де буду я, і стати там на варті&lt;br /&gt;</w:t>
        <w:br/>
        <w:t>Біля дверей. Що? Будеш?</w:t>
      </w:r>
    </w:p>
    <w:p>
      <w:r>
        <w:br/>
        <w:t>Статуя киває знов.</w:t>
      </w:r>
    </w:p>
    <w:p>
      <w:r>
        <w:br/>
        <w:t>Боже мій!</w:t>
      </w:r>
    </w:p>
    <w:p>
      <w:r>
        <w:br/>
        <w:t>Лепорелло</w:t>
      </w:r>
    </w:p>
    <w:p>
      <w:r>
        <w:br/>
        <w:t>А що? Чи я вам не казав...</w:t>
      </w:r>
    </w:p>
    <w:p>
      <w:r>
        <w:br/>
        <w:t>Дон Гуан</w:t>
      </w:r>
    </w:p>
    <w:p>
      <w:r>
        <w:br/>
        <w:t>Ходім.</w:t>
      </w:r>
    </w:p>
    <w:p>
      <w:r>
        <w:br/>
        <w:t>СЦЕНА ЧЕТВЕРТА</w:t>
      </w:r>
    </w:p>
    <w:p>
      <w:r>
        <w:br/>
        <w:t>Кімната донни Анни.&lt;br /&gt;</w:t>
        <w:br/>
        <w:t>Дон Гуан і донна Анна.</w:t>
      </w:r>
    </w:p>
    <w:p>
      <w:r>
        <w:br/>
        <w:t>Донна Анна</w:t>
      </w:r>
    </w:p>
    <w:p>
      <w:r>
        <w:br/>
        <w:t>Я прийняла вас, дон Дієго! Тільки&lt;br /&gt;</w:t>
        <w:br/>
        <w:t>Боюсь, що вам моя сумна розмова&lt;br /&gt;</w:t>
        <w:br/>
        <w:t>Нудною буде. Бідна удова,&lt;br /&gt;</w:t>
        <w:br/>
        <w:t>Я все свою утрату пам'ятаю:&lt;br /&gt;</w:t>
        <w:br/>
        <w:t>Мішаю сльози з усміхом, мов квітень.&lt;br /&gt;</w:t>
        <w:br/>
        <w:t>Що ж мовчите ви?</w:t>
      </w:r>
    </w:p>
    <w:p>
      <w:r>
        <w:br/>
        <w:t>Дон Гуан</w:t>
      </w:r>
    </w:p>
    <w:p>
      <w:r>
        <w:br/>
        <w:t>Тішуся безмовно,&lt;br /&gt;</w:t>
        <w:br/>
        <w:t>В уяві, що на самоті зі мною&lt;br /&gt;</w:t>
        <w:br/>
        <w:t>Прекрасна донна Анна. Тут — не там,&lt;br /&gt;</w:t>
        <w:br/>
        <w:t>Не при надгробку щасного мерця, —&lt;br /&gt;</w:t>
        <w:br/>
        <w:t>I бачу вас уже не на колінах&lt;br /&gt;</w:t>
        <w:br/>
        <w:t>Перед холодним, мармуровим мужем.</w:t>
      </w:r>
    </w:p>
    <w:p>
      <w:r>
        <w:br/>
        <w:t>Донна Анна</w:t>
      </w:r>
    </w:p>
    <w:p>
      <w:r>
        <w:br/>
        <w:t>То ви ревниві, дон Дієго! Муж мій&lt;br /&gt;</w:t>
        <w:br/>
        <w:t>I в гробі мучить вас.</w:t>
      </w:r>
    </w:p>
    <w:p>
      <w:r>
        <w:br/>
        <w:t>Дон Гуан</w:t>
      </w:r>
    </w:p>
    <w:p>
      <w:r>
        <w:br/>
        <w:t>Я не повинен&lt;br /&gt;</w:t>
        <w:br/>
        <w:t>Вас ревнувати: ви його обрали.</w:t>
      </w:r>
    </w:p>
    <w:p>
      <w:r>
        <w:br/>
        <w:t>Донна Анна</w:t>
      </w:r>
    </w:p>
    <w:p>
      <w:r>
        <w:br/>
        <w:t>Ні, з дон Альваром взяти шлюб мені&lt;br /&gt;</w:t>
        <w:br/>
        <w:t>Веліла мати. Ми були убогі,&lt;br /&gt;</w:t>
        <w:br/>
        <w:t>А дон Альвар — багатий.</w:t>
      </w:r>
    </w:p>
    <w:p>
      <w:r>
        <w:br/>
        <w:t>Дон Гуан</w:t>
      </w:r>
    </w:p>
    <w:p>
      <w:r>
        <w:br/>
        <w:t>Щастя мав!&lt;br /&gt;</w:t>
        <w:br/>
        <w:t>Скарби порожні він до ніг богині&lt;br /&gt;</w:t>
        <w:br/>
        <w:t>Зложив — от чим досяг він раювання!&lt;br /&gt;</w:t>
        <w:br/>
        <w:t>Якби я перше вас пізнав, як радо&lt;br /&gt;</w:t>
        <w:br/>
        <w:t>Мій славний стан, багатства — все б віддав,&lt;br /&gt;</w:t>
        <w:br/>
        <w:t>Все за єдиний ваш ласкавий погляд!&lt;br /&gt;</w:t>
        <w:br/>
        <w:t>Скорявся б я небесній вашій волі,&lt;br /&gt;</w:t>
        <w:br/>
        <w:t>Як раб! Всі ваші примхи я пізнав би,&lt;br /&gt;</w:t>
        <w:br/>
        <w:t>Щоб їх запобігати, щоб життя&lt;br /&gt;</w:t>
        <w:br/>
        <w:t>Вам чарівною казкою здавалось!&lt;br /&gt;</w:t>
        <w:br/>
        <w:t>Але, на жаль, мені судилось інше!</w:t>
      </w:r>
    </w:p>
    <w:p>
      <w:r>
        <w:br/>
        <w:t>Донна Анна</w:t>
      </w:r>
    </w:p>
    <w:p>
      <w:r>
        <w:br/>
        <w:t>Дієго, досить! Слухаючи вас,&lt;br /&gt;</w:t>
        <w:br/>
        <w:t>Я мимохіть грішу — мені не вільно&lt;br /&gt;</w:t>
        <w:br/>
        <w:t>Кохати вас, бо удова повинна&lt;br /&gt;</w:t>
        <w:br/>
        <w:t>I домовині вірною зостатись.&lt;br /&gt;</w:t>
        <w:br/>
        <w:t>Коли б же знали ви, як дон Альвар&lt;br /&gt;</w:t>
        <w:br/>
        <w:t>Мене кохав! О, дон Альвар вже певно&lt;br /&gt;</w:t>
        <w:br/>
        <w:t>Закоханої дами не прийняв би&lt;br /&gt;</w:t>
        <w:br/>
        <w:t>У себе в домі, бувши удівцем,&lt;br /&gt;</w:t>
        <w:br/>
        <w:t>Він був би вірним шлюбному коханню.</w:t>
      </w:r>
    </w:p>
    <w:p>
      <w:r>
        <w:br/>
        <w:t>Дон Гуан</w:t>
      </w:r>
    </w:p>
    <w:p>
      <w:r>
        <w:br/>
        <w:t>Не мучте серця, донно Анно, вічним&lt;br /&gt;</w:t>
        <w:br/>
        <w:t>Нагадуванням про свою дружину.&lt;br /&gt;</w:t>
        <w:br/>
        <w:t>Доволі з мене кари, хоч на кару&lt;br /&gt;</w:t>
        <w:br/>
        <w:t>Від вас і заслужив я, може.</w:t>
      </w:r>
    </w:p>
    <w:p>
      <w:r>
        <w:br/>
        <w:t>Донна Анна</w:t>
      </w:r>
    </w:p>
    <w:p>
      <w:r>
        <w:br/>
        <w:t>Чим?&lt;br /&gt;</w:t>
        <w:br/>
        <w:t>Вас путами не зв'язано святими&lt;br /&gt;</w:t>
        <w:br/>
        <w:t>Ні з ким, хіба не правда? Покохавши&lt;br /&gt;</w:t>
        <w:br/>
        <w:t>Мене, ви проти мене й проти неба&lt;br /&gt;</w:t>
        <w:br/>
        <w:t>Не винні.</w:t>
      </w:r>
    </w:p>
    <w:p>
      <w:r>
        <w:br/>
        <w:t>Дон Гуан</w:t>
      </w:r>
    </w:p>
    <w:p>
      <w:r>
        <w:br/>
        <w:t>Боже! Проти вас!</w:t>
      </w:r>
    </w:p>
    <w:p>
      <w:r>
        <w:br/>
        <w:t>Донна Анна</w:t>
      </w:r>
    </w:p>
    <w:p>
      <w:r>
        <w:br/>
        <w:t>Хіба&lt;br /&gt;</w:t>
        <w:br/>
        <w:t>Ви винні проти мене? То скажіть же —&lt;br /&gt;</w:t>
        <w:br/>
        <w:t>Чим?</w:t>
      </w:r>
    </w:p>
    <w:p>
      <w:r>
        <w:br/>
        <w:t>Дон Гуан</w:t>
      </w:r>
    </w:p>
    <w:p>
      <w:r>
        <w:br/>
        <w:t>Ні, ніколи!</w:t>
      </w:r>
    </w:p>
    <w:p>
      <w:r>
        <w:br/>
        <w:t>Донна Анна</w:t>
      </w:r>
    </w:p>
    <w:p>
      <w:r>
        <w:br/>
        <w:t>Що таке, Дієго?&lt;br /&gt;</w:t>
        <w:br/>
        <w:t>Ви проти мене винні? Чим, скажіть.</w:t>
      </w:r>
    </w:p>
    <w:p>
      <w:r>
        <w:br/>
        <w:t>Дон Гуан</w:t>
      </w:r>
    </w:p>
    <w:p>
      <w:r>
        <w:br/>
        <w:t>Ні, ні, нізащо!</w:t>
      </w:r>
    </w:p>
    <w:p>
      <w:r>
        <w:br/>
        <w:t>Донна Анна</w:t>
      </w:r>
    </w:p>
    <w:p>
      <w:r>
        <w:br/>
        <w:t>Це, Дієго, дивно.&lt;br /&gt;</w:t>
        <w:br/>
        <w:t>Я прошу вас, від вас жадаю...</w:t>
      </w:r>
    </w:p>
    <w:p>
      <w:r>
        <w:br/>
        <w:t>Дон Гуан</w:t>
      </w:r>
    </w:p>
    <w:p>
      <w:r>
        <w:br/>
        <w:t>Ні.</w:t>
      </w:r>
    </w:p>
    <w:p>
      <w:r>
        <w:br/>
        <w:t>Донна Анна</w:t>
      </w:r>
    </w:p>
    <w:p>
      <w:r>
        <w:br/>
        <w:t>А! Ось як ви моїй покірні волі,&lt;br /&gt;</w:t>
        <w:br/>
        <w:t>А що мені ви зараз говорили?&lt;br /&gt;</w:t>
        <w:br/>
        <w:t>Що ви б хотіли статъ моїм рабом.&lt;br /&gt;</w:t>
        <w:br/>
        <w:t>Дієго, я розгніваюсь: кажіть,&lt;br /&gt;</w:t>
        <w:br/>
        <w:t>Чим проти мене винні ви?</w:t>
      </w:r>
    </w:p>
    <w:p>
      <w:r>
        <w:br/>
        <w:t>Дон Гуан</w:t>
      </w:r>
    </w:p>
    <w:p>
      <w:r>
        <w:br/>
        <w:t>Не смію:&lt;br /&gt;</w:t>
        <w:br/>
        <w:t>Тоді мене зненавидите ви.</w:t>
      </w:r>
    </w:p>
    <w:p>
      <w:r>
        <w:br/>
        <w:t>Донна Анна</w:t>
      </w:r>
    </w:p>
    <w:p>
      <w:r>
        <w:br/>
        <w:t>Ні, ні! Я вас заздалегідь прощаю,&lt;br /&gt;</w:t>
        <w:br/>
        <w:t>Але я знати хочу.</w:t>
      </w:r>
    </w:p>
    <w:p>
      <w:r>
        <w:br/>
        <w:t>Дон Гуан</w:t>
      </w:r>
    </w:p>
    <w:p>
      <w:r>
        <w:br/>
        <w:t>Не бажайте&lt;br /&gt;</w:t>
        <w:br/>
        <w:t>Страшну, убийчу таємницю знать.</w:t>
      </w:r>
    </w:p>
    <w:p>
      <w:r>
        <w:br/>
        <w:t>Донна Анна</w:t>
      </w:r>
    </w:p>
    <w:p>
      <w:r>
        <w:br/>
        <w:t>Страшну! Ви мучите мене, Дієго:&lt;br /&gt;</w:t>
        <w:br/>
        <w:t>Я страх яка цікава, — що таке?&lt;br /&gt;</w:t>
        <w:br/>
        <w:t>I як образити мене могли ви?&lt;br /&gt;</w:t>
        <w:br/>
        <w:t>Я вас не знала. Ворогів у мене&lt;br /&gt;</w:t>
        <w:br/>
        <w:t>Нема і не було. Убійник мужа&lt;br /&gt;</w:t>
        <w:br/>
        <w:t>Один і є.</w:t>
      </w:r>
    </w:p>
    <w:p>
      <w:r>
        <w:br/>
        <w:t>Дон Гуан</w:t>
      </w:r>
    </w:p>
    <w:p>
      <w:r>
        <w:br/>
        <w:t>(про себе)</w:t>
      </w:r>
    </w:p>
    <w:p>
      <w:r>
        <w:br/>
        <w:t>Іде до краю справа!&lt;br /&gt;</w:t>
        <w:br/>
        <w:t>Скажіть мені: нещасний Дон Гуан&lt;br /&gt;</w:t>
        <w:br/>
        <w:t>Вам не знайомий?</w:t>
      </w:r>
    </w:p>
    <w:p>
      <w:r>
        <w:br/>
        <w:t>Донна Анна</w:t>
      </w:r>
    </w:p>
    <w:p>
      <w:r>
        <w:br/>
        <w:t>Ні, його я зроду&lt;br /&gt;</w:t>
        <w:br/>
        <w:t>Не бачила.</w:t>
      </w:r>
    </w:p>
    <w:p>
      <w:r>
        <w:br/>
        <w:t>Дон Гуан</w:t>
      </w:r>
    </w:p>
    <w:p>
      <w:r>
        <w:br/>
        <w:t>В душі у вас до нього&lt;br /&gt;</w:t>
        <w:br/>
        <w:t>Є ворожнеча?</w:t>
      </w:r>
    </w:p>
    <w:p>
      <w:r>
        <w:br/>
        <w:t>Донна Анна</w:t>
      </w:r>
    </w:p>
    <w:p>
      <w:r>
        <w:br/>
        <w:t>З обов'язку честі.&lt;br /&gt;</w:t>
        <w:br/>
        <w:t>Але ви одхиляєте мене&lt;br /&gt;</w:t>
        <w:br/>
        <w:t>Від мого запитання, дон Дієго, —&lt;br /&gt;</w:t>
        <w:br/>
        <w:t>Я вимагаю...</w:t>
      </w:r>
    </w:p>
    <w:p>
      <w:r>
        <w:br/>
        <w:t>Дон Гуан</w:t>
      </w:r>
    </w:p>
    <w:p>
      <w:r>
        <w:br/>
        <w:t>Що, якби зустріли&lt;br /&gt;</w:t>
        <w:br/>
        <w:t>Ви Дон Гуана?</w:t>
      </w:r>
    </w:p>
    <w:p>
      <w:r>
        <w:br/>
        <w:t>Донна Анна</w:t>
      </w:r>
    </w:p>
    <w:p>
      <w:r>
        <w:br/>
        <w:t>Я б тоді злочинцю&lt;br /&gt;</w:t>
        <w:br/>
        <w:t>Кинджал всадила в серце.</w:t>
      </w:r>
    </w:p>
    <w:p>
      <w:r>
        <w:br/>
        <w:t>Дон Гуан</w:t>
      </w:r>
    </w:p>
    <w:p>
      <w:r>
        <w:br/>
        <w:t>Донно Анно,&lt;br /&gt;</w:t>
        <w:br/>
        <w:t>Де твій кинджал? Те серце ось.</w:t>
      </w:r>
    </w:p>
    <w:p>
      <w:r>
        <w:br/>
        <w:t>Донна Анна</w:t>
      </w:r>
    </w:p>
    <w:p>
      <w:r>
        <w:br/>
        <w:t>Дієго!&lt;br /&gt;</w:t>
        <w:br/>
        <w:t>Що ви?</w:t>
      </w:r>
    </w:p>
    <w:p>
      <w:r>
        <w:br/>
        <w:t>Дон Гуан</w:t>
      </w:r>
    </w:p>
    <w:p>
      <w:r>
        <w:br/>
        <w:t>Я не Дієго — я Гуан.</w:t>
      </w:r>
    </w:p>
    <w:p>
      <w:r>
        <w:br/>
        <w:t>Донна Анна</w:t>
      </w:r>
    </w:p>
    <w:p>
      <w:r>
        <w:br/>
        <w:t>О Боже! Ні, цього не може бути,&lt;br /&gt;</w:t>
        <w:br/>
        <w:t>Не вірю, ні...</w:t>
      </w:r>
    </w:p>
    <w:p>
      <w:r>
        <w:br/>
        <w:t>Дон Гуан</w:t>
      </w:r>
    </w:p>
    <w:p>
      <w:r>
        <w:br/>
        <w:t>Я Дон Гуан.</w:t>
      </w:r>
    </w:p>
    <w:p>
      <w:r>
        <w:br/>
        <w:t>Донна Анна</w:t>
      </w:r>
    </w:p>
    <w:p>
      <w:r>
        <w:br/>
        <w:t>Неправда.</w:t>
      </w:r>
    </w:p>
    <w:p>
      <w:r>
        <w:br/>
        <w:t>Дон Гуан</w:t>
      </w:r>
    </w:p>
    <w:p>
      <w:r>
        <w:br/>
        <w:t>Я твого мужа вбив і не шкодую,&lt;br /&gt;</w:t>
        <w:br/>
        <w:t>І каяття в душі моїй нема.</w:t>
      </w:r>
    </w:p>
    <w:p>
      <w:r>
        <w:br/>
        <w:t>Донна Анна</w:t>
      </w:r>
    </w:p>
    <w:p>
      <w:r>
        <w:br/>
        <w:t>Що чую я? Ні, ні, не може бути.</w:t>
      </w:r>
    </w:p>
    <w:p>
      <w:r>
        <w:br/>
        <w:t>Дон Гуан</w:t>
      </w:r>
    </w:p>
    <w:p>
      <w:r>
        <w:br/>
        <w:t>Я Дон Гуан, і я тебе люблю!</w:t>
      </w:r>
    </w:p>
    <w:p>
      <w:r>
        <w:br/>
        <w:t>Донна Анна</w:t>
      </w:r>
    </w:p>
    <w:p>
      <w:r>
        <w:br/>
        <w:t>(падаючи)</w:t>
      </w:r>
    </w:p>
    <w:p>
      <w:r>
        <w:br/>
        <w:t>Де, де я?.. Ох!.. Я млію, млію!</w:t>
      </w:r>
    </w:p>
    <w:p>
      <w:r>
        <w:br/>
        <w:t>Дон Гуан</w:t>
      </w:r>
    </w:p>
    <w:p>
      <w:r>
        <w:br/>
        <w:t>Небо!&lt;br /&gt;</w:t>
        <w:br/>
        <w:t>Що з нею? Що з тобою, донно Анно!&lt;br /&gt;</w:t>
        <w:br/>
        <w:t>Прокиньсь, опам'ятайся: твій Дієго,&lt;br /&gt;</w:t>
        <w:br/>
        <w:t>Твій раб край ніг твоїх!</w:t>
      </w:r>
    </w:p>
    <w:p>
      <w:r>
        <w:br/>
        <w:t>Донна Анна</w:t>
      </w:r>
    </w:p>
    <w:p>
      <w:r>
        <w:br/>
        <w:t>Покинь мене.</w:t>
      </w:r>
    </w:p>
    <w:p>
      <w:r>
        <w:br/>
        <w:t>(Мляво)</w:t>
      </w:r>
    </w:p>
    <w:p>
      <w:r>
        <w:br/>
        <w:t>Ти, ти мій ворог: ти відняв у мене&lt;br /&gt;</w:t>
        <w:br/>
        <w:t>Все, що в житті було...</w:t>
      </w:r>
    </w:p>
    <w:p>
      <w:r>
        <w:br/>
        <w:t>Дон Гуан</w:t>
      </w:r>
    </w:p>
    <w:p>
      <w:r>
        <w:br/>
        <w:t>Створіння любе!&lt;br /&gt;</w:t>
        <w:br/>
        <w:t>Я всім готов удар мій відкупить,&lt;br /&gt;</w:t>
        <w:br/>
        <w:t>До ніг припавши, жду твого наказу:&lt;br /&gt;</w:t>
        <w:br/>
        <w:t>Звели — умру, звели — я дихать буду&lt;br /&gt;</w:t>
        <w:br/>
        <w:t>Для тебе лиш...</w:t>
      </w:r>
    </w:p>
    <w:p>
      <w:r>
        <w:br/>
        <w:t>Донна Анна</w:t>
      </w:r>
    </w:p>
    <w:p>
      <w:r>
        <w:br/>
        <w:t>Так ось той Дон Гуан...</w:t>
      </w:r>
    </w:p>
    <w:p>
      <w:r>
        <w:br/>
        <w:t>Дон Гуан</w:t>
      </w:r>
    </w:p>
    <w:p>
      <w:r>
        <w:br/>
        <w:t>А правда, вам його намалювали&lt;br /&gt;</w:t>
        <w:br/>
        <w:t>Злочинцем, нелюдом? О донно Анно,&lt;br /&gt;</w:t>
        <w:br/>
        <w:t>Чутки ті, може, в дечому й правдиві;&lt;br /&gt;</w:t>
        <w:br/>
        <w:t>На стомленім сумлінні, може, зла&lt;br /&gt;</w:t>
        <w:br/>
        <w:t>Багато залягло; але відтоді,&lt;br /&gt;</w:t>
        <w:br/>
        <w:t>Як вас побачив я, все одмінилось:&lt;br /&gt;</w:t>
        <w:br/>
        <w:t>Здається, я на світ родився знов!&lt;br /&gt;</w:t>
        <w:br/>
        <w:t>Вас полюбивши, я люблю чесноту —&lt;br /&gt;</w:t>
        <w:br/>
        <w:t>I в перший раз смиренно перед нею&lt;br /&gt;</w:t>
        <w:br/>
        <w:t>Згинаю, тремтячи, свої коліна.</w:t>
      </w:r>
    </w:p>
    <w:p>
      <w:r>
        <w:br/>
        <w:t>Донна Анна</w:t>
      </w:r>
    </w:p>
    <w:p>
      <w:r>
        <w:br/>
        <w:t>О, Дон Гуан, я знаю, — красномовний!&lt;br /&gt;</w:t>
        <w:br/>
        <w:t>Я чула: він лукавий чоловік...&lt;br /&gt;</w:t>
        <w:br/>
        <w:t>Ви, кажуть люди, — баламут безбожний,&lt;br /&gt;</w:t>
        <w:br/>
        <w:t>Ви сутий демон. Скільки ви нещасних&lt;br /&gt;</w:t>
        <w:br/>
        <w:t>Жінок звели?</w:t>
      </w:r>
    </w:p>
    <w:p>
      <w:r>
        <w:br/>
        <w:t>Дон Гуан</w:t>
      </w:r>
    </w:p>
    <w:p>
      <w:r>
        <w:br/>
        <w:t>Ні одної з них досі&lt;br /&gt;</w:t>
        <w:br/>
        <w:t>Я не кохав.</w:t>
      </w:r>
    </w:p>
    <w:p>
      <w:r>
        <w:br/>
        <w:t>Донна Анна</w:t>
      </w:r>
    </w:p>
    <w:p>
      <w:r>
        <w:br/>
        <w:t>I я тому повірю,&lt;br /&gt;</w:t>
        <w:br/>
        <w:t>Щоб Дон Гуан уперше закохався,&lt;br /&gt;</w:t>
        <w:br/>
        <w:t>Щоб не шукав нової жертви він!</w:t>
      </w:r>
    </w:p>
    <w:p>
      <w:r>
        <w:br/>
        <w:t>Дон Гуан</w:t>
      </w:r>
    </w:p>
    <w:p>
      <w:r>
        <w:br/>
        <w:t>Якби я туманити вас хотів,&lt;br /&gt;</w:t>
        <w:br/>
        <w:t>Чи я признався б і назвав би вам&lt;br /&gt;</w:t>
        <w:br/>
        <w:t>Ім'я те, що не можете ви чути?&lt;br /&gt;</w:t>
        <w:br/>
        <w:t>В чім тут ознаки намислу, лукавства?</w:t>
      </w:r>
    </w:p>
    <w:p>
      <w:r>
        <w:br/>
        <w:t>Донна Анна</w:t>
      </w:r>
    </w:p>
    <w:p>
      <w:r>
        <w:br/>
        <w:t>Хто розбере вас? Тільки ж як могли ви&lt;br /&gt;</w:t>
        <w:br/>
        <w:t>Сюди прийти, вас тут могли впізнать —&lt;br /&gt;</w:t>
        <w:br/>
        <w:t>I не минути б вам лихої смерті.</w:t>
      </w:r>
    </w:p>
    <w:p>
      <w:r>
        <w:br/>
        <w:t>Дон Гуан</w:t>
      </w:r>
    </w:p>
    <w:p>
      <w:r>
        <w:br/>
        <w:t>Що смерть? За мить побачення такого&lt;br /&gt;</w:t>
        <w:br/>
        <w:t>Я без вагання дам життя.</w:t>
      </w:r>
    </w:p>
    <w:p>
      <w:r>
        <w:br/>
        <w:t>Донна Анна</w:t>
      </w:r>
    </w:p>
    <w:p>
      <w:r>
        <w:br/>
        <w:t>А як же&lt;br /&gt;</w:t>
        <w:br/>
        <w:t>Ви звідси вийдете, необережний?</w:t>
      </w:r>
    </w:p>
    <w:p>
      <w:r>
        <w:br/>
        <w:t>Дон Гуан</w:t>
      </w:r>
    </w:p>
    <w:p>
      <w:r>
        <w:br/>
        <w:t>(цілує її руки)</w:t>
      </w:r>
    </w:p>
    <w:p>
      <w:r>
        <w:br/>
        <w:t>I ви за долю бідного Гуана&lt;br /&gt;</w:t>
        <w:br/>
        <w:t>В тривозі! Так ненависті нема&lt;br /&gt;</w:t>
        <w:br/>
        <w:t>В душі твоїй небесній, донно Анно?</w:t>
      </w:r>
    </w:p>
    <w:p>
      <w:r>
        <w:br/>
        <w:t>Донна Анна</w:t>
      </w:r>
    </w:p>
    <w:p>
      <w:r>
        <w:br/>
        <w:t>Ох, Боже мій, якби ж то я могла&lt;br /&gt;</w:t>
        <w:br/>
        <w:t>Ненавидіти вас! Але вже треба&lt;br /&gt;</w:t>
        <w:br/>
        <w:t>Розстатись нам.</w:t>
      </w:r>
    </w:p>
    <w:p>
      <w:r>
        <w:br/>
        <w:t>Дон Гуан</w:t>
      </w:r>
    </w:p>
    <w:p>
      <w:r>
        <w:br/>
        <w:t>Коли ж, коли ми знову&lt;br /&gt;</w:t>
        <w:br/>
        <w:t>Побачимось?</w:t>
      </w:r>
    </w:p>
    <w:p>
      <w:r>
        <w:br/>
        <w:t>Донна Анна</w:t>
      </w:r>
    </w:p>
    <w:p>
      <w:r>
        <w:br/>
        <w:t>Не знаю, коли-небудь.</w:t>
      </w:r>
    </w:p>
    <w:p>
      <w:r>
        <w:br/>
        <w:t>Дон Гуан</w:t>
      </w:r>
    </w:p>
    <w:p>
      <w:r>
        <w:br/>
        <w:t>А завтра?</w:t>
      </w:r>
    </w:p>
    <w:p>
      <w:r>
        <w:br/>
        <w:t>Донна Анна</w:t>
      </w:r>
    </w:p>
    <w:p>
      <w:r>
        <w:br/>
        <w:t>Де ж?</w:t>
      </w:r>
    </w:p>
    <w:p>
      <w:r>
        <w:br/>
        <w:t>Дон Гуан</w:t>
      </w:r>
    </w:p>
    <w:p>
      <w:r>
        <w:br/>
        <w:t>Ось тут.</w:t>
      </w:r>
    </w:p>
    <w:p>
      <w:r>
        <w:br/>
        <w:t>Донна Анна</w:t>
      </w:r>
    </w:p>
    <w:p>
      <w:r>
        <w:br/>
        <w:t>О Дон Гуане,&lt;br /&gt;</w:t>
        <w:br/>
        <w:t>Яка на серце я слабка!</w:t>
      </w:r>
    </w:p>
    <w:p>
      <w:r>
        <w:br/>
        <w:t>Дон Гуан</w:t>
      </w:r>
    </w:p>
    <w:p>
      <w:r>
        <w:br/>
        <w:t>Тепер&lt;br /&gt;</w:t>
        <w:br/>
        <w:t>На знак прощення мирний поцілунок...</w:t>
      </w:r>
    </w:p>
    <w:p>
      <w:r>
        <w:br/>
        <w:t>Донна Анна</w:t>
      </w:r>
    </w:p>
    <w:p>
      <w:r>
        <w:br/>
        <w:t>Іди, пора.</w:t>
      </w:r>
    </w:p>
    <w:p>
      <w:r>
        <w:br/>
        <w:t>Дон Гуан</w:t>
      </w:r>
    </w:p>
    <w:p>
      <w:r>
        <w:br/>
        <w:t>Один, холодний, мирний...</w:t>
      </w:r>
    </w:p>
    <w:p>
      <w:r>
        <w:br/>
        <w:t>Донна Анна</w:t>
      </w:r>
    </w:p>
    <w:p>
      <w:r>
        <w:br/>
        <w:t>Який настирливий! Та на вже, ось...</w:t>
      </w:r>
    </w:p>
    <w:p>
      <w:r>
        <w:br/>
        <w:t>Стукають.</w:t>
      </w:r>
    </w:p>
    <w:p>
      <w:r>
        <w:br/>
        <w:t>Що там за стук? Сховайся, Дон Гуане.</w:t>
      </w:r>
    </w:p>
    <w:p>
      <w:r>
        <w:br/>
        <w:t>Дон Гуан</w:t>
      </w:r>
    </w:p>
    <w:p>
      <w:r>
        <w:br/>
        <w:t>Прощай же, до побачення, кохана.</w:t>
      </w:r>
    </w:p>
    <w:p>
      <w:r>
        <w:br/>
        <w:t>(Виходитъ і вбігає знову)</w:t>
      </w:r>
    </w:p>
    <w:p>
      <w:r>
        <w:br/>
        <w:t>А!..</w:t>
      </w:r>
    </w:p>
    <w:p>
      <w:r>
        <w:br/>
        <w:t>Донна Анна</w:t>
      </w:r>
    </w:p>
    <w:p>
      <w:r>
        <w:br/>
        <w:t>Що тобі? А!..</w:t>
      </w:r>
    </w:p>
    <w:p>
      <w:r>
        <w:br/>
        <w:t>Входить статуя командора.&lt;br /&gt;</w:t>
        <w:br/>
        <w:t>Донна Анна падає.</w:t>
      </w:r>
    </w:p>
    <w:p>
      <w:r>
        <w:br/>
        <w:t>Статуя</w:t>
      </w:r>
    </w:p>
    <w:p>
      <w:r>
        <w:br/>
        <w:t>Я прийшов на заклик.</w:t>
      </w:r>
    </w:p>
    <w:p>
      <w:r>
        <w:br/>
        <w:t>Дон Гуан</w:t>
      </w:r>
    </w:p>
    <w:p>
      <w:r>
        <w:br/>
        <w:t>О Боже! Донно Анно!</w:t>
      </w:r>
    </w:p>
    <w:p>
      <w:r>
        <w:br/>
        <w:t>Статуя</w:t>
      </w:r>
    </w:p>
    <w:p>
      <w:r>
        <w:br/>
        <w:t>Кинь її,&lt;br /&gt;</w:t>
        <w:br/>
        <w:t>Все скінчено. Дрижиш ти, Дон Гуане?</w:t>
      </w:r>
    </w:p>
    <w:p>
      <w:r>
        <w:br/>
        <w:t>Дон Гуан</w:t>
      </w:r>
    </w:p>
    <w:p>
      <w:r>
        <w:br/>
        <w:t>Я? Ні!.. Я запросив тебе і радий,&lt;br /&gt;</w:t>
        <w:br/>
        <w:t>Що бачу.</w:t>
      </w:r>
    </w:p>
    <w:p>
      <w:r>
        <w:br/>
        <w:t>Статуя</w:t>
      </w:r>
    </w:p>
    <w:p>
      <w:r>
        <w:br/>
        <w:t>Руку.</w:t>
      </w:r>
    </w:p>
    <w:p>
      <w:r>
        <w:br/>
        <w:t>Дон Гуан</w:t>
      </w:r>
    </w:p>
    <w:p>
      <w:r>
        <w:br/>
        <w:t>Ось вона... О, тяжко&lt;br /&gt;</w:t>
        <w:br/>
        <w:t>Стискає кам'яна його правиця!&lt;br /&gt;</w:t>
        <w:br/>
        <w:t>Лиши мене, пусти, пусти ж бо руку!..&lt;br /&gt;</w:t>
        <w:br/>
        <w:t>Я гину, край всьому, — о донно Анно!..</w:t>
      </w:r>
    </w:p>
    <w:p>
      <w:r>
        <w:br/>
        <w:t>Западаються.</w:t>
      </w:r>
    </w:p>
    <w:p>
      <w:r>
        <w:br/>
        <w:t>* Лепорелло: О люба статує великого Командора! О пане!&lt;br /&gt;</w:t>
        <w:br/>
        <w:t>"Дон Жуан" (іт.).</w:t>
      </w:r>
    </w:p>
    <w:p>
      <w:r>
        <w:br/>
        <w:t>&lt;blockquote class="cita" style='text-align:left'&gt;БЕНКЕТ У ЧУМУ</w:t>
      </w:r>
    </w:p>
    <w:p>
      <w:r>
        <w:br/>
        <w:t>Олександр Пушкін&lt;br /&gt;</w:t>
        <w:br/>
        <w:t>Бенкет у чуму</w:t>
      </w:r>
    </w:p>
    <w:p>
      <w:r>
        <w:br/>
        <w:t>Перекладач: М. Рильський&lt;/blockquote&gt;</w:t>
      </w:r>
    </w:p>
    <w:p>
      <w:r>
        <w:br/>
        <w:t>&lt;blockquote&gt;Уривок з Вільсонової трагедії&lt;/blockquote&gt;</w:t>
      </w:r>
    </w:p>
    <w:p>
      <w:r>
        <w:br/>
        <w:t>"The city of the plaque"1</w:t>
      </w:r>
    </w:p>
    <w:p>
      <w:r>
        <w:br/>
        <w:t>Вулиця. Накритий стіл. За столом бенкетує&lt;br /&gt;</w:t>
        <w:br/>
        <w:t>декілька жінок та чоловіків.</w:t>
      </w:r>
    </w:p>
    <w:p>
      <w:r>
        <w:br/>
        <w:t>Молодий чоловік</w:t>
      </w:r>
    </w:p>
    <w:p>
      <w:r>
        <w:br/>
        <w:t>Шановний голово! я нагадаю&lt;br /&gt;</w:t>
        <w:br/>
        <w:t>Про того тут, кого ми добре знали,&lt;br /&gt;</w:t>
        <w:br/>
        <w:t>Чиї слівця, цікаві приповістки,&lt;br /&gt;</w:t>
        <w:br/>
        <w:t>Дотепні жарти, відповіді влучні,&lt;br /&gt;</w:t>
        <w:br/>
        <w:t>Ущипливі в поважності забавній,&lt;br /&gt;</w:t>
        <w:br/>
        <w:t>Бенкети наші сміхом приправляли&lt;br /&gt;</w:t>
        <w:br/>
        <w:t>І гнали морок, що чума безжальна,&lt;br /&gt;</w:t>
        <w:br/>
        <w:t>Негадано в гостину завітавши,&lt;br /&gt;</w:t>
        <w:br/>
        <w:t>На найясніші посила уми.&lt;br /&gt;</w:t>
        <w:br/>
        <w:t>Два дні тому, як вигадками тішив&lt;br /&gt;</w:t>
        <w:br/>
        <w:t>Він збори наші; тож не може буть,&lt;br /&gt;</w:t>
        <w:br/>
        <w:t>Щоб ми на цім гулянні безтурботнім&lt;br /&gt;</w:t>
        <w:br/>
        <w:t>Забули Джаксона! Його тут крісло&lt;br /&gt;</w:t>
        <w:br/>
        <w:t>Стоїть порожнє, ніби дожидає&lt;br /&gt;</w:t>
        <w:br/>
        <w:t>Веселуна — а він пішов уже&lt;br /&gt;</w:t>
        <w:br/>
        <w:t>У попідземні селища холодні...&lt;br /&gt;</w:t>
        <w:br/>
        <w:t>Ніколи красномовніший язик&lt;br /&gt;</w:t>
        <w:br/>
        <w:t>Не замовкав іще у домовині;&lt;br /&gt;</w:t>
        <w:br/>
        <w:t>Та ми тим часом живемо, і нам&lt;br /&gt;</w:t>
        <w:br/>
        <w:t>Нема чого смутитися. Дзвінкі&lt;br /&gt;</w:t>
        <w:br/>
        <w:t>Візьмемо кубки, в вигуках веселих&lt;br /&gt;</w:t>
        <w:br/>
        <w:t>Згадаймо Джаксона, немов між нами&lt;br /&gt;</w:t>
        <w:br/>
        <w:t>І досі він живий!..</w:t>
      </w:r>
    </w:p>
    <w:p>
      <w:r>
        <w:br/>
        <w:t>Голова бенкету</w:t>
      </w:r>
    </w:p>
    <w:p>
      <w:r>
        <w:br/>
        <w:t>Покинув перший&lt;br /&gt;</w:t>
        <w:br/>
        <w:t>Він коло наше, і тому в мовчанні&lt;br /&gt;</w:t>
        <w:br/>
        <w:t>Ми вип'єм в честь його.</w:t>
      </w:r>
    </w:p>
    <w:p>
      <w:r>
        <w:br/>
        <w:t>Молодий чоловік</w:t>
      </w:r>
    </w:p>
    <w:p>
      <w:r>
        <w:br/>
        <w:t>Хай буде так!</w:t>
      </w:r>
    </w:p>
    <w:p>
      <w:r>
        <w:br/>
        <w:t>Усі п'ють мовчки.</w:t>
      </w:r>
    </w:p>
    <w:p>
      <w:r>
        <w:br/>
        <w:t>Голова</w:t>
      </w:r>
    </w:p>
    <w:p>
      <w:r>
        <w:br/>
        <w:t>Твій голос, дівчино, у рідних співах&lt;br /&gt;</w:t>
        <w:br/>
        <w:t>Дійшов межі довершеності. Пісню&lt;br /&gt;</w:t>
        <w:br/>
        <w:t>Зачни нам, Мері, дику і тужливу,&lt;br /&gt;</w:t>
        <w:br/>
        <w:t>Щоб потім ми в веселощі пірнули&lt;br /&gt;</w:t>
        <w:br/>
        <w:t>Ще запальніш, як той, хто в дивнім сні&lt;br /&gt;</w:t>
        <w:br/>
        <w:t>Був розлучився з нашою землею.</w:t>
      </w:r>
    </w:p>
    <w:p>
      <w:r>
        <w:br/>
        <w:t>Мері</w:t>
      </w:r>
    </w:p>
    <w:p>
      <w:r>
        <w:br/>
        <w:t>(співає)</w:t>
      </w:r>
    </w:p>
    <w:p>
      <w:r>
        <w:br/>
        <w:t>Мирна праця, втіхи милі&lt;br /&gt;</w:t>
        <w:br/>
        <w:t>В краї нашому цвіли.&lt;br /&gt;</w:t>
        <w:br/>
        <w:t>Юрми люду щонеділі&lt;br /&gt;</w:t>
        <w:br/>
        <w:t>До церков побожно йшли;&lt;br /&gt;</w:t>
        <w:br/>
        <w:t>Наших діточок у школі&lt;br /&gt;</w:t>
        <w:br/>
        <w:t>Щебетали голоси,&lt;br /&gt;</w:t>
        <w:br/>
        <w:t>І з серпом блищала в полі&lt;br /&gt;</w:t>
        <w:br/>
        <w:t>Криця гострої коси.&lt;br /&gt;</w:t>
        <w:br/>
        <w:t>Та тепер — заперто школу,&lt;br /&gt;</w:t>
        <w:br/>
        <w:t>Обезлюділи церкви,&lt;br /&gt;</w:t>
        <w:br/>
        <w:t>Жито клониться додолу,&lt;br /&gt;</w:t>
        <w:br/>
        <w:t>Ліс мовчить, як неживий.&lt;br /&gt;</w:t>
        <w:br/>
        <w:t>На селі людей немає,&lt;br /&gt;</w:t>
        <w:br/>
        <w:t>Мов пожежа перейшла,—&lt;br /&gt;</w:t>
        <w:br/>
        <w:t>Тільки цвинтар всіх приймає&lt;br /&gt;</w:t>
        <w:br/>
        <w:t>До останнього житла.</w:t>
      </w:r>
    </w:p>
    <w:p>
      <w:r>
        <w:br/>
        <w:t>Щохвилини мертвих носять,&lt;br /&gt;</w:t>
        <w:br/>
        <w:t>А моління ще живих&lt;br /&gt;</w:t>
        <w:br/>
        <w:t>Крізь ридання бога просять&lt;br /&gt;</w:t>
        <w:br/>
        <w:t>Упокоїть душі їх!&lt;br /&gt;</w:t>
        <w:br/>
        <w:t>Щохвилини інше тіло&lt;br /&gt;</w:t>
        <w:br/>
        <w:t>Похорону дожида,&lt;br /&gt;</w:t>
        <w:br/>
        <w:t>І збиваються могили,&lt;br /&gt;</w:t>
        <w:br/>
        <w:t>Наче в бурю череда!</w:t>
      </w:r>
    </w:p>
    <w:p>
      <w:r>
        <w:br/>
        <w:t>Як судила доля рано&lt;br /&gt;</w:t>
        <w:br/>
        <w:t>Одцвісти моїй весні,&lt;br /&gt;</w:t>
        <w:br/>
        <w:t>Я молю тебе, коханий,&lt;br /&gt;</w:t>
        <w:br/>
        <w:t>Ти не суджений мені:&lt;br /&gt;</w:t>
        <w:br/>
        <w:t>Не цілуй у мертві губи,&lt;br /&gt;</w:t>
        <w:br/>
        <w:t>Не доторкуйся руки,—&lt;br /&gt;</w:t>
        <w:br/>
        <w:t>Проведи в могилу, любий,&lt;br /&gt;</w:t>
        <w:br/>
        <w:t>Вірну Дженні здалеки.</w:t>
      </w:r>
    </w:p>
    <w:p>
      <w:r>
        <w:br/>
        <w:t>А тоді — покинь ці луки!&lt;br /&gt;</w:t>
        <w:br/>
        <w:t>І піди в далеку путь,&lt;br /&gt;</w:t>
        <w:br/>
        <w:t>Щоб душі безмежні муки&lt;br /&gt;</w:t>
        <w:br/>
        <w:t>Десь розвіять і забуть.&lt;br /&gt;</w:t>
        <w:br/>
        <w:t>А коли чума відхлине,&lt;br /&gt;</w:t>
        <w:br/>
        <w:t>Мій німий одвідай прах,&lt;br /&gt;</w:t>
        <w:br/>
        <w:t>А Едмонда не покине&lt;br /&gt;</w:t>
        <w:br/>
        <w:t>Дженні й там, у небесах!</w:t>
      </w:r>
    </w:p>
    <w:p>
      <w:r>
        <w:br/>
        <w:t>Голова</w:t>
      </w:r>
    </w:p>
    <w:p>
      <w:r>
        <w:br/>
        <w:t>За пісню цю спасибі, люба Мері,&lt;br /&gt;</w:t>
        <w:br/>
        <w:t>За пісню, повну смутку та скорботи!&lt;br /&gt;</w:t>
        <w:br/>
        <w:t>Колись чума, як бачиться, так само&lt;br /&gt;</w:t>
        <w:br/>
        <w:t>Одвідала поля й долини ваші,—&lt;br /&gt;</w:t>
        <w:br/>
        <w:t>І стогони та зойки розлягались&lt;br /&gt;</w:t>
        <w:br/>
        <w:t>На берегах потоків і струмків,&lt;br /&gt;</w:t>
        <w:br/>
        <w:t>Що в наші дні дзюркочуть супокійно&lt;br /&gt;</w:t>
        <w:br/>
        <w:t>У дикім раї вашої землі;&lt;br /&gt;</w:t>
        <w:br/>
        <w:t>Той чорний рік, коли в страшні покоси&lt;br /&gt;</w:t>
        <w:br/>
        <w:t>Лягли одважні, чисті, молоді,—&lt;br /&gt;</w:t>
        <w:br/>
        <w:t>Яку він пам'ять по собі лишив?&lt;br /&gt;</w:t>
        <w:br/>
        <w:t>Хіба що в простій пісні відгомони,&lt;br /&gt;</w:t>
        <w:br/>
        <w:t>Тужливі та приємні. Ні! ніщо&lt;br /&gt;</w:t>
        <w:br/>
        <w:t>Так не печалить нас серед бенкету,&lt;br /&gt;</w:t>
        <w:br/>
        <w:t>Як ніжний звук, відлунений в серцях!</w:t>
      </w:r>
    </w:p>
    <w:p>
      <w:r>
        <w:br/>
        <w:t>Мері</w:t>
      </w:r>
    </w:p>
    <w:p>
      <w:r>
        <w:br/>
        <w:t>О, я б воліла не співать ніколи&lt;br /&gt;</w:t>
        <w:br/>
        <w:t>Оподаль хати вбогої батьків!&lt;br /&gt;</w:t>
        <w:br/>
        <w:t>Батьки любили слухать юну Мері,&lt;br /&gt;</w:t>
        <w:br/>
        <w:t>І я тепер неначе наслухаю&lt;br /&gt;</w:t>
        <w:br/>
        <w:t>Саму себе в далекій бідній хаті...&lt;br /&gt;</w:t>
        <w:br/>
        <w:t>Мій голос був тоді солодший: він&lt;br /&gt;</w:t>
        <w:br/>
        <w:t>Був голосом невинності.</w:t>
      </w:r>
    </w:p>
    <w:p>
      <w:r>
        <w:br/>
        <w:t>Л у ї з а</w:t>
      </w:r>
    </w:p>
    <w:p>
      <w:r>
        <w:br/>
        <w:t>Не в моді&lt;br /&gt;</w:t>
        <w:br/>
        <w:t>Тепер такі пісні. Та й досі ще&lt;br /&gt;</w:t>
        <w:br/>
        <w:t>Є прості душі: їм сльоза жіноча&lt;br /&gt;</w:t>
        <w:br/>
        <w:t>Довірливі розчулює серця.&lt;br /&gt;</w:t>
        <w:br/>
        <w:t>Здається їй, що тут ніхто не встоїть&lt;br /&gt;</w:t>
        <w:br/>
        <w:t>Перед її плачем. Коли б же сміхом&lt;br /&gt;</w:t>
        <w:br/>
        <w:t>Хотіла взяти, то, мабуть, усе&lt;br /&gt;</w:t>
        <w:br/>
        <w:t>Сміялась би. Хвалив тут Вальсінгам&lt;br /&gt;</w:t>
        <w:br/>
        <w:t>Красунь північних,— ну, вона тепер&lt;br /&gt;</w:t>
        <w:br/>
        <w:t>І розстогналася. О, ненависна&lt;br /&gt;</w:t>
        <w:br/>
        <w:t>Шотландських кіс лукава жовтизна!</w:t>
      </w:r>
    </w:p>
    <w:p>
      <w:r>
        <w:br/>
        <w:t>Голова</w:t>
      </w:r>
    </w:p>
    <w:p>
      <w:r>
        <w:br/>
        <w:t>Стривайте-по: коліс я чую стук!</w:t>
      </w:r>
    </w:p>
    <w:p>
      <w:r>
        <w:br/>
        <w:t>Іде віз, повний мерців. За погонича на ньому негр.</w:t>
      </w:r>
    </w:p>
    <w:p>
      <w:r>
        <w:br/>
        <w:t>Луїза, бач, зомліла! А здавалось,—&lt;br /&gt;</w:t>
        <w:br/>
        <w:t>Тверде у неї серце, як у мужа.&lt;br /&gt;</w:t>
        <w:br/>
        <w:t>Жорстокий проти ніжного кволіший,&lt;br /&gt;</w:t>
        <w:br/>
        <w:t>І страх живе у пристрасній душі!&lt;br /&gt;</w:t>
        <w:br/>
        <w:t>Водою збризни, Мері! Так, їй краще!</w:t>
      </w:r>
    </w:p>
    <w:p>
      <w:r>
        <w:br/>
        <w:t>Мері</w:t>
      </w:r>
    </w:p>
    <w:p>
      <w:r>
        <w:br/>
        <w:t>Ганьби моєї та печалі сестро,&lt;br /&gt;</w:t>
        <w:br/>
        <w:t>Схились до мене.</w:t>
      </w:r>
    </w:p>
    <w:p>
      <w:r>
        <w:br/>
        <w:t>Луїза</w:t>
      </w:r>
    </w:p>
    <w:p>
      <w:r>
        <w:br/>
        <w:t>(приходячи до пам'яті)</w:t>
      </w:r>
    </w:p>
    <w:p>
      <w:r>
        <w:br/>
        <w:t>Демон уявився&lt;br /&gt;</w:t>
        <w:br/>
        <w:t>Мені вві сні — весь чорний, білоокий,&lt;br /&gt;</w:t>
        <w:br/>
        <w:t>У свій візок мене він кликав. Там&lt;br /&gt;</w:t>
        <w:br/>
        <w:t>Лежали трупи й хрипло белькотали&lt;br /&gt;</w:t>
        <w:br/>
        <w:t>Незрозумілі і страшні слова...&lt;br /&gt;</w:t>
        <w:br/>
        <w:t>Скажіть мені: цей віз проїхав справді&lt;br /&gt;</w:t>
        <w:br/>
        <w:t>Чи тільки снився?</w:t>
      </w:r>
    </w:p>
    <w:p>
      <w:r>
        <w:br/>
        <w:t>Молодий чоловік</w:t>
      </w:r>
    </w:p>
    <w:p>
      <w:r>
        <w:br/>
        <w:t>Годі-бо, Луїзо,&lt;br /&gt;</w:t>
        <w:br/>
        <w:t>Розвеселись. Хоч вулиця вся наша —&lt;br /&gt;</w:t>
        <w:br/>
        <w:t>Німотний схов од смерті та одчаю,&lt;br /&gt;</w:t>
        <w:br/>
        <w:t>Безжурності та забуття притулок,&lt;br /&gt;</w:t>
        <w:br/>
        <w:t>Та, може, скрізь візок той проїздить,&lt;br /&gt;</w:t>
        <w:br/>
        <w:t>І ми його перепинять не смієм,—&lt;br /&gt;</w:t>
        <w:br/>
        <w:t>А щоб кінець покласти цій розмові&lt;br /&gt;</w:t>
        <w:br/>
        <w:t>Та втішити жіноцтво,— заспівай&lt;br /&gt;</w:t>
        <w:br/>
        <w:t>Нам, Вальсінгаме, не сумної пісні,&lt;br /&gt;</w:t>
        <w:br/>
        <w:t>Що від журби шотландської вродилась,&lt;br /&gt;</w:t>
        <w:br/>
        <w:t>А пісні, де панує буйний Вакх,&lt;br /&gt;</w:t>
        <w:br/>
        <w:t>Що виникла над келихом кипучим!</w:t>
      </w:r>
    </w:p>
    <w:p>
      <w:r>
        <w:br/>
        <w:t>Голова</w:t>
      </w:r>
    </w:p>
    <w:p>
      <w:r>
        <w:br/>
        <w:t>Того не вмію. Заспіваю гімн&lt;br /&gt;</w:t>
        <w:br/>
        <w:t>Чумі на честь. Я вчора склав його,&lt;br /&gt;</w:t>
        <w:br/>
        <w:t>Коли вночі додому повернувся.&lt;br /&gt;</w:t>
        <w:br/>
        <w:t>Уперше за життя мене охота&lt;br /&gt;</w:t>
        <w:br/>
        <w:t>Взяла до рим! То слухайте ж пильніш:&lt;br /&gt;</w:t>
        <w:br/>
        <w:t>Мій хриплий голос тут якраз пасує.</w:t>
      </w:r>
    </w:p>
    <w:p>
      <w:r>
        <w:br/>
        <w:t>Голоси</w:t>
      </w:r>
    </w:p>
    <w:p>
      <w:r>
        <w:br/>
        <w:t>Гімн в честь чуми! послухаймо його!&lt;br /&gt;</w:t>
        <w:br/>
        <w:t>Гімн в честь чуми! Чудесно! Bravo! bravo!</w:t>
      </w:r>
    </w:p>
    <w:p>
      <w:r>
        <w:br/>
        <w:t>Голова</w:t>
      </w:r>
    </w:p>
    <w:p>
      <w:r>
        <w:br/>
        <w:t>(співає)</w:t>
      </w:r>
    </w:p>
    <w:p>
      <w:r>
        <w:br/>
        <w:t>Коли погрозлива зима,&lt;br /&gt;</w:t>
        <w:br/>
        <w:t>Як гордий вождь, веде сама&lt;br /&gt;</w:t>
        <w:br/>
        <w:t>На нас жорстокі та суворі&lt;br /&gt;</w:t>
        <w:br/>
        <w:t>Полки морозів і снігів,—&lt;br /&gt;</w:t>
        <w:br/>
        <w:t>Огні ми світимо бадьорі&lt;br /&gt;</w:t>
        <w:br/>
        <w:t>І бенкетуєм круг огнів.&lt;br /&gt;</w:t>
        <w:br/>
        <w:t>Цариця гнівная, Чума&lt;br /&gt;</w:t>
        <w:br/>
        <w:t>Тепер іде на нас сама,&lt;br /&gt;</w:t>
        <w:br/>
        <w:t>На жнитво важачи багате,&lt;br /&gt;</w:t>
        <w:br/>
        <w:t>І в наші вікна день за днем&lt;br /&gt;</w:t>
        <w:br/>
        <w:t>Могильна стукає лопата...&lt;br /&gt;</w:t>
        <w:br/>
        <w:t>Куди ж од неї ми втечем?&lt;br /&gt;</w:t>
        <w:br/>
        <w:t>Як од примхливої зими,&lt;br /&gt;</w:t>
        <w:br/>
        <w:t>Замкнемось, друзі, од Чуми!&lt;br /&gt;</w:t>
        <w:br/>
        <w:t>Креснім огню, чарки налиймо,&lt;br /&gt;</w:t>
        <w:br/>
        <w:t>Повиймо пристрастю уми&lt;br /&gt;</w:t>
        <w:br/>
        <w:t>І, шалу кинувшись в обійми,&lt;br /&gt;</w:t>
        <w:br/>
        <w:t>Прославмо царствіє Чуми.</w:t>
      </w:r>
    </w:p>
    <w:p>
      <w:r>
        <w:br/>
        <w:t>Є дивні чари у бою,&lt;br /&gt;</w:t>
        <w:br/>
        <w:t>Страшної прірви на краю,&lt;br /&gt;</w:t>
        <w:br/>
        <w:t>В безмежнім, грізнім океані,&lt;br /&gt;</w:t>
        <w:br/>
        <w:t>В ревінні хвиль, в диханні тьми,&lt;br /&gt;</w:t>
        <w:br/>
        <w:t>І в аравійськім урагані,&lt;br /&gt;</w:t>
        <w:br/>
        <w:t>І в лютім подиху Чуми.&lt;br /&gt;</w:t>
        <w:br/>
        <w:t>Все, що загибеллю грозить,&lt;br /&gt;</w:t>
        <w:br/>
        <w:t>Для серця смертного таїть&lt;br /&gt;</w:t>
        <w:br/>
        <w:t>Незрозуміле чарування,&lt;br /&gt;</w:t>
        <w:br/>
        <w:t>Безсмертя, може, відчуття! —&lt;br /&gt;</w:t>
        <w:br/>
        <w:t>Щасливий той, хто в дні страждання&lt;br /&gt;</w:t>
        <w:br/>
        <w:t>Ним осолоджував життя.</w:t>
      </w:r>
    </w:p>
    <w:p>
      <w:r>
        <w:br/>
        <w:t>Хвала ж тобі, Чумо, хвала!&lt;br /&gt;</w:t>
        <w:br/>
        <w:t>Нам не страшна могильна мла!&lt;br /&gt;</w:t>
        <w:br/>
        <w:t>Уже йдучи по смертних сходах,&lt;br /&gt;</w:t>
        <w:br/>
        <w:t>Підносим пінні кубки ми&lt;br /&gt;</w:t>
        <w:br/>
        <w:t>І діви-рози п'ємо подих,&lt;br /&gt;</w:t>
        <w:br/>
        <w:t>Хоч, може... сповнений Чуми!</w:t>
      </w:r>
    </w:p>
    <w:p>
      <w:r>
        <w:br/>
        <w:t>Входить старий священик.</w:t>
      </w:r>
    </w:p>
    <w:p>
      <w:r>
        <w:br/>
        <w:t>Священик</w:t>
      </w:r>
    </w:p>
    <w:p>
      <w:r>
        <w:br/>
        <w:t>Безбожний спів, безбожні нечестивці!&lt;br /&gt;</w:t>
        <w:br/>
        <w:t>Бенкетами, розпусними піснями&lt;br /&gt;</w:t>
        <w:br/>
        <w:t>Глузуєте з німої тиші ви,&lt;br /&gt;</w:t>
        <w:br/>
        <w:t>Що всюди смерть посіяла похмура!&lt;br /&gt;</w:t>
        <w:br/>
        <w:t>На цвинтарі, під похоронний плач,&lt;br /&gt;</w:t>
        <w:br/>
        <w:t>Під голосіння ревно я молюся,—&lt;br /&gt;</w:t>
        <w:br/>
        <w:t>А ваші гульбища ці ненависні&lt;br /&gt;</w:t>
        <w:br/>
        <w:t>Тривожать супокій могил,— і землю&lt;br /&gt;</w:t>
        <w:br/>
        <w:t>Над мертвими тілами потрясають!&lt;br /&gt;</w:t>
        <w:br/>
        <w:t>Коли б жінок і стариків моління&lt;br /&gt;</w:t>
        <w:br/>
        <w:t>Загальної не освятили ями,—&lt;br /&gt;</w:t>
        <w:br/>
        <w:t>Сказав би я, що духи тут лукаві&lt;br /&gt;</w:t>
        <w:br/>
        <w:t>Безбожника вхопили грішну душу&lt;br /&gt;</w:t>
        <w:br/>
        <w:t>І в вічну темряву зо сміхом тягнуть.</w:t>
      </w:r>
    </w:p>
    <w:p>
      <w:r>
        <w:br/>
        <w:t>Кілька голосів</w:t>
      </w:r>
    </w:p>
    <w:p>
      <w:r>
        <w:br/>
        <w:t>Про пекло ловко він оповіда!&lt;br /&gt;</w:t>
        <w:br/>
        <w:t>Іди, старий! Тут не до тебе, діду!</w:t>
      </w:r>
    </w:p>
    <w:p>
      <w:r>
        <w:br/>
        <w:t>Священик</w:t>
      </w:r>
    </w:p>
    <w:p>
      <w:r>
        <w:br/>
        <w:t>Святою вас я заклинаю кров'ю&lt;br /&gt;</w:t>
        <w:br/>
        <w:t>Спасителя, розп'ятого за нас:&lt;br /&gt;</w:t>
        <w:br/>
        <w:t>Безбожну киньте гулянку, коли&lt;br /&gt;</w:t>
        <w:br/>
        <w:t>Ви хочете зустріть на небесах,&lt;br /&gt;</w:t>
        <w:br/>
        <w:t>Кого любили у житті земному.&lt;br /&gt;</w:t>
        <w:br/>
        <w:t>Розходьтесь по домах своїх!</w:t>
      </w:r>
    </w:p>
    <w:p>
      <w:r>
        <w:br/>
        <w:t>Голова</w:t>
      </w:r>
    </w:p>
    <w:p>
      <w:r>
        <w:br/>
        <w:t>Доми&lt;br /&gt;</w:t>
        <w:br/>
        <w:t>Смутні у нас — а юність прагне втіхи!</w:t>
      </w:r>
    </w:p>
    <w:p>
      <w:r>
        <w:br/>
        <w:t>Священик</w:t>
      </w:r>
    </w:p>
    <w:p>
      <w:r>
        <w:br/>
        <w:t>Це, Вальсінгаме, ти? Невже забув,&lt;br /&gt;</w:t>
        <w:br/>
        <w:t>Як на колінах — так іще недавно —&lt;br /&gt;</w:t>
        <w:br/>
        <w:t>Труп материн сльозами обливав&lt;br /&gt;</w:t>
        <w:br/>
        <w:t>І в муках бився на її могилі?&lt;br /&gt;</w:t>
        <w:br/>
        <w:t>Що ж, думаєш, вона тепер не плаче,&lt;br /&gt;</w:t>
        <w:br/>
        <w:t>Побачивши з небес, як син в розпусті&lt;br /&gt;</w:t>
        <w:br/>
        <w:t>Гріховній тоне, чувши голос твій,&lt;br /&gt;</w:t>
        <w:br/>
        <w:t>Що тут пісні вигукує скажені&lt;br /&gt;</w:t>
        <w:br/>
        <w:t>Серед плачів та співів молитовних?&lt;br /&gt;</w:t>
        <w:br/>
        <w:t>Іди ж за мною!</w:t>
      </w:r>
    </w:p>
    <w:p>
      <w:r>
        <w:br/>
        <w:t>Голова</w:t>
      </w:r>
    </w:p>
    <w:p>
      <w:r>
        <w:br/>
        <w:t>О, навіщо ти&lt;br /&gt;</w:t>
        <w:br/>
        <w:t>Прийшов мене тривожити? З тобою&lt;br /&gt;</w:t>
        <w:br/>
        <w:t>Я не піду. Мене сюди назавжди&lt;br /&gt;</w:t>
        <w:br/>
        <w:t>Одчай і муки міцно прикували,&lt;br /&gt;</w:t>
        <w:br/>
        <w:t>Свідомість непрощенного гріха,&lt;br /&gt;</w:t>
        <w:br/>
        <w:t>Жах порожнечі, що стрічаю я,&lt;br /&gt;</w:t>
        <w:br/>
        <w:t>У дім свій повернувшися змертвілий,—&lt;br /&gt;</w:t>
        <w:br/>
        <w:t>І цих розваг незнані солодощі,&lt;br /&gt;</w:t>
        <w:br/>
        <w:t>І кубка цього золота трутизна,&lt;br /&gt;</w:t>
        <w:br/>
        <w:t>І пестощі (хай бог мене простить) —&lt;br /&gt;</w:t>
        <w:br/>
        <w:t>Хоч грішної, та любої істоти.&lt;br /&gt;</w:t>
        <w:br/>
        <w:t>Тінь матері не викличе мене&lt;br /&gt;</w:t>
        <w:br/>
        <w:t>Відсіль. Запізно ти сюди прибув.&lt;br /&gt;</w:t>
        <w:br/>
        <w:t>Зусилля марні, хоч за них я вдячний...&lt;br /&gt;</w:t>
        <w:br/>
        <w:t>Іди ж, старик! Та хто з тобою піде,—&lt;br /&gt;</w:t>
        <w:br/>
        <w:t>Хай буде проклят нині і повік!</w:t>
      </w:r>
    </w:p>
    <w:p>
      <w:r>
        <w:br/>
        <w:t>Голоси</w:t>
      </w:r>
    </w:p>
    <w:p>
      <w:r>
        <w:br/>
        <w:t>Bravo, bravo! Достойний голова у нас!&lt;br /&gt;</w:t>
        <w:br/>
        <w:t>От так сказав! Геть, діду, геть іди!</w:t>
      </w:r>
    </w:p>
    <w:p>
      <w:r>
        <w:br/>
        <w:t>Священик</w:t>
      </w:r>
    </w:p>
    <w:p>
      <w:r>
        <w:br/>
        <w:t>Матільдин кличе дух тебе святий!</w:t>
      </w:r>
    </w:p>
    <w:p>
      <w:r>
        <w:br/>
        <w:t>Голова</w:t>
      </w:r>
    </w:p>
    <w:p>
      <w:r>
        <w:br/>
        <w:t>(встає)</w:t>
      </w:r>
    </w:p>
    <w:p>
      <w:r>
        <w:br/>
        <w:t>Заприсягнись, піднявши в небеса&lt;br /&gt;</w:t>
        <w:br/>
        <w:t>Бліду, зів'ялу руку, залишить&lt;br /&gt;</w:t>
        <w:br/>
        <w:t>В труні ім'я, навіки заніміле!&lt;br /&gt;</w:t>
        <w:br/>
        <w:t>Коли б од неї, чистої, сховатись&lt;br /&gt;</w:t>
        <w:br/>
        <w:t>Я силу мав!.. Вона мене вважала&lt;br /&gt;</w:t>
        <w:br/>
        <w:t>За чесного, за гордого, і щастя&lt;br /&gt;</w:t>
        <w:br/>
        <w:t>В моїх обіймах знала неземне...&lt;br /&gt;</w:t>
        <w:br/>
        <w:t>Де я?.. о, благовіснице небесна!&lt;br /&gt;</w:t>
        <w:br/>
        <w:t>Тебе я бачу там, куди мій дух&lt;br /&gt;</w:t>
        <w:br/>
        <w:t>Уже повік не досягне...</w:t>
      </w:r>
    </w:p>
    <w:p>
      <w:r>
        <w:br/>
        <w:t>Жіночий голос</w:t>
      </w:r>
    </w:p>
    <w:p>
      <w:r>
        <w:br/>
        <w:t>Безумець:&lt;br /&gt;</w:t>
        <w:br/>
        <w:t>Йому ввижається померла жінка!</w:t>
      </w:r>
    </w:p>
    <w:p>
      <w:r>
        <w:br/>
        <w:t>Священик</w:t>
      </w:r>
    </w:p>
    <w:p>
      <w:r>
        <w:br/>
        <w:t>Ходім за мною...</w:t>
      </w:r>
    </w:p>
    <w:p>
      <w:r>
        <w:br/>
        <w:t>Голова</w:t>
      </w:r>
    </w:p>
    <w:p>
      <w:r>
        <w:br/>
        <w:t>Ні, мій отче,&lt;br /&gt;</w:t>
        <w:br/>
        <w:t>зглянься.&lt;br /&gt;</w:t>
        <w:br/>
        <w:t>Лиши мене!</w:t>
      </w:r>
    </w:p>
    <w:p>
      <w:r>
        <w:br/>
        <w:t>Священик</w:t>
      </w:r>
    </w:p>
    <w:p>
      <w:r>
        <w:br/>
        <w:t>Хай бог тебе спасе!&lt;br /&gt;</w:t>
        <w:br/>
        <w:t>Прощай, мій сину.</w:t>
      </w:r>
    </w:p>
    <w:p>
      <w:r>
        <w:br/>
        <w:t>Виходить. Бенкет іде далі.&lt;br /&gt;</w:t>
        <w:br/>
        <w:t>Голова залишається, глибоко замислений.</w:t>
      </w:r>
    </w:p>
    <w:p>
      <w:r>
        <w:br/>
        <w:t>1 Чумне місто (англ.).—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Маленькі трагедії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