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Мамин синок</w:t>
      </w:r>
    </w:p>
    <w:p>
      <w:r>
        <w:br/>
        <w:t xml:space="preserve"> &lt;p&gt;В суботу рано вибігла Михайлиха за поріг хати і заговорила до себе дзвінким голосом:</w:t>
      </w:r>
    </w:p>
    <w:p>
      <w:r>
        <w:br/>
        <w:t>— Ба, не знав, де бахур подівси? Десь воно ландає, десь воно нишпорить по дворі, як курка. Ану, ци би ти єго вдержєла у хаті? Зчесала бих бахура, та й нема.</w:t>
      </w:r>
    </w:p>
    <w:p>
      <w:r>
        <w:br/>
        <w:t>За хвилю пішла до стодоли подивитися, чи коло Михайла нема бахура...</w:t>
      </w:r>
    </w:p>
    <w:p>
      <w:r>
        <w:br/>
        <w:t>— Ото, в тебе також розум?? Не наженеш хлопця до хати, але коло себе тримаєш на студені. Ходи, Андрійку, до хати, та дам яблуко таке червоне, що аж!</w:t>
      </w:r>
    </w:p>
    <w:p>
      <w:r>
        <w:br/>
        <w:t>— Не йди, дурний, бо мама бреше, мама хоче чєсати, та й гулить тебе,— сказав і зареготався Михайло.</w:t>
      </w:r>
    </w:p>
    <w:p>
      <w:r>
        <w:br/>
        <w:t>— Цес чоловік, бігме, вістарів розум! Таже дитина отут замерзне коло тебе. Не слухай, Андрійку, дєді, бо дєдя дурний, але ходи до хати, а я тебе зчешу та й дам булку та й яблуко. Ая!</w:t>
      </w:r>
    </w:p>
    <w:p>
      <w:r>
        <w:br/>
        <w:t>— Коли ви не дасте.</w:t>
      </w:r>
    </w:p>
    <w:p>
      <w:r>
        <w:br/>
        <w:t>— Ходи, ходи, бігме, дам.</w:t>
      </w:r>
    </w:p>
    <w:p>
      <w:r>
        <w:br/>
        <w:t>Та й взяла за руку, та й повела до хати.</w:t>
      </w:r>
    </w:p>
    <w:p>
      <w:r>
        <w:br/>
        <w:t>— Я тебе файно вімию, вічєшу, а завтра підеш зо мнов до церкови. Мама таку файну сорочечку і поясок дасть. Всі будуть дивитиси та й муть казати: аді, який Андрійко красний!</w:t>
      </w:r>
    </w:p>
    <w:p>
      <w:r>
        <w:br/>
        <w:t>— А яблуко дасте, ма?</w:t>
      </w:r>
    </w:p>
    <w:p>
      <w:r>
        <w:br/>
        <w:t>— Дам, дам, богато.</w:t>
      </w:r>
    </w:p>
    <w:p>
      <w:r>
        <w:br/>
        <w:t>— А булку?</w:t>
      </w:r>
    </w:p>
    <w:p>
      <w:r>
        <w:br/>
        <w:t>— Та й булку...</w:t>
      </w:r>
    </w:p>
    <w:p>
      <w:r>
        <w:br/>
        <w:t>— А до церкви озмете?</w:t>
      </w:r>
    </w:p>
    <w:p>
      <w:r>
        <w:br/>
        <w:t>— Озму, озму...</w:t>
      </w:r>
    </w:p>
    <w:p>
      <w:r>
        <w:br/>
        <w:t>— То чешіть.</w:t>
      </w:r>
    </w:p>
    <w:p>
      <w:r>
        <w:br/>
        <w:t>І мама взяла мити голову Андрійкові. Цятки — води спадали поза ковнір, і Андрійко ледви витримував, аби не плакати.</w:t>
      </w:r>
    </w:p>
    <w:p>
      <w:r>
        <w:br/>
        <w:t>— Тихонько, тихонько, мама так файно вімиє, вімиє! Личко буде як папірчєк, а волосе таке, як лен. Над усі хлопці будеш найкращий!</w:t>
      </w:r>
    </w:p>
    <w:p>
      <w:r>
        <w:br/>
        <w:t>— Коли-бо кусає...</w:t>
      </w:r>
    </w:p>
    <w:p>
      <w:r>
        <w:br/>
        <w:t>— Мама геть вічєше, нічо не буде кусати. Так легонько буде, що ей, де!</w:t>
      </w:r>
    </w:p>
    <w:p>
      <w:r>
        <w:br/>
        <w:t>— А як вічєшете та й дасте булку та й яблуко, то пустите надвір?</w:t>
      </w:r>
    </w:p>
    <w:p>
      <w:r>
        <w:br/>
        <w:t>— А що ж, уберу тебе, та й підеш геть далеко, геть, геть...</w:t>
      </w:r>
    </w:p>
    <w:p>
      <w:r>
        <w:br/>
        <w:t>— Добре, я піду до вуйниного Івана.</w:t>
      </w:r>
    </w:p>
    <w:p>
      <w:r>
        <w:br/>
        <w:t>Мама Андрійка вимила, та й взяла на коліна, та й чесала.</w:t>
      </w:r>
    </w:p>
    <w:p>
      <w:r>
        <w:br/>
        <w:t>— Ма, а коло дєді є кіт, та й таких миший ловить та й душить.</w:t>
      </w:r>
    </w:p>
    <w:p>
      <w:r>
        <w:br/>
        <w:t>— Бо миші зерно трубять та шкоду робля...</w:t>
      </w:r>
    </w:p>
    <w:p>
      <w:r>
        <w:br/>
        <w:t>— Нащо шкоду?</w:t>
      </w:r>
    </w:p>
    <w:p>
      <w:r>
        <w:br/>
        <w:t>— Аби не було що молотити та й молоти.</w:t>
      </w:r>
    </w:p>
    <w:p>
      <w:r>
        <w:br/>
        <w:t>— А що ж вони їде?</w:t>
      </w:r>
    </w:p>
    <w:p>
      <w:r>
        <w:br/>
        <w:t>— Таже зерно...</w:t>
      </w:r>
    </w:p>
    <w:p>
      <w:r>
        <w:br/>
        <w:t>— Як?</w:t>
      </w:r>
    </w:p>
    <w:p>
      <w:r>
        <w:br/>
        <w:t>— Е, з тобов не договорив би си... Треба, аби ті дєдя увечір підстриг, бо, аді, яке патлате волосе.</w:t>
      </w:r>
    </w:p>
    <w:p>
      <w:r>
        <w:br/>
        <w:t>— По-парубоцьки, ма?</w:t>
      </w:r>
    </w:p>
    <w:p>
      <w:r>
        <w:br/>
        <w:t>— Аякже, таже ти у мене парубок.</w:t>
      </w:r>
    </w:p>
    <w:p>
      <w:r>
        <w:br/>
        <w:t>— Та й видиш, що вже, а ти не хочеш ніколи давати чєсатиси. Ану-ко подивиси в дзеркало, як, файно?</w:t>
      </w:r>
    </w:p>
    <w:p>
      <w:r>
        <w:br/>
        <w:t>Андрійко виглядав як скупаний, волосся спадало маленькими білими нивками на чоло і шию. Очі були сині, а губи червоні. Мама дала йому яблуко і булку, він сховав у пазуху.</w:t>
      </w:r>
    </w:p>
    <w:p>
      <w:r>
        <w:br/>
        <w:t>— Я хочу до вуйни.</w:t>
      </w:r>
    </w:p>
    <w:p>
      <w:r>
        <w:br/>
        <w:t>— Уперед з'їж яблуко, та потім підеш, бо хлопці відоймуть.</w:t>
      </w:r>
    </w:p>
    <w:p>
      <w:r>
        <w:br/>
        <w:t>— Я не покажу. Хочу до вуйни.</w:t>
      </w:r>
    </w:p>
    <w:p>
      <w:r>
        <w:br/>
        <w:t>— То йди про мене.</w:t>
      </w:r>
    </w:p>
    <w:p>
      <w:r>
        <w:br/>
        <w:t>Вбрала його в чобітки, в свою кожушинку, в татів капелюх та й пустила надвір.</w:t>
      </w:r>
    </w:p>
    <w:p>
      <w:r>
        <w:br/>
        <w:t>— А дивиси, аби-с упав, а то буду бити...</w:t>
      </w:r>
    </w:p>
    <w:p>
      <w:r>
        <w:br/>
        <w:t>Сіла в хаті шити.</w:t>
      </w:r>
    </w:p>
    <w:p>
      <w:r>
        <w:br/>
        <w:t>— Не біси, такий мудрий, як старий. Не мав би си в кого вдати! Вікапаний Міхайло. А зараз упоминаєси заплати за чєсанє.</w:t>
      </w:r>
    </w:p>
    <w:p>
      <w:r>
        <w:br/>
        <w:t>І мама всміхнулася і шила далі.</w:t>
      </w:r>
    </w:p>
    <w:p>
      <w:r>
        <w:br/>
        <w:t>— Коби здоров ріс та чемний. Має три роки та й геть очинашу береси. Такий старогрецький, а такий пустєк , що хату догори ногами здоймає. Так не раз допече, що мус бити. Якби не бив, то нічо би з него не було.</w:t>
      </w:r>
    </w:p>
    <w:p>
      <w:r>
        <w:br/>
        <w:t>Підняла голову, глянула у вікно.</w:t>
      </w:r>
    </w:p>
    <w:p>
      <w:r>
        <w:br/>
        <w:t>— Це вже вполудне, а Міхайло ще не входить полуднувати. А бахура нема. Десь, певне, чипить на снігу та й ме кашлати...</w:t>
      </w:r>
    </w:p>
    <w:p>
      <w:r>
        <w:br/>
        <w:t>Вечором сидів Михайло на лаві та й держав на колінах Андрія. Вогонь палахкотів у печі і освітлював хату червоним світлом. Михайлиха сиділа перед печею та варила вечерю.</w:t>
      </w:r>
    </w:p>
    <w:p>
      <w:r>
        <w:br/>
        <w:t>— Ти зійшов, старигане, на діточий розум, та лиши дитину в супокою, не підкидай ним, як гарбузом. Йди, Андрійку, до мами.</w:t>
      </w:r>
    </w:p>
    <w:p>
      <w:r>
        <w:br/>
        <w:t>— Коли я не хочу.</w:t>
      </w:r>
    </w:p>
    <w:p>
      <w:r>
        <w:br/>
        <w:t>— А ти чий — дєдів чи мамин? — питав Михайло.</w:t>
      </w:r>
    </w:p>
    <w:p>
      <w:r>
        <w:br/>
        <w:t>— Дєдів...</w:t>
      </w:r>
    </w:p>
    <w:p>
      <w:r>
        <w:br/>
        <w:t>— А кого меш бити?</w:t>
      </w:r>
    </w:p>
    <w:p>
      <w:r>
        <w:br/>
        <w:t>— Маму.</w:t>
      </w:r>
    </w:p>
    <w:p>
      <w:r>
        <w:br/>
        <w:t>— А ти, підвіяний, та я тобі яблука та булки даю, а ти мене бити!</w:t>
      </w:r>
    </w:p>
    <w:p>
      <w:r>
        <w:br/>
        <w:t>— Дєдя тобі купить богато яблук, бо ти дєдів.</w:t>
      </w:r>
    </w:p>
    <w:p>
      <w:r>
        <w:br/>
        <w:t>— Ой, ци ни пес дєдя тобі купить? Ти би ніколи не видів нічо.</w:t>
      </w:r>
    </w:p>
    <w:p>
      <w:r>
        <w:br/>
        <w:t>— Ану-ко покажи, як ти меш їхати у воську на коні?</w:t>
      </w:r>
    </w:p>
    <w:p>
      <w:r>
        <w:br/>
        <w:t>Хлопець сів на поривач і брикав по хаті.</w:t>
      </w:r>
    </w:p>
    <w:p>
      <w:r>
        <w:br/>
        <w:t>— Доста, доста, Андрійку, на тобі солімку та пінку з молока збирай.</w:t>
      </w:r>
    </w:p>
    <w:p>
      <w:r>
        <w:br/>
        <w:t>Андрій опинився коло печі і збирав пінку.</w:t>
      </w:r>
    </w:p>
    <w:p>
      <w:r>
        <w:br/>
        <w:t>— Мо, Андрі, а ти що купиш мамі?</w:t>
      </w:r>
    </w:p>
    <w:p>
      <w:r>
        <w:br/>
        <w:t>— Червоні чоботи.</w:t>
      </w:r>
    </w:p>
    <w:p>
      <w:r>
        <w:br/>
        <w:t>— А дєдиві?</w:t>
      </w:r>
    </w:p>
    <w:p>
      <w:r>
        <w:br/>
        <w:t>— Дєдиві нічо не хочу.</w:t>
      </w:r>
    </w:p>
    <w:p>
      <w:r>
        <w:br/>
        <w:t>— Файний синок мамин. Михайло взяв його знов на коліна.</w:t>
      </w:r>
    </w:p>
    <w:p>
      <w:r>
        <w:br/>
        <w:t>— Ти як називаєшси?</w:t>
      </w:r>
    </w:p>
    <w:p>
      <w:r>
        <w:br/>
        <w:t>— Андрій Косминка.</w:t>
      </w:r>
    </w:p>
    <w:p>
      <w:r>
        <w:br/>
        <w:t>— А хто ти є?</w:t>
      </w:r>
    </w:p>
    <w:p>
      <w:r>
        <w:br/>
        <w:t>— Луский радикал.</w:t>
      </w:r>
    </w:p>
    <w:p>
      <w:r>
        <w:br/>
        <w:t>— Добре. А куди ти поїдеш?</w:t>
      </w:r>
    </w:p>
    <w:p>
      <w:r>
        <w:br/>
        <w:t>— До Канади.</w:t>
      </w:r>
    </w:p>
    <w:p>
      <w:r>
        <w:br/>
        <w:t>— На чим поїдеш?</w:t>
      </w:r>
    </w:p>
    <w:p>
      <w:r>
        <w:br/>
        <w:t>— На такі шіфі, як хата, великі, таким морем широким, широким, геть, геть...</w:t>
      </w:r>
    </w:p>
    <w:p>
      <w:r>
        <w:br/>
        <w:t>— А дєдю озмеш з собов?</w:t>
      </w:r>
    </w:p>
    <w:p>
      <w:r>
        <w:br/>
        <w:t>— Озму дєдю, та й маму, та й Івана вуйниного, та й геть поїдемо...</w:t>
      </w:r>
    </w:p>
    <w:p>
      <w:r>
        <w:br/>
        <w:t>— Йди, йди, не зіціруй хлопця та не бери на акзамент , бо ще всне без вечері.</w:t>
      </w:r>
    </w:p>
    <w:p>
      <w:r>
        <w:br/>
        <w:t>— Але поміркуй, який бахур мудрий, геть все знає!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Мамин синок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