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Мандрівний музика</w:t>
      </w:r>
    </w:p>
    <w:p>
      <w:r>
        <w:br/>
        <w:t xml:space="preserve"> 1</w:t>
      </w:r>
    </w:p>
    <w:p>
      <w:r>
        <w:br/>
        <w:t>Струни підтягни,&lt;br /&gt;</w:t>
        <w:br/>
        <w:t>Рівно вдар смичком,&lt;br /&gt;</w:t>
        <w:br/>
        <w:t>Вересень ясний&lt;br /&gt;</w:t>
        <w:br/>
        <w:t>Склиться над селом.</w:t>
      </w:r>
    </w:p>
    <w:p>
      <w:r>
        <w:br/>
        <w:t>З дальніх роздоріж —&lt;br /&gt;</w:t>
        <w:br/>
        <w:t>Там, де синій дим,—&lt;br /&gt;</w:t>
        <w:br/>
        <w:t>Голубінь розріж&lt;br /&gt;</w:t>
        <w:br/>
        <w:t>Танцем золотим.</w:t>
      </w:r>
    </w:p>
    <w:p>
      <w:r>
        <w:br/>
        <w:t>А тоді здіймай&lt;br /&gt;</w:t>
        <w:br/>
        <w:t>Шапочку стару:</w:t>
      </w:r>
    </w:p>
    <w:p>
      <w:r>
        <w:br/>
        <w:t>Дай копійку, дай&lt;br /&gt;</w:t>
        <w:br/>
        <w:t>За веселу гру!</w:t>
      </w:r>
    </w:p>
    <w:p>
      <w:r>
        <w:br/>
        <w:t>2</w:t>
      </w:r>
    </w:p>
    <w:p>
      <w:r>
        <w:br/>
        <w:t>Рівно вдар смичком&lt;br /&gt;</w:t>
        <w:br/>
        <w:t>По людських серцях,&lt;br /&gt;</w:t>
        <w:br/>
        <w:t>Щоб ніхто кругом&lt;br /&gt;</w:t>
        <w:br/>
        <w:t>Не згасав у снах,</w:t>
      </w:r>
    </w:p>
    <w:p>
      <w:r>
        <w:br/>
        <w:t>Щоб очам людським&lt;br /&gt;</w:t>
        <w:br/>
        <w:t>Розкривалась даль,&lt;br /&gt;</w:t>
        <w:br/>
        <w:t>Щоб сміялась їм&lt;br /&gt;</w:t>
        <w:br/>
        <w:t>Молода печаль,</w:t>
      </w:r>
    </w:p>
    <w:p>
      <w:r>
        <w:br/>
        <w:t>Щоб лилась любов&lt;br /&gt;</w:t>
        <w:br/>
        <w:t>У безодній жбан,&lt;br /&gt;</w:t>
        <w:br/>
        <w:t>Щоб похилий знов&lt;br /&gt;</w:t>
        <w:br/>
        <w:t>Розігнувся стан.</w:t>
      </w:r>
    </w:p>
    <w:p>
      <w:r>
        <w:br/>
        <w:t>3</w:t>
      </w:r>
    </w:p>
    <w:p>
      <w:r>
        <w:br/>
        <w:t>Вересень ясний,&lt;br /&gt;</w:t>
        <w:br/>
        <w:t>Як нова весна,—&lt;br /&gt;</w:t>
        <w:br/>
        <w:t>Довгої струни&lt;br /&gt;</w:t>
        <w:br/>
        <w:t>Голосна луна.</w:t>
      </w:r>
    </w:p>
    <w:p>
      <w:r>
        <w:br/>
        <w:t>Гей, усі в танець,&lt;br /&gt;</w:t>
        <w:br/>
        <w:t>Молоді й старі,&lt;br /&gt;</w:t>
        <w:br/>
        <w:t>Поки не кінець&lt;br /&gt;</w:t>
        <w:br/>
        <w:t>Переливній грі,</w:t>
      </w:r>
    </w:p>
    <w:p>
      <w:r>
        <w:br/>
        <w:t>Поки сонце б'є&lt;br /&gt;</w:t>
        <w:br/>
        <w:t>У серця й уста,&lt;br /&gt;</w:t>
        <w:br/>
        <w:t>Поки в скриньці є&lt;br /&gt;</w:t>
        <w:br/>
        <w:t>Каніфоль густа.</w:t>
      </w:r>
    </w:p>
    <w:p>
      <w:r>
        <w:br/>
        <w:t>4</w:t>
      </w:r>
    </w:p>
    <w:p>
      <w:r>
        <w:br/>
        <w:t>Склиться над селом&lt;br /&gt;</w:t>
        <w:br/>
        <w:t>Сонячна твердінь,&lt;br /&gt;</w:t>
        <w:br/>
        <w:t>Ластівка крилом&lt;br /&gt;</w:t>
        <w:br/>
        <w:t>Розтинає тінь.</w:t>
      </w:r>
    </w:p>
    <w:p>
      <w:r>
        <w:br/>
        <w:t>Далі, як вона!&lt;br /&gt;</w:t>
        <w:br/>
        <w:t>Не спиняй ходи!&lt;br /&gt;</w:t>
        <w:br/>
        <w:t>Осінь чи весна —&lt;br /&gt;</w:t>
        <w:br/>
        <w:t>Ти іди і йди.</w:t>
      </w:r>
    </w:p>
    <w:p>
      <w:r>
        <w:br/>
        <w:t>І коли б забрів&lt;br /&gt;</w:t>
        <w:br/>
        <w:t>У незнаний край,—&lt;br /&gt;</w:t>
        <w:br/>
        <w:t>На новий мотив&lt;br /&gt;</w:t>
        <w:br/>
        <w:t>Скрипку наладнай.</w:t>
      </w:r>
    </w:p>
    <w:p>
      <w:r>
        <w:br/>
        <w:t>5</w:t>
      </w:r>
    </w:p>
    <w:p>
      <w:r>
        <w:br/>
        <w:t>З дальніх роздоріж —&lt;br /&gt;</w:t>
        <w:br/>
        <w:t>Мандри без кінця.&lt;br /&gt;</w:t>
        <w:br/>
        <w:t>Як блискучий ніж,&lt;br /&gt;</w:t>
        <w:br/>
        <w:t>Розтинай серця,</w:t>
      </w:r>
    </w:p>
    <w:p>
      <w:r>
        <w:br/>
        <w:t>Як гримучий грім,&lt;br /&gt;</w:t>
        <w:br/>
        <w:t>Рокочи й гуди,&lt;br /&gt;</w:t>
        <w:br/>
        <w:t>В кожну хату й дім&lt;br /&gt;</w:t>
        <w:br/>
        <w:t>Не питай — іди!</w:t>
      </w:r>
    </w:p>
    <w:p>
      <w:r>
        <w:br/>
        <w:t>Хай пісень твоїх&lt;br /&gt;</w:t>
        <w:br/>
        <w:t>Не збагне слухач,—&lt;br /&gt;</w:t>
        <w:br/>
        <w:t>Ти буди живих&lt;br /&gt;</w:t>
        <w:br/>
        <w:t>І по мертвих плач.</w:t>
      </w:r>
    </w:p>
    <w:p>
      <w:r>
        <w:br/>
        <w:t>6</w:t>
      </w:r>
    </w:p>
    <w:p>
      <w:r>
        <w:br/>
        <w:t>Там, де синій дим,&lt;br /&gt;</w:t>
        <w:br/>
        <w:t>Друг твій і сім'я,&lt;br /&gt;</w:t>
        <w:br/>
        <w:t>Та чужий ти їм&lt;br /&gt;</w:t>
        <w:br/>
        <w:t>І жага твоя.</w:t>
      </w:r>
    </w:p>
    <w:p>
      <w:r>
        <w:br/>
        <w:t>"Струни наладнав&lt;br /&gt;</w:t>
        <w:br/>
        <w:t>На дивочний лад,&lt;br /&gt;</w:t>
        <w:br/>
        <w:t>Знявся й почвалав —&lt;br /&gt;</w:t>
        <w:br/>
        <w:t>Не прийде назад!</w:t>
      </w:r>
    </w:p>
    <w:p>
      <w:r>
        <w:br/>
        <w:t>Тільки ледве чуть&lt;br /&gt;</w:t>
        <w:br/>
        <w:t>Невідомий звук..."&lt;br /&gt;</w:t>
        <w:br/>
        <w:t>Ти навік забудь&lt;br /&gt;</w:t>
        <w:br/>
        <w:t>Простягання рук!</w:t>
      </w:r>
    </w:p>
    <w:p>
      <w:r>
        <w:br/>
        <w:t>7</w:t>
      </w:r>
    </w:p>
    <w:p>
      <w:r>
        <w:br/>
        <w:t>Голубінь розріж,&lt;br /&gt;</w:t>
        <w:br/>
        <w:t>Розметай мости,&lt;br /&gt;</w:t>
        <w:br/>
        <w:t>Не питай, коли ж&lt;br /&gt;</w:t>
        <w:br/>
        <w:t>Відпочинеш ти,</w:t>
      </w:r>
    </w:p>
    <w:p>
      <w:r>
        <w:br/>
        <w:t>Не шукай ніде&lt;br /&gt;</w:t>
        <w:br/>
        <w:t>Затишку й тепла,&lt;br /&gt;</w:t>
        <w:br/>
        <w:t>Бо сама прийде&lt;br /&gt;</w:t>
        <w:br/>
        <w:t>Опівнічна мла,</w:t>
      </w:r>
    </w:p>
    <w:p>
      <w:r>
        <w:br/>
        <w:t>Бо останній крок&lt;br /&gt;</w:t>
        <w:br/>
        <w:t>І останній звук —&lt;br /&gt;</w:t>
        <w:br/>
        <w:t>І впаде смичок&lt;br /&gt;</w:t>
        <w:br/>
        <w:t>З похололих рук.</w:t>
      </w:r>
    </w:p>
    <w:p>
      <w:r>
        <w:br/>
        <w:t>8</w:t>
      </w:r>
    </w:p>
    <w:p>
      <w:r>
        <w:br/>
        <w:t>Танцем золотим&lt;br /&gt;</w:t>
        <w:br/>
        <w:t>Надь, пали і муч,&lt;br /&gt;</w:t>
        <w:br/>
        <w:t>Щоб зійтися всім&lt;br /&gt;</w:t>
        <w:br/>
        <w:t>В золотий обруч.</w:t>
      </w:r>
    </w:p>
    <w:p>
      <w:r>
        <w:br/>
        <w:t>Щоб розквітла кров&lt;br /&gt;</w:t>
        <w:br/>
        <w:t>Живоносних ран,&lt;br /&gt;</w:t>
        <w:br/>
        <w:t>Щоб похилий знов&lt;br /&gt;</w:t>
        <w:br/>
        <w:t>Розігнувся стан,</w:t>
      </w:r>
    </w:p>
    <w:p>
      <w:r>
        <w:br/>
        <w:t>Щоб ударив грім&lt;br /&gt;</w:t>
        <w:br/>
        <w:t>Із безодні хмар,&lt;br /&gt;</w:t>
        <w:br/>
        <w:t>Щоб орлом ясним&lt;br /&gt;</w:t>
        <w:br/>
        <w:t>Стрепенувсь бідар.</w:t>
      </w:r>
    </w:p>
    <w:p>
      <w:r>
        <w:br/>
        <w:t>9</w:t>
      </w:r>
    </w:p>
    <w:p>
      <w:r>
        <w:br/>
        <w:t>А тоді здіймай&lt;br /&gt;</w:t>
        <w:br/>
        <w:t>Шапочку стару:&lt;br /&gt;</w:t>
        <w:br/>
        <w:t>— Все життя віддай&lt;br /&gt;</w:t>
        <w:br/>
        <w:t>За безумну гру!</w:t>
      </w:r>
    </w:p>
    <w:p>
      <w:r>
        <w:br/>
        <w:t>1930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Мандрівний музика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