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Марія</w:t>
      </w:r>
    </w:p>
    <w:p>
      <w:r>
        <w:br/>
        <w:t xml:space="preserve"> ПОЕМА</w:t>
      </w:r>
    </w:p>
    <w:p>
      <w:r>
        <w:br/>
        <w:t>Радуйся, ты бо обновила еси&lt;br /&gt;</w:t>
        <w:br/>
        <w:t>эачатыя студно.&lt;br /&gt;</w:t>
        <w:br/>
        <w:t>Акафіст пресвятій богородиді&lt;br /&gt;</w:t>
        <w:br/>
        <w:t>Інос 10.&lt;br /&gt;</w:t>
        <w:br/>
        <w:t>Все упованіє моє&lt;br /&gt;</w:t>
        <w:br/>
        <w:t>На тебе, мій пресвітлий раю,&lt;br /&gt;</w:t>
        <w:br/>
        <w:t>На милосердіє твоє,&lt;br /&gt;</w:t>
        <w:br/>
        <w:t>Все упованіє моє&lt;br /&gt;</w:t>
        <w:br/>
        <w:t>На тебе, мати, возлагаю.&lt;br /&gt;</w:t>
        <w:br/>
        <w:t>Святая сило всіх святих!&lt;br /&gt;</w:t>
        <w:br/>
        <w:t>Пренепорочная, благая!&lt;br /&gt;</w:t>
        <w:br/>
        <w:t>Молюся, плачу і ридаю:&lt;br /&gt;</w:t>
        <w:br/>
        <w:t>Воззри, пречистая, на їх,&lt;br /&gt;</w:t>
        <w:br/>
        <w:t>Отих окрадених, сліпих&lt;br /&gt;</w:t>
        <w:br/>
        <w:t>Невольників. Подай їм силу&lt;br /&gt;</w:t>
        <w:br/>
        <w:t>Твойого мученика сина,&lt;br /&gt;</w:t>
        <w:br/>
        <w:t>Щоб хрест-кайдани донесли&lt;br /&gt;</w:t>
        <w:br/>
        <w:t>До самого, самого краю.&lt;br /&gt;</w:t>
        <w:br/>
        <w:t>Достойно пєтая! благаю!&lt;br /&gt;</w:t>
        <w:br/>
        <w:t>Царице неба і землі!&lt;br /&gt;</w:t>
        <w:br/>
        <w:t>Вонми їх стону і пошли&lt;br /&gt;</w:t>
        <w:br/>
        <w:t>Благий конець, о всеблагая!&lt;br /&gt;</w:t>
        <w:br/>
        <w:t>А я, незлобний, воспою,&lt;br /&gt;</w:t>
        <w:br/>
        <w:t>Як процвітуть убогі села,&lt;br /&gt;</w:t>
        <w:br/>
        <w:t>Псалмом і тихим і веселим&lt;br /&gt;</w:t>
        <w:br/>
        <w:t>Святую доленьку твою.&lt;br /&gt;</w:t>
        <w:br/>
        <w:t>А нині плач, і скорбь, і сльози&lt;br /&gt;</w:t>
        <w:br/>
        <w:t>Душі убогої — убогій&lt;br /&gt;</w:t>
        <w:br/>
        <w:t>Остатню лепту подаю.</w:t>
      </w:r>
    </w:p>
    <w:p>
      <w:r>
        <w:br/>
        <w:t>У Йосипа, у тесляра&lt;br /&gt;</w:t>
        <w:br/>
        <w:t>Чи бондаря того святого,&lt;br /&gt;</w:t>
        <w:br/>
        <w:t>Марія в наймичках росла.&lt;br /&gt;</w:t>
        <w:br/>
        <w:t>Рідня була. Отож, небога,&lt;br /&gt;</w:t>
        <w:br/>
        <w:t>Уже чимала піднялась,&lt;br /&gt;</w:t>
        <w:br/>
        <w:t>Росла собі та виростала&lt;br /&gt;</w:t>
        <w:br/>
        <w:t>І на порі Марія стала...&lt;br /&gt;</w:t>
        <w:br/>
        <w:t>Рожевим квітом розцвіла&lt;br /&gt;</w:t>
        <w:br/>
        <w:t>В убогі й і чужій хатині,&lt;br /&gt;</w:t>
        <w:br/>
        <w:t>В святому тихому раю.&lt;br /&gt;</w:t>
        <w:br/>
        <w:t>Тесляр на наймичку свою,&lt;br /&gt;</w:t>
        <w:br/>
        <w:t>Неначе на свою дитину,&lt;br /&gt;</w:t>
        <w:br/>
        <w:t>Теслу, було, і струг покине&lt;br /&gt;</w:t>
        <w:br/>
        <w:t>Та й дивиться; і час мине,&lt;br /&gt;</w:t>
        <w:br/>
        <w:t>А він і оком не мигне&lt;br /&gt;</w:t>
        <w:br/>
        <w:t>І думає: — Ані родини,&lt;br /&gt;</w:t>
        <w:br/>
        <w:t>Ані хатиночки нема!&lt;br /&gt;</w:t>
        <w:br/>
        <w:t>Одна-однісінька!.. Хіба...&lt;br /&gt;</w:t>
        <w:br/>
        <w:t>Ще ж смерть моя не за плечима?.. —&lt;br /&gt;</w:t>
        <w:br/>
        <w:t>А та стоїть собі під тином&lt;br /&gt;</w:t>
        <w:br/>
        <w:t>Та вовну білую пряде&lt;br /&gt;</w:t>
        <w:br/>
        <w:t>На той бурнус йому святешний,&lt;br /&gt;</w:t>
        <w:br/>
        <w:t>Або на берег поведе&lt;br /&gt;</w:t>
        <w:br/>
        <w:t>Козу з козяточком сердешним&lt;br /&gt;</w:t>
        <w:br/>
        <w:t>І попасти і напоїть.&lt;br /&gt;</w:t>
        <w:br/>
        <w:t>Хоч і далеко, так любила ж&lt;br /&gt;</w:t>
        <w:br/>
        <w:t>Вона той тихий божий став.&lt;br /&gt;</w:t>
        <w:br/>
        <w:t>Широкую Тіверіаду&lt;br /&gt;</w:t>
        <w:br/>
        <w:t>І рада, аж сміється, рада,&lt;br /&gt;</w:t>
        <w:br/>
        <w:t>Що Йосип сидячи мовчав,&lt;br /&gt;</w:t>
        <w:br/>
        <w:t>Не боронив їй, не спиняв&lt;br /&gt;</w:t>
        <w:br/>
        <w:t>На став іти! Іде, сміється,&lt;br /&gt;</w:t>
        <w:br/>
        <w:t>А він сидить та все сидить,&lt;br /&gt;</w:t>
        <w:br/>
        <w:t>За струг, сердега, не береться...&lt;br /&gt;</w:t>
        <w:br/>
        <w:t>Коза нап'ється та й пасеться.&lt;br /&gt;</w:t>
        <w:br/>
        <w:t>А дівчина собі стоїть,&lt;br /&gt;</w:t>
        <w:br/>
        <w:t>Неначе вкопана, під гаєм,&lt;br /&gt;</w:t>
        <w:br/>
        <w:t>І смутно, сумно позирає&lt;br /&gt;</w:t>
        <w:br/>
        <w:t>На той широкий божий став,&lt;br /&gt;</w:t>
        <w:br/>
        <w:t>І мовила: — Тіверіадо!&lt;br /&gt;</w:t>
        <w:br/>
        <w:t>Широкий царю озерам!&lt;br /&gt;</w:t>
        <w:br/>
        <w:t>Скажи мені, моя порадо!&lt;br /&gt;</w:t>
        <w:br/>
        <w:t>Якая доля вийде нам&lt;br /&gt;</w:t>
        <w:br/>
        <w:t>З старим Іосифом? О доле! —&lt;br /&gt;</w:t>
        <w:br/>
        <w:t>І похилилась, мов тополя&lt;br /&gt;</w:t>
        <w:br/>
        <w:t>Од вітру хилиться в яру.&lt;br /&gt;</w:t>
        <w:br/>
        <w:t>— Йому я стану за дитину.&lt;br /&gt;</w:t>
        <w:br/>
        <w:t>Плечми моїми молодими&lt;br /&gt;</w:t>
        <w:br/>
        <w:t>Його старії підопру! —&lt;br /&gt;</w:t>
        <w:br/>
        <w:t>І кинула кругом очима,&lt;br /&gt;</w:t>
        <w:br/>
        <w:t>Аж іскри сипнули з очей.&lt;br /&gt;</w:t>
        <w:br/>
        <w:t>А з добрих молодих плечей&lt;br /&gt;</w:t>
        <w:br/>
        <w:t>Хітон полатаний додолу&lt;br /&gt;</w:t>
        <w:br/>
        <w:t>Тихенько зсунувся. Ніколи&lt;br /&gt;</w:t>
        <w:br/>
        <w:t>Такої божої краси&lt;br /&gt;</w:t>
        <w:br/>
        <w:t>Ніхто не узрить! Злая ж доля&lt;br /&gt;</w:t>
        <w:br/>
        <w:t>Колючим терном провела,&lt;br /&gt;</w:t>
        <w:br/>
        <w:t>Знущалася над красотою!&lt;br /&gt;</w:t>
        <w:br/>
        <w:t>О доленько! — Понад водою&lt;br /&gt;</w:t>
        <w:br/>
        <w:t>Ходою тихою пішла.&lt;br /&gt;</w:t>
        <w:br/>
        <w:t>Лопух край берега найшла,&lt;br /&gt;</w:t>
        <w:br/>
        <w:t>Лопух зорвала і накрила,&lt;br /&gt;</w:t>
        <w:br/>
        <w:t>Неначе бриликом, свою,&lt;br /&gt;</w:t>
        <w:br/>
        <w:t>Свою головоньку смутную,&lt;br /&gt;</w:t>
        <w:br/>
        <w:t>Свою головоньку святую!&lt;br /&gt;</w:t>
        <w:br/>
        <w:t>І зникла в темному гаю.</w:t>
      </w:r>
    </w:p>
    <w:p>
      <w:r>
        <w:br/>
        <w:t>О світе наш незаходимийі&lt;br /&gt;</w:t>
        <w:br/>
        <w:t>О ти, пречистая в женах!&lt;br /&gt;</w:t>
        <w:br/>
        <w:t>Благоуханний сельний крине!&lt;br /&gt;</w:t>
        <w:br/>
        <w:t>В яких гаях, в яких ярах,&lt;br /&gt;</w:t>
        <w:br/>
        <w:t>В яких незнаємих вертепах&lt;br /&gt;</w:t>
        <w:br/>
        <w:t>Ти заховаєшся од спеки&lt;br /&gt;</w:t>
        <w:br/>
        <w:t>Огнепалимої тії,&lt;br /&gt;</w:t>
        <w:br/>
        <w:t>Що серце без огню розтопить&lt;br /&gt;</w:t>
        <w:br/>
        <w:t>І без води прорве, потопить&lt;br /&gt;</w:t>
        <w:br/>
        <w:t>Святії думоньки твої?&lt;br /&gt;</w:t>
        <w:br/>
        <w:t>Де ти сховаєшся? Ніде!&lt;br /&gt;</w:t>
        <w:br/>
        <w:t>Огонь заклюнувся вже, годі!&lt;br /&gt;</w:t>
        <w:br/>
        <w:t>Уже розжеврівся. І шкода,&lt;br /&gt;</w:t>
        <w:br/>
        <w:t>Даремне сила пропаде.&lt;br /&gt;</w:t>
        <w:br/>
        <w:t>До крові дійде, до кості&lt;br /&gt;</w:t>
        <w:br/>
        <w:t>Огонь той лютий, негасимий,&lt;br /&gt;</w:t>
        <w:br/>
        <w:t>І, недобитая, за сином&lt;br /&gt;</w:t>
        <w:br/>
        <w:t>Повинна будеш перейти&lt;br /&gt;</w:t>
        <w:br/>
        <w:t>Огонь пекельний! Все пророчить,&lt;br /&gt;</w:t>
        <w:br/>
        <w:t>Тобі вже зазирає в очі&lt;br /&gt;</w:t>
        <w:br/>
        <w:t>Твоє грядущеє. Не зри!&lt;br /&gt;</w:t>
        <w:br/>
        <w:t>Сльозу пророчую утри!&lt;br /&gt;</w:t>
        <w:br/>
        <w:t>Заквітчай голову дівочу&lt;br /&gt;</w:t>
        <w:br/>
        <w:t>Лілеями та тим рясним&lt;br /&gt;</w:t>
        <w:br/>
        <w:t>Червоним маком. Та засни&lt;br /&gt;</w:t>
        <w:br/>
        <w:t>Під явором у холодочку,&lt;br /&gt;</w:t>
        <w:br/>
        <w:t>Поки що буде.</w:t>
      </w:r>
    </w:p>
    <w:p>
      <w:r>
        <w:br/>
        <w:t>Увечері, мов зоря тая,&lt;br /&gt;</w:t>
        <w:br/>
        <w:t>Марія з гаю вихожає&lt;br /&gt;</w:t>
        <w:br/>
        <w:t>Заквітчана. Фавор-гора,&lt;br /&gt;</w:t>
        <w:br/>
        <w:t>Неначе з злата-серебра,&lt;br /&gt;</w:t>
        <w:br/>
        <w:t>Далеко, високо сіяє,&lt;br /&gt;</w:t>
        <w:br/>
        <w:t>Аж сліпить. Підняла&lt;br /&gt;</w:t>
        <w:br/>
        <w:t>На той Фавор свої святії&lt;br /&gt;</w:t>
        <w:br/>
        <w:t>Очиці кроткії Марія&lt;br /&gt;</w:t>
        <w:br/>
        <w:t>Та й усміхнулась. Зайняла&lt;br /&gt;</w:t>
        <w:br/>
        <w:t>Козу з козяточком з-під гаю&lt;br /&gt;</w:t>
        <w:br/>
        <w:t>І заспівала:&lt;br /&gt;</w:t>
        <w:br/>
        <w:t>"Раю! раю!&lt;br /&gt;</w:t>
        <w:br/>
        <w:t>Темний гаю!&lt;br /&gt;</w:t>
        <w:br/>
        <w:t>Чи я, молодая,&lt;br /&gt;</w:t>
        <w:br/>
        <w:t>Милий боже, в твоїм раї&lt;br /&gt;</w:t>
        <w:br/>
        <w:t>Чи я погуляю,&lt;br /&gt;</w:t>
        <w:br/>
        <w:t>Нагуляюсь?"&lt;br /&gt;</w:t>
        <w:br/>
        <w:t>Та й замовкла.&lt;br /&gt;</w:t>
        <w:br/>
        <w:t>Круг себе сумно озирнулась,&lt;br /&gt;</w:t>
        <w:br/>
        <w:t>На руки козеня взяла&lt;br /&gt;</w:t>
        <w:br/>
        <w:t>І веселенькая пішла&lt;br /&gt;</w:t>
        <w:br/>
        <w:t>На хутір бондарів убогий.&lt;br /&gt;</w:t>
        <w:br/>
        <w:t>А йдучи, козеня, небога,&lt;br /&gt;</w:t>
        <w:br/>
        <w:t>Ніби дитину, на руках&lt;br /&gt;</w:t>
        <w:br/>
        <w:t>Хитала, бавила, гойдала,&lt;br /&gt;</w:t>
        <w:br/>
        <w:t>До лона тихо пригортала&lt;br /&gt;</w:t>
        <w:br/>
        <w:t>І цілувала. Козеня,&lt;br /&gt;</w:t>
        <w:br/>
        <w:t>Неначе теє кошеня,&lt;br /&gt;</w:t>
        <w:br/>
        <w:t>І не пручалось, не кричало,&lt;br /&gt;</w:t>
        <w:br/>
        <w:t>На лоні пестилося, гралось.&lt;br /&gt;</w:t>
        <w:br/>
        <w:t>Миль зо дві любо з козеням&lt;br /&gt;</w:t>
        <w:br/>
        <w:t>Трохи, трохи не танцювала —&lt;br /&gt;</w:t>
        <w:br/>
        <w:t>І не втомилась. Вигляда&lt;br /&gt;</w:t>
        <w:br/>
        <w:t>Старий, сумуючи, під тином,&lt;br /&gt;</w:t>
        <w:br/>
        <w:t>Давненько вже свою дитину.&lt;br /&gt;</w:t>
        <w:br/>
        <w:t>Зустрів її і привітав,&lt;br /&gt;</w:t>
        <w:br/>
        <w:t>І тихо мовив: — Де ти в бога&lt;br /&gt;</w:t>
        <w:br/>
        <w:t>Загаялась, моя небого?&lt;br /&gt;</w:t>
        <w:br/>
        <w:t>Ходімо в кущу, опочий&lt;br /&gt;</w:t>
        <w:br/>
        <w:t>Та повечеряємо вкупі&lt;br /&gt;</w:t>
        <w:br/>
        <w:t>З веселим гостем молодим:&lt;br /&gt;</w:t>
        <w:br/>
        <w:t>Ходімо, доненько. — Який?&lt;br /&gt;</w:t>
        <w:br/>
        <w:t>Який ее гость? — Із Назарета&lt;br /&gt;</w:t>
        <w:br/>
        <w:t>Зайшов у нас підночувать.&lt;br /&gt;</w:t>
        <w:br/>
        <w:t>І каже: — Божа благодать&lt;br /&gt;</w:t>
        <w:br/>
        <w:t>На ветхую Єлисавету&lt;br /&gt;</w:t>
        <w:br/>
        <w:t>Учора рано пролилась.&lt;br /&gt;</w:t>
        <w:br/>
        <w:t>Учора, каже, привела&lt;br /&gt;</w:t>
        <w:br/>
        <w:t>Дитину-сина. А Захарій&lt;br /&gt;</w:t>
        <w:br/>
        <w:t>Старий нарек його Іваном. —&lt;br /&gt;</w:t>
        <w:br/>
        <w:t>Так бачиш що! — А гость роззутий,&lt;br /&gt;</w:t>
        <w:br/>
        <w:t>Умитий, з кущі вихожав&lt;br /&gt;</w:t>
        <w:br/>
        <w:t>В одному білому хітоні,&lt;br /&gt;</w:t>
        <w:br/>
        <w:t>Мов намальований, сіяв,&lt;br /&gt;</w:t>
        <w:br/>
        <w:t>І став велично на порозі,&lt;br /&gt;</w:t>
        <w:br/>
        <w:t>І, уклонившися, вітав&lt;br /&gt;</w:t>
        <w:br/>
        <w:t>Марію тихо. Їй, небозі,&lt;br /&gt;</w:t>
        <w:br/>
        <w:t>Аж дивно, чудно. Гость стояв&lt;br /&gt;</w:t>
        <w:br/>
        <w:t>ї ніби справді засіяв.&lt;br /&gt;</w:t>
        <w:br/>
        <w:t>Марія на його зирнула&lt;br /&gt;</w:t>
        <w:br/>
        <w:t>І стрепенулась. Пригорнулась,&lt;br /&gt;</w:t>
        <w:br/>
        <w:t>Неначе злякане дитя,&lt;br /&gt;</w:t>
        <w:br/>
        <w:t>До Йосипа свого старого,&lt;br /&gt;</w:t>
        <w:br/>
        <w:t>А потім гостя молодого&lt;br /&gt;</w:t>
        <w:br/>
        <w:t>Просила, ніби повела,&lt;br /&gt;</w:t>
        <w:br/>
        <w:t>Очима в кущу. Принесла&lt;br /&gt;</w:t>
        <w:br/>
        <w:t>Води погожої з криниці&lt;br /&gt;</w:t>
        <w:br/>
        <w:t>І молоко і сир козлиці&lt;br /&gt;</w:t>
        <w:br/>
        <w:t>Їм на вечерю подала.&lt;br /&gt;</w:t>
        <w:br/>
        <w:t>Сама ж не їла й не пила.&lt;br /&gt;</w:t>
        <w:br/>
        <w:t>В куточку мовчки'прихилилась&lt;br /&gt;</w:t>
        <w:br/>
        <w:t>Та дивувалася, дивилась&lt;br /&gt;</w:t>
        <w:br/>
        <w:t>І слухала, як молодий&lt;br /&gt;</w:t>
        <w:br/>
        <w:t>Дивочний гость той говорив.&lt;br /&gt;</w:t>
        <w:br/>
        <w:t>І словеса його святії&lt;br /&gt;</w:t>
        <w:br/>
        <w:t>На серце падали Марії,&lt;br /&gt;</w:t>
        <w:br/>
        <w:t>І серце мерзло і пеклось!</w:t>
      </w:r>
    </w:p>
    <w:p>
      <w:r>
        <w:br/>
        <w:t>— Во Іудеї не було, —&lt;br /&gt;</w:t>
        <w:br/>
        <w:t>Промовив гость, — того ніколи,&lt;br /&gt;</w:t>
        <w:br/>
        <w:t>Що нині узриться! Равві,&lt;br /&gt;</w:t>
        <w:br/>
        <w:t>Равві великого глаголи&lt;br /&gt;</w:t>
        <w:br/>
        <w:t>На ниві сіються новій!&lt;br /&gt;</w:t>
        <w:br/>
        <w:t>І виростуть, і пожнемо,&lt;br /&gt;</w:t>
        <w:br/>
        <w:t>І в житницю соберемо&lt;br /&gt;</w:t>
        <w:br/>
        <w:t>Зерно святеє. Я месію&lt;br /&gt;</w:t>
        <w:br/>
        <w:t>Іду народу возвістить. —&lt;br /&gt;</w:t>
        <w:br/>
        <w:t>І помолилася Марія&lt;br /&gt;</w:t>
        <w:br/>
        <w:t>Перед апостолом.&lt;br /&gt;</w:t>
        <w:br/>
        <w:t>Горить&lt;br /&gt;</w:t>
        <w:br/>
        <w:t>Огонь тихенько на кабиці.&lt;br /&gt;</w:t>
        <w:br/>
        <w:t>А Йосип праведний сидить&lt;br /&gt;</w:t>
        <w:br/>
        <w:t>Та думає. Уже зірниця&lt;br /&gt;</w:t>
        <w:br/>
        <w:t>На небі ясно зайнялась.&lt;br /&gt;</w:t>
        <w:br/>
        <w:t>Марія встала та й пішла&lt;br /&gt;</w:t>
        <w:br/>
        <w:t>З глеком по воду до криниці.&lt;br /&gt;</w:t>
        <w:br/>
        <w:t>І гость за нею, і в ярочку&lt;br /&gt;</w:t>
        <w:br/>
        <w:t>Догнав Марію...&lt;br /&gt;</w:t>
        <w:br/>
        <w:t>Холодочком&lt;br /&gt;</w:t>
        <w:br/>
        <w:t>До сходу сонця провели&lt;br /&gt;</w:t>
        <w:br/>
        <w:t>До самої Тіверіади&lt;br /&gt;</w:t>
        <w:br/>
        <w:t>Благовістителя. І раді,&lt;br /&gt;</w:t>
        <w:br/>
        <w:t>Радісінькі собі прийшли&lt;br /&gt;</w:t>
        <w:br/>
        <w:t>Додому.&lt;br /&gt;</w:t>
        <w:br/>
        <w:t>Жде його Марія&lt;br /&gt;</w:t>
        <w:br/>
        <w:t>І, ждучи, плаче, молодії&lt;br /&gt;</w:t>
        <w:br/>
        <w:t>Ланити, очі і уста&lt;br /&gt;</w:t>
        <w:br/>
        <w:t>Марніють зримо. — Ти не та,&lt;br /&gt;</w:t>
        <w:br/>
        <w:t>Не та тепер, Маріє, сталаї&lt;br /&gt;</w:t>
        <w:br/>
        <w:t>Цвіт зельний, наша красота! —&lt;br /&gt;</w:t>
        <w:br/>
        <w:t>Промовив Йосип. — Диво сталось&lt;br /&gt;</w:t>
        <w:br/>
        <w:t>З тобою, доненько моя!&lt;br /&gt;</w:t>
        <w:br/>
        <w:t>Ходім, Маріє, повінчаймось,&lt;br /&gt;</w:t>
        <w:br/>
        <w:t>А то... — Й не вимовив: — уб'ють,&lt;br /&gt;</w:t>
        <w:br/>
        <w:t>На улиці. І заховаймось&lt;br /&gt;</w:t>
        <w:br/>
        <w:t>В своїм оазисі. — їв путь&lt;br /&gt;</w:t>
        <w:br/>
        <w:t>Марія нашвидку збиралась,&lt;br /&gt;</w:t>
        <w:br/>
        <w:t>Та тяжко плакала, ридала.</w:t>
      </w:r>
    </w:p>
    <w:p>
      <w:r>
        <w:br/>
        <w:t>Отож вони собі ідуть:&lt;br /&gt;</w:t>
        <w:br/>
        <w:t>Несе з торбиною на плечах&lt;br /&gt;</w:t>
        <w:br/>
        <w:t>Нову коновочку старий:&lt;br /&gt;</w:t>
        <w:br/>
        <w:t>Спродать би то, та молодій&lt;br /&gt;</w:t>
        <w:br/>
        <w:t>Купить хустиночку до речі,&lt;br /&gt;</w:t>
        <w:br/>
        <w:t>Та й за повінчання оддать.</w:t>
      </w:r>
    </w:p>
    <w:p>
      <w:r>
        <w:br/>
        <w:t>О старче праведний, багатий!&lt;br /&gt;</w:t>
        <w:br/>
        <w:t>Не од Сіона благодать.&lt;br /&gt;</w:t>
        <w:br/>
        <w:t>А з тихої твоєї хати&lt;br /&gt;</w:t>
        <w:br/>
        <w:t>Нам возвістилася. Якби&lt;br /&gt;</w:t>
        <w:br/>
        <w:t>Пречистій їй не дав ти руку,&lt;br /&gt;</w:t>
        <w:br/>
        <w:t>Рабами б біднії раби&lt;br /&gt;</w:t>
        <w:br/>
        <w:t>І досі мерли би. О муко!&lt;br /&gt;</w:t>
        <w:br/>
        <w:t>О тяжкая душі печаль!&lt;br /&gt;</w:t>
        <w:br/>
        <w:t>Не вас мені, сердешних, жаль,&lt;br /&gt;</w:t>
        <w:br/>
        <w:t>Сліпі і малії душою,&lt;br /&gt;</w:t>
        <w:br/>
        <w:t>А тих, що бачать над собою&lt;br /&gt;</w:t>
        <w:br/>
        <w:t>Сокиру, молот — і кують&lt;br /&gt;</w:t>
        <w:br/>
        <w:t>Кайдани новії. Уб'ють,&lt;br /&gt;</w:t>
        <w:br/>
        <w:t>Заріжуть вас, душеубійці&lt;br /&gt;</w:t>
        <w:br/>
        <w:t>І із кривавої криниці&lt;br /&gt;</w:t>
        <w:br/>
        <w:t>Собак напоять.&lt;br /&gt;</w:t>
        <w:br/>
        <w:t>Де ж подівсь&lt;br /&gt;</w:t>
        <w:br/>
        <w:t>Дивочний гость отой лукавий?&lt;br /&gt;</w:t>
        <w:br/>
        <w:t>Хоч би прийшов та подививсь&lt;br /&gt;</w:t>
        <w:br/>
        <w:t>На брак той славний і преславний!&lt;br /&gt;</w:t>
        <w:br/>
        <w:t>На брак окрадений! Не чуть,&lt;br /&gt;</w:t>
        <w:br/>
        <w:t>Не чуть ані його, ані месії.&lt;br /&gt;</w:t>
        <w:br/>
        <w:t>Аж люди ждуть чогось і ждуть,&lt;br /&gt;</w:t>
        <w:br/>
        <w:t>Чогось непевного. Маріє!&lt;br /&gt;</w:t>
        <w:br/>
        <w:t>Ти, безталанная, чого&lt;br /&gt;</w:t>
        <w:br/>
        <w:t>І ждеш і ждатимеш од бога&lt;br /&gt;</w:t>
        <w:br/>
        <w:t>І од людей його? Нічого,&lt;br /&gt;</w:t>
        <w:br/>
        <w:t>Ніже апостола того&lt;br /&gt;</w:t>
        <w:br/>
        <w:t>Тепер не жди. Тесляр убогий&lt;br /&gt;</w:t>
        <w:br/>
        <w:t>Тебе повінчану веде&lt;br /&gt;</w:t>
        <w:br/>
        <w:t>В свою убогую хатину.&lt;br /&gt;</w:t>
        <w:br/>
        <w:t>Молися й дякуй, що не кинув,&lt;br /&gt;</w:t>
        <w:br/>
        <w:t>Що на розпуття не прогнав,&lt;br /&gt;</w:t>
        <w:br/>
        <w:t>А то б цеглиною убили, —&lt;br /&gt;</w:t>
        <w:br/>
        <w:t>Якби не вкрив, не заховав!&lt;br /&gt;</w:t>
        <w:br/>
        <w:t>В Єрусалимі говорили&lt;br /&gt;</w:t>
        <w:br/>
        <w:t>Тихенько люди, що стяли&lt;br /&gt;</w:t>
        <w:br/>
        <w:t>У городі Тіверіаді&lt;br /&gt;</w:t>
        <w:br/>
        <w:t>Чи то якогось розп'яли&lt;br /&gt;</w:t>
        <w:br/>
        <w:t>Провозві стителя месії.&lt;br /&gt;</w:t>
        <w:br/>
        <w:t>— Його! — промовила Марія,&lt;br /&gt;</w:t>
        <w:br/>
        <w:t>І веселесенька пішла&lt;br /&gt;</w:t>
        <w:br/>
        <w:t>У Назарет. І він радіє,&lt;br /&gt;</w:t>
        <w:br/>
        <w:t>Що наймичка його несла&lt;br /&gt;</w:t>
        <w:br/>
        <w:t>В утробі праведную душу&lt;br /&gt;</w:t>
        <w:br/>
        <w:t>За волю розп'ятого мужа.</w:t>
      </w:r>
    </w:p>
    <w:p>
      <w:r>
        <w:br/>
        <w:t>Ото вони собі ідуть,&lt;br /&gt;</w:t>
        <w:br/>
        <w:t>Прийшли додому. І живуть&lt;br /&gt;</w:t>
        <w:br/>
        <w:t>Повінчані, та не веселі.&lt;br /&gt;</w:t>
        <w:br/>
        <w:t>Тесляр колисочку дебелу&lt;br /&gt;</w:t>
        <w:br/>
        <w:t>Майструє в сінях. А вона,&lt;br /&gt;</w:t>
        <w:br/>
        <w:t>Пренепорочная Марія,&lt;br /&gt;</w:t>
        <w:br/>
        <w:t>Сидить собі коло вікна,&lt;br /&gt;</w:t>
        <w:br/>
        <w:t>І в поле дивиться, і шиє&lt;br /&gt;</w:t>
        <w:br/>
        <w:t>Малесеньке сороченя —&lt;br /&gt;</w:t>
        <w:br/>
        <w:t>Комусь то ще?&lt;br /&gt;</w:t>
        <w:br/>
        <w:t>— Хазяїн дома? —&lt;br /&gt;</w:t>
        <w:br/>
        <w:t>Надворі крикнуло. — Указ&lt;br /&gt;</w:t>
        <w:br/>
        <w:t>Од кесаря, його самого,&lt;br /&gt;</w:t>
        <w:br/>
        <w:t>Щоб ви сьогодні, сей же час,&lt;br /&gt;</w:t>
        <w:br/>
        <w:t>Ви на ревізію у город,&lt;br /&gt;</w:t>
        <w:br/>
        <w:t>У город Віфлеєм ішли.&lt;br /&gt;</w:t>
        <w:br/>
        <w:t>І зник, пропав той тяжкий голос.&lt;br /&gt;</w:t>
        <w:br/>
        <w:t>Тільки руна в яру гула.</w:t>
      </w:r>
    </w:p>
    <w:p>
      <w:r>
        <w:br/>
        <w:t>Марія зараз заходилась&lt;br /&gt;</w:t>
        <w:br/>
        <w:t>Пекти опрісноки. Спекла,&lt;br /&gt;</w:t>
        <w:br/>
        <w:t>В торбину мовчки положила&lt;br /&gt;</w:t>
        <w:br/>
        <w:t>І мовчки за старим пішла&lt;br /&gt;</w:t>
        <w:br/>
        <w:t>У Віфлеєм. — Святая сило!&lt;br /&gt;</w:t>
        <w:br/>
        <w:t>Спаси мене, мій боже милий! —&lt;br /&gt;</w:t>
        <w:br/>
        <w:t>Тільки й промовила. Ідуть,&lt;br /&gt;</w:t>
        <w:br/>
        <w:t>Сумуючи собі обоє,&lt;br /&gt;</w:t>
        <w:br/>
        <w:t>І, вбогії, перед собою&lt;br /&gt;</w:t>
        <w:br/>
        <w:t>Козу з козяточком женуть:&lt;br /&gt;</w:t>
        <w:br/>
        <w:t>Бо дома ні на кого кинуть.&lt;br /&gt;</w:t>
        <w:br/>
        <w:t>А може, бог пошле дитину&lt;br /&gt;</w:t>
        <w:br/>
        <w:t>В дорозі; от і молоко&lt;br /&gt;</w:t>
        <w:br/>
        <w:t>Сердешній матері. Скотина&lt;br /&gt;</w:t>
        <w:br/>
        <w:t>Іде пасучися, рядком&lt;br /&gt;</w:t>
        <w:br/>
        <w:t>Ідуть за нею батько й мати&lt;br /&gt;</w:t>
        <w:br/>
        <w:t>І починають розмовляти&lt;br /&gt;</w:t>
        <w:br/>
        <w:t>Поволі, тихо. —Семіон&lt;br /&gt;</w:t>
        <w:br/>
        <w:t>Протопресвітер, — Йосип мовив, —&lt;br /&gt;</w:t>
        <w:br/>
        <w:t>Такеє-то пророче слово&lt;br /&gt;</w:t>
        <w:br/>
        <w:t>Сказав мені: —Святий закон&lt;br /&gt;</w:t>
        <w:br/>
        <w:t>І Авраама і Мойсея&lt;br /&gt;</w:t>
        <w:br/>
        <w:t>Возобновлять мужі єсеї.&lt;br /&gt;</w:t>
        <w:br/>
        <w:t>І каже: поти не умру,&lt;br /&gt;</w:t>
        <w:br/>
        <w:t>Поки месію не узрю! —&lt;br /&gt;</w:t>
        <w:br/>
        <w:t>Чи чуєш ти, моя Маріє?&lt;br /&gt;</w:t>
        <w:br/>
        <w:t>Месія прийде! — Вже прийшов,&lt;br /&gt;</w:t>
        <w:br/>
        <w:t>І ми вже бачили месію! —&lt;br /&gt;</w:t>
        <w:br/>
        <w:t>Марія мовила.&lt;br /&gt;</w:t>
        <w:br/>
        <w:t>Найшов&lt;br /&gt;</w:t>
        <w:br/>
        <w:t>Опріснок Йосип у торбині,&lt;br /&gt;</w:t>
        <w:br/>
        <w:t>Дає та й каже: — На, моя дитино,&lt;br /&gt;</w:t>
        <w:br/>
        <w:t>Поки що буде, укріпись,&lt;br /&gt;</w:t>
        <w:br/>
        <w:t>До Віфлеєма не близенько;&lt;br /&gt;</w:t>
        <w:br/>
        <w:t>Та й я спочину. Утомивсь. —&lt;br /&gt;</w:t>
        <w:br/>
        <w:t>Та й сіли на шляху гарненько —&lt;br /&gt;</w:t>
        <w:br/>
        <w:t>Полуднувать. Отож сидять,&lt;br /&gt;</w:t>
        <w:br/>
        <w:t>А сонце праведне швиденько&lt;br /&gt;</w:t>
        <w:br/>
        <w:t>Додолу котиться. І глядь!&lt;br /&gt;</w:t>
        <w:br/>
        <w:t>Сховалося, і смеркло в полі.&lt;br /&gt;</w:t>
        <w:br/>
        <w:t>І диво дивнеє! Ніколи&lt;br /&gt;</w:t>
        <w:br/>
        <w:t>Ніхто не бачив і не чув&lt;br /&gt;</w:t>
        <w:br/>
        <w:t>Такого дива. Аж здригнув&lt;br /&gt;</w:t>
        <w:br/>
        <w:t>Святий тесляр. Мітла з востоку&lt;br /&gt;</w:t>
        <w:br/>
        <w:t>Над самим Віфлеємом, боком,&lt;br /&gt;</w:t>
        <w:br/>
        <w:t>Мітла огненная зійшла.&lt;br /&gt;</w:t>
        <w:br/>
        <w:t>І степ і гори осіяла.&lt;br /&gt;</w:t>
        <w:br/>
        <w:t>Марія з шляху не вставала,&lt;br /&gt;</w:t>
        <w:br/>
        <w:t>Марія сина привела.&lt;br /&gt;</w:t>
        <w:br/>
        <w:t>Єдиную тую дитину,&lt;br /&gt;</w:t>
        <w:br/>
        <w:t>Що нас од каторги спасла!&lt;br /&gt;</w:t>
        <w:br/>
        <w:t>І, пресвятая, неповинна,&lt;br /&gt;</w:t>
        <w:br/>
        <w:t>За нас, лукавих, розп'ялась!&lt;br /&gt;</w:t>
        <w:br/>
        <w:t>А недалеко край дороги&lt;br /&gt;</w:t>
        <w:br/>
        <w:t>Отару гнали чабани&lt;br /&gt;</w:t>
        <w:br/>
        <w:t>Та й їх побачили. Небогу,&lt;br /&gt;</w:t>
        <w:br/>
        <w:t>Її й дитяточко взяли&lt;br /&gt;</w:t>
        <w:br/>
        <w:t>І у вертеп свій принесли,&lt;br /&gt;</w:t>
        <w:br/>
        <w:t>І чабани його убогі&lt;br /&gt;</w:t>
        <w:br/>
        <w:t>Еммануїлом нарекли.</w:t>
      </w:r>
    </w:p>
    <w:p>
      <w:r>
        <w:br/>
        <w:t>До сходу сонця, рано-рано,&lt;br /&gt;</w:t>
        <w:br/>
        <w:t>У Віфлеємі на майдані&lt;br /&gt;</w:t>
        <w:br/>
        <w:t>Зійшовся люд і шепотить,&lt;br /&gt;</w:t>
        <w:br/>
        <w:t>Що щось непевне з людьми буде&lt;br /&gt;</w:t>
        <w:br/>
        <w:t>Во Іудеї. Гомонить&lt;br /&gt;</w:t>
        <w:br/>
        <w:t>І тихне люд. — О люди! люди! —&lt;br /&gt;</w:t>
        <w:br/>
        <w:t>Чабан якийсь біжить, кричить.-&lt;br /&gt;</w:t>
        <w:br/>
        <w:t>Пророчество Ієремія,&lt;br /&gt;</w:t>
        <w:br/>
        <w:t>Ісаія збулось! збулось!&lt;br /&gt;</w:t>
        <w:br/>
        <w:t>У нас, у пастирей, месія&lt;br /&gt;</w:t>
        <w:br/>
        <w:t>Родився вчора! — Загуло&lt;br /&gt;</w:t>
        <w:br/>
        <w:t>У Віфлеємі па майдані:&lt;br /&gt;</w:t>
        <w:br/>
        <w:t>— Месія! Іісус! Осанна!&lt;br /&gt;</w:t>
        <w:br/>
        <w:t>І люд розходивсь. Через час&lt;br /&gt;</w:t>
        <w:br/>
        <w:t>Чи через два прийшов указ&lt;br /&gt;</w:t>
        <w:br/>
        <w:t>І легіон з Єрусалима.&lt;br /&gt;</w:t>
        <w:br/>
        <w:t>Од того Ірода. Незриме&lt;br /&gt;</w:t>
        <w:br/>
        <w:t>Й нечуте сталося тоді.</w:t>
      </w:r>
    </w:p>
    <w:p>
      <w:r>
        <w:br/>
        <w:t>Ще діточки сповиті спали,&lt;br /&gt;</w:t>
        <w:br/>
        <w:t>Ще купіль гріли матері,&lt;br /&gt;</w:t>
        <w:br/>
        <w:t>Намарне гріли: не купали&lt;br /&gt;</w:t>
        <w:br/>
        <w:t>Маленьких діточок своїх!&lt;br /&gt;</w:t>
        <w:br/>
        <w:t>Ножі солдати сполоскали&lt;br /&gt;</w:t>
        <w:br/>
        <w:t>В дитячій праведній крові!&lt;br /&gt;</w:t>
        <w:br/>
        <w:t>Такеє-то на світі сталось!&lt;br /&gt;</w:t>
        <w:br/>
        <w:t>Дивітеся ж, о матері!&lt;br /&gt;</w:t>
        <w:br/>
        <w:t>Що роблять іроди царі!</w:t>
      </w:r>
    </w:p>
    <w:p>
      <w:r>
        <w:br/>
        <w:t>Марія навіть не ховалась&lt;br /&gt;</w:t>
        <w:br/>
        <w:t>З своїм младенцем. Слава вам,&lt;br /&gt;</w:t>
        <w:br/>
        <w:t>Убогим людям, чабанам.&lt;br /&gt;</w:t>
        <w:br/>
        <w:t>Що привітали, заховали&lt;br /&gt;</w:t>
        <w:br/>
        <w:t>І нам спасителя спасли&lt;br /&gt;</w:t>
        <w:br/>
        <w:t>Од Ірода. Нагодували,&lt;br /&gt;</w:t>
        <w:br/>
        <w:t>І напоїли, і дали&lt;br /&gt;</w:t>
        <w:br/>
        <w:t>Кожух і свиту на дорогу,&lt;br /&gt;</w:t>
        <w:br/>
        <w:t>І, небораки, додали&lt;br /&gt;</w:t>
        <w:br/>
        <w:t>Ослицю дійну. І небогу&lt;br /&gt;</w:t>
        <w:br/>
        <w:t>З її дитяточком малим&lt;br /&gt;</w:t>
        <w:br/>
        <w:t>І посадили й провели&lt;br /&gt;</w:t>
        <w:br/>
        <w:t>Вночі тайнйми манівцями&lt;br /&gt;</w:t>
        <w:br/>
        <w:t>На шлях Мемфіський. А мітла,&lt;br /&gt;</w:t>
        <w:br/>
        <w:t>Мітла огненная світила,&lt;br /&gt;</w:t>
        <w:br/>
        <w:t>Неначе сонце, і дивилась&lt;br /&gt;</w:t>
        <w:br/>
        <w:t>На ту ослицю, що несла&lt;br /&gt;</w:t>
        <w:br/>
        <w:t>В Єгипет кроткую Марію&lt;br /&gt;</w:t>
        <w:br/>
        <w:t>І народженного месію.</w:t>
      </w:r>
    </w:p>
    <w:p>
      <w:r>
        <w:br/>
        <w:t>Якби де на світі хоть раз&lt;br /&gt;</w:t>
        <w:br/>
        <w:t>Цариця сіла на ослицю,&lt;br /&gt;</w:t>
        <w:br/>
        <w:t>То слава б стала про царицю&lt;br /&gt;</w:t>
        <w:br/>
        <w:t>І про великую ослицю&lt;br /&gt;</w:t>
        <w:br/>
        <w:t>По всьому світу. Ся ж несла&lt;br /&gt;</w:t>
        <w:br/>
        <w:t>Живого істинного бога!&lt;br /&gt;</w:t>
        <w:br/>
        <w:t>Тебе ж, сердешну, копт убогий&lt;br /&gt;</w:t>
        <w:br/>
        <w:t>Хотів у Йосипа купить,&lt;br /&gt;</w:t>
        <w:br/>
        <w:t>Та здохла ти. Мабуть, дорога&lt;br /&gt;</w:t>
        <w:br/>
        <w:t>Таки завадила тобі?</w:t>
      </w:r>
    </w:p>
    <w:p>
      <w:r>
        <w:br/>
        <w:t>У Нілі скупанеє спить&lt;br /&gt;</w:t>
        <w:br/>
        <w:t>В пелюшках— долі, під вербою,&lt;br /&gt;</w:t>
        <w:br/>
        <w:t>Дитяточко. А між лозою&lt;br /&gt;</w:t>
        <w:br/>
        <w:t>З лози колисочку плете&lt;br /&gt;</w:t>
        <w:br/>
        <w:t>Та плаче праведная мати,&lt;br /&gt;</w:t>
        <w:br/>
        <w:t>Колиску тую плетучи.&lt;br /&gt;</w:t>
        <w:br/>
        <w:t>А Йосип заходився хату&lt;br /&gt;</w:t>
        <w:br/>
        <w:t>Із очерету будувати,&lt;br /&gt;</w:t>
        <w:br/>
        <w:t>Щоб хоч укритися вночі.&lt;br /&gt;</w:t>
        <w:br/>
        <w:t>З-за Нілу сфінкси, мов сичі,&lt;br /&gt;</w:t>
        <w:br/>
        <w:t>Страшними мертвими очима&lt;br /&gt;</w:t>
        <w:br/>
        <w:t>На теє дивляться. За ними&lt;br /&gt;</w:t>
        <w:br/>
        <w:t>На голому піску стоять&lt;br /&gt;</w:t>
        <w:br/>
        <w:t>По шнуру піраміди вряд,&lt;br /&gt;</w:t>
        <w:br/>
        <w:t>Мов фараонова сторожа,&lt;br /&gt;</w:t>
        <w:br/>
        <w:t>І ніби фараонам знать&lt;br /&gt;</w:t>
        <w:br/>
        <w:t>Вони дають, що правда божа&lt;br /&gt;</w:t>
        <w:br/>
        <w:t>Встає вже, встала на землі,&lt;br /&gt;</w:t>
        <w:br/>
        <w:t>Щоб фараони стереглись.&lt;br /&gt;</w:t>
        <w:br/>
        <w:t>Марія найнялася прясти&lt;br /&gt;</w:t>
        <w:br/>
        <w:t>У копта вовну. А святий&lt;br /&gt;</w:t>
        <w:br/>
        <w:t>Іосиф взявсь отару пасти,&lt;br /&gt;</w:t>
        <w:br/>
        <w:t>Щоб хоч козу ту заробить&lt;br /&gt;</w:t>
        <w:br/>
        <w:t>На молоко малій дитині.&lt;br /&gt;</w:t>
        <w:br/>
        <w:t>Минає рік. Коло хатини&lt;br /&gt;</w:t>
        <w:br/>
        <w:t>В повіточці своїй малій&lt;br /&gt;</w:t>
        <w:br/>
        <w:t>Той бондар праведний, святий,&lt;br /&gt;</w:t>
        <w:br/>
        <w:t>І гадки, праведний, не має,&lt;br /&gt;</w:t>
        <w:br/>
        <w:t>Барило й бочку набиває&lt;br /&gt;</w:t>
        <w:br/>
        <w:t>Та ще й курникає. А ти?&lt;br /&gt;</w:t>
        <w:br/>
        <w:t>Не плачеш ти і не співаєш,&lt;br /&gt;</w:t>
        <w:br/>
        <w:t>Гадаєш, думаєш-гадаєш,&lt;br /&gt;</w:t>
        <w:br/>
        <w:t>Як його вчити, навести&lt;br /&gt;</w:t>
        <w:br/>
        <w:t>На путь святий святого сина&lt;br /&gt;</w:t>
        <w:br/>
        <w:t>І як його од зол спасти?&lt;br /&gt;</w:t>
        <w:br/>
        <w:t>Од бур житейських одвести?</w:t>
      </w:r>
    </w:p>
    <w:p>
      <w:r>
        <w:br/>
        <w:t>Ще рік минув. Коло хатини&lt;br /&gt;</w:t>
        <w:br/>
        <w:t>Коза пасеться; а дитина&lt;br /&gt;</w:t>
        <w:br/>
        <w:t>І невеличке козеня&lt;br /&gt;</w:t>
        <w:br/>
        <w:t>У сінях граються. А мати&lt;br /&gt;</w:t>
        <w:br/>
        <w:t>Сидить на призьбі коло хати&lt;br /&gt;</w:t>
        <w:br/>
        <w:t>Та вовну з кужеля пряде.&lt;br /&gt;</w:t>
        <w:br/>
        <w:t>Аж ось і сам старий іде&lt;br /&gt;</w:t>
        <w:br/>
        <w:t>З ціпочком тихо попід тином:&lt;br /&gt;</w:t>
        <w:br/>
        <w:t>Носив у город шапличок&lt;br /&gt;</w:t>
        <w:br/>
        <w:t>Продать. Йому медяничок,&lt;br /&gt;</w:t>
        <w:br/>
        <w:t>А їй немудрую хустину,&lt;br /&gt;</w:t>
        <w:br/>
        <w:t>Собі ж несе на постоли&lt;br /&gt;</w:t>
        <w:br/>
        <w:t>Ременю доброго. Спочинув&lt;br /&gt;</w:t>
        <w:br/>
        <w:t>Та й каже: — Доню, не журись.&lt;br /&gt;</w:t>
        <w:br/>
        <w:t>Царя вже Ірода не стало.&lt;br /&gt;</w:t>
        <w:br/>
        <w:t>Чогось увечері наївсь,&lt;br /&gt;</w:t>
        <w:br/>
        <w:t>Та так наївся, що й опрігсь.&lt;br /&gt;</w:t>
        <w:br/>
        <w:t>Такеє-то мені сказали.&lt;br /&gt;</w:t>
        <w:br/>
        <w:t>Ходімо, каже, у свій гай,&lt;br /&gt;</w:t>
        <w:br/>
        <w:t>У свій маленький тихий рай!&lt;br /&gt;</w:t>
        <w:br/>
        <w:t>Ходім додомоньку, дитино.&lt;br /&gt;</w:t>
        <w:br/>
        <w:t>— Ходім, — сказала та й пішла&lt;br /&gt;</w:t>
        <w:br/>
        <w:t>На Ніл сороченята прати&lt;br /&gt;</w:t>
        <w:br/>
        <w:t>В дорогу синові. Паслась&lt;br /&gt;</w:t>
        <w:br/>
        <w:t>Коза з козятком коло хати,&lt;br /&gt;</w:t>
        <w:br/>
        <w:t>А Йосип сина забавляв,&lt;br /&gt;</w:t>
        <w:br/>
        <w:t>На призьбі сидя, поки мати&lt;br /&gt;</w:t>
        <w:br/>
        <w:t>На річці прала ті малі&lt;br /&gt;</w:t>
        <w:br/>
        <w:t>Сорочечки. А потім в хаті&lt;br /&gt;</w:t>
        <w:br/>
        <w:t>Поморщив добре постоли&lt;br /&gt;</w:t>
        <w:br/>
        <w:t>Собі в дорогу. Та й знялись&lt;br /&gt;</w:t>
        <w:br/>
        <w:t>До сходу сонця, по торбині&lt;br /&gt;</w:t>
        <w:br/>
        <w:t>На плечі взявши, а дитину&lt;br /&gt;</w:t>
        <w:br/>
        <w:t>Удвох в колисочці несли.</w:t>
      </w:r>
    </w:p>
    <w:p>
      <w:r>
        <w:br/>
        <w:t>То сяк, то так прийшли додому.&lt;br /&gt;</w:t>
        <w:br/>
        <w:t>Бодай не довелось нікому&lt;br /&gt;</w:t>
        <w:br/>
        <w:t>Узріть такеє! Благодать,&lt;br /&gt;</w:t>
        <w:br/>
        <w:t>Гайочок тихий серед поля, —&lt;br /&gt;</w:t>
        <w:br/>
        <w:t>Одна єдиная їх доля&lt;br /&gt;</w:t>
        <w:br/>
        <w:t>Отой гайочок! — і не знать,&lt;br /&gt;</w:t>
        <w:br/>
        <w:t>Де він кохався, і хатина —&lt;br /&gt;</w:t>
        <w:br/>
        <w:t>Все, все сплюндровано. В руїні&lt;br /&gt;</w:t>
        <w:br/>
        <w:t>Їм довелося ночувать.&lt;br /&gt;</w:t>
        <w:br/>
        <w:t>В ярок Марія до криниці&lt;br /&gt;</w:t>
        <w:br/>
        <w:t>Швиденько кинулася. Там&lt;br /&gt;</w:t>
        <w:br/>
        <w:t>Колись-то з нею яснолиций&lt;br /&gt;</w:t>
        <w:br/>
        <w:t>Зустрівся гость святий. Бур'ян,&lt;br /&gt;</w:t>
        <w:br/>
        <w:t>Будяк колючий з кропивою&lt;br /&gt;</w:t>
        <w:br/>
        <w:t>Коло криниці поросли.&lt;br /&gt;</w:t>
        <w:br/>
        <w:t>Маріє! Горенько з тобою!&lt;br /&gt;</w:t>
        <w:br/>
        <w:t>Молися, серденько, молись!&lt;br /&gt;</w:t>
        <w:br/>
        <w:t>Окуй свою святую силу...&lt;br /&gt;</w:t>
        <w:br/>
        <w:t>Долготерпенієм окуй,&lt;br /&gt;</w:t>
        <w:br/>
        <w:t>В сльозах кривавих загартуй!..&lt;br /&gt;</w:t>
        <w:br/>
        <w:t>Небога трохи не втопилась&lt;br /&gt;</w:t>
        <w:br/>
        <w:t>У тій криниці. Горе нам&lt;br /&gt;</w:t>
        <w:br/>
        <w:t>Було б, іскупленим рабам!&lt;br /&gt;</w:t>
        <w:br/>
        <w:t>Дитина б тая виростала&lt;br /&gt;</w:t>
        <w:br/>
        <w:t>Без матері, і ми б не знали&lt;br /&gt;</w:t>
        <w:br/>
        <w:t>І досі правди на землі!&lt;br /&gt;</w:t>
        <w:br/>
        <w:t>Святої волі! Схаменулась,&lt;br /&gt;</w:t>
        <w:br/>
        <w:t>І тяжко-важко усміхнулась&lt;br /&gt;</w:t>
        <w:br/>
        <w:t>Та й заридала. Полились&lt;br /&gt;</w:t>
        <w:br/>
        <w:t>На цямрину святії сльози&lt;br /&gt;</w:t>
        <w:br/>
        <w:t>Та й висохли. А їй, небозі,&lt;br /&gt;</w:t>
        <w:br/>
        <w:t>Полегшало.&lt;br /&gt;</w:t>
        <w:br/>
        <w:t>Єлисавета,&lt;br /&gt;</w:t>
        <w:br/>
        <w:t>Стара вдова, у Назареті&lt;br /&gt;</w:t>
        <w:br/>
        <w:t>З малим синком своїм жила,&lt;br /&gt;</w:t>
        <w:br/>
        <w:t>Таки з Івасем. Та й була&lt;br /&gt;</w:t>
        <w:br/>
        <w:t>Якась рідня їм. Вранці-рано&lt;br /&gt;</w:t>
        <w:br/>
        <w:t>Свою дитину, безталанна,&lt;br /&gt;</w:t>
        <w:br/>
        <w:t>Нагодувала, одягла&lt;br /&gt;</w:t>
        <w:br/>
        <w:t>І за святим своїм пішла&lt;br /&gt;</w:t>
        <w:br/>
        <w:t>У Назарет той до вдовиці&lt;br /&gt;</w:t>
        <w:br/>
        <w:t>В сусіду, в наймички проситись.</w:t>
      </w:r>
    </w:p>
    <w:p>
      <w:r>
        <w:br/>
        <w:t>Дитяточко собі росло,&lt;br /&gt;</w:t>
        <w:br/>
        <w:t>З Івасем удовенком гралось.&lt;br /&gt;</w:t>
        <w:br/>
        <w:t>Уже чимале підросло.&lt;br /&gt;</w:t>
        <w:br/>
        <w:t>Якось вони собі гуляли&lt;br /&gt;</w:t>
        <w:br/>
        <w:t>Удвох на улиці, знайшли&lt;br /&gt;</w:t>
        <w:br/>
        <w:t>Дві палички та й понесли&lt;br /&gt;</w:t>
        <w:br/>
        <w:t>Додому матерям на дрова.&lt;br /&gt;</w:t>
        <w:br/>
        <w:t>Звичайні діточки! Ідуть&lt;br /&gt;</w:t>
        <w:br/>
        <w:t>І веселенькі і здорові,&lt;br /&gt;</w:t>
        <w:br/>
        <w:t>Аж любо глянуть, як ідуть!&lt;br /&gt;</w:t>
        <w:br/>
        <w:t>Отож воно, мале, взяло&lt;br /&gt;</w:t>
        <w:br/>
        <w:t>Другую паличку у Йвася, —&lt;br /&gt;</w:t>
        <w:br/>
        <w:t>Івась у коники ігрався, —&lt;br /&gt;</w:t>
        <w:br/>
        <w:t>Зробило хрестик та й несло&lt;br /&gt;</w:t>
        <w:br/>
        <w:t>Додому, бачте, показати,&lt;br /&gt;</w:t>
        <w:br/>
        <w:t>Що й він уміє майструвати.&lt;br /&gt;</w:t>
        <w:br/>
        <w:t>Марія ще за ворітьми&lt;br /&gt;</w:t>
        <w:br/>
        <w:t>Дітей зустріла, і зомліла,&lt;br /&gt;</w:t>
        <w:br/>
        <w:t>І трупом пала, як узріла&lt;br /&gt;</w:t>
        <w:br/>
        <w:t>Той хрестик-шибеннчку. — Злий!&lt;br /&gt;</w:t>
        <w:br/>
        <w:t>Недобрий чоловік, лихий&lt;br /&gt;</w:t>
        <w:br/>
        <w:t>Навчив тебе, моя дитино,&lt;br /&gt;</w:t>
        <w:br/>
        <w:t>Зробить оце! Покинь! Покиньї —&lt;br /&gt;</w:t>
        <w:br/>
        <w:t>А він, маленький, неповинний,&lt;br /&gt;</w:t>
        <w:br/>
        <w:t>Святую шибеничку кинув&lt;br /&gt;</w:t>
        <w:br/>
        <w:t>І заридав, і пролились&lt;br /&gt;</w:t>
        <w:br/>
        <w:t>Ще в перший раз младенчі сльози&lt;br /&gt;</w:t>
        <w:br/>
        <w:t>На лоно матернє. Небозі&lt;br /&gt;</w:t>
        <w:br/>
        <w:t>Ніби полегшало. Взяла&lt;br /&gt;</w:t>
        <w:br/>
        <w:t>У холодочок завела,&lt;br /&gt;</w:t>
        <w:br/>
        <w:t>В бур'ян, в садок, поцілувала&lt;br /&gt;</w:t>
        <w:br/>
        <w:t>Та коржиком погодувала,&lt;br /&gt;</w:t>
        <w:br/>
        <w:t>Свіженьким коржиком. Воно ж&lt;br /&gt;</w:t>
        <w:br/>
        <w:t>Попестилось собі, погралось&lt;br /&gt;</w:t>
        <w:br/>
        <w:t>Та й спатоньки, мале, лягло,&lt;br /&gt;</w:t>
        <w:br/>
        <w:t>Таки ж у неї на колінах.&lt;br /&gt;</w:t>
        <w:br/>
        <w:t>Отож і спить собі дитина,&lt;br /&gt;</w:t>
        <w:br/>
        <w:t>Мов ангеляточко в раю.&lt;br /&gt;</w:t>
        <w:br/>
        <w:t>А на єдиную свою&lt;br /&gt;</w:t>
        <w:br/>
        <w:t>Та мати дивиться і плаче&lt;br /&gt;</w:t>
        <w:br/>
        <w:t>Тихенько-тихо: ангел снить,&lt;br /&gt;</w:t>
        <w:br/>
        <w:t>То щоб його-то не збудить.&lt;br /&gt;</w:t>
        <w:br/>
        <w:t>Та й не догледіла. Неначе&lt;br /&gt;</w:t>
        <w:br/>
        <w:t>Окропу капля як огонь&lt;br /&gt;</w:t>
        <w:br/>
        <w:t>На його впала, і воно&lt;br /&gt;</w:t>
        <w:br/>
        <w:t>Прокинулось. Швиденько сльози&lt;br /&gt;</w:t>
        <w:br/>
        <w:t>Марія втерла, сміючись;&lt;br /&gt;</w:t>
        <w:br/>
        <w:t>Щоб він не бачив. І небозі&lt;br /&gt;</w:t>
        <w:br/>
        <w:t>Не довелися одурить&lt;br /&gt;</w:t>
        <w:br/>
        <w:t>Малого сина. Подивилось&lt;br /&gt;</w:t>
        <w:br/>
        <w:t>І заридало. Заробила&lt;br /&gt;</w:t>
        <w:br/>
        <w:t>Чи то позичила вдова&lt;br /&gt;</w:t>
        <w:br/>
        <w:t>Півкопи тую на буквар.&lt;br /&gt;</w:t>
        <w:br/>
        <w:t>Сама б учила, так не знала ж&lt;br /&gt;</w:t>
        <w:br/>
        <w:t>Вона письма того. Взяла&lt;br /&gt;</w:t>
        <w:br/>
        <w:t>Та в школу хлопця одвела,&lt;br /&gt;</w:t>
        <w:br/>
        <w:t>У ієсейську. Доглядала ж&lt;br /&gt;</w:t>
        <w:br/>
        <w:t>Сама його, сама й навчала&lt;br /&gt;</w:t>
        <w:br/>
        <w:t>Добру і розуму. Івась,&lt;br /&gt;</w:t>
        <w:br/>
        <w:t>Таки вдовенко, в його вдавсь,&lt;br /&gt;</w:t>
        <w:br/>
        <w:t>То вдвох собі й ходили в школу&lt;br /&gt;</w:t>
        <w:br/>
        <w:t>І вчились вкупочці. Ніколи .&lt;br /&gt;</w:t>
        <w:br/>
        <w:t>Ані пограється з дітьми,&lt;br /&gt;</w:t>
        <w:br/>
        <w:t>Ані побігає. Самий,&lt;br /&gt;</w:t>
        <w:br/>
        <w:t>Один-однісінький, бувало,&lt;br /&gt;</w:t>
        <w:br/>
        <w:t>Сидить собі у бур'яні&lt;br /&gt;</w:t>
        <w:br/>
        <w:t>Та клепку теше. Помагало&lt;br /&gt;</w:t>
        <w:br/>
        <w:t>Святому батькові в трудах.&lt;br /&gt;</w:t>
        <w:br/>
        <w:t>Якось по сьомому годочку, —&lt;br /&gt;</w:t>
        <w:br/>
        <w:t>Малий вже добре майстрував —&lt;br /&gt;</w:t>
        <w:br/>
        <w:t>Одпочиваючи в куточку,&lt;br /&gt;</w:t>
        <w:br/>
        <w:t>Старий на сина дивувавсь:&lt;br /&gt;</w:t>
        <w:br/>
        <w:t>Який-то з його майстер буде!&lt;br /&gt;</w:t>
        <w:br/>
        <w:t>Які-то люди з його будуть!&lt;br /&gt;</w:t>
        <w:br/>
        <w:t>Та взявши відер, кандійок,&lt;br /&gt;</w:t>
        <w:br/>
        <w:t>І батько, й мати, і воно&lt;br /&gt;</w:t>
        <w:br/>
        <w:t>Пішли на ярмарок у самий&lt;br /&gt;</w:t>
        <w:br/>
        <w:t>Самісінький Єрусалим.&lt;br /&gt;</w:t>
        <w:br/>
        <w:t>Хоч і далеко, так спродати&lt;br /&gt;</w:t>
        <w:br/>
        <w:t>Дорогше можна. От прийшли,&lt;br /&gt;</w:t>
        <w:br/>
        <w:t>Розташувались. Батько й мати&lt;br /&gt;</w:t>
        <w:br/>
        <w:t>Сидять собі та продають&lt;br /&gt;</w:t>
        <w:br/>
        <w:t>Добро своє. А де ж дитина?&lt;br /&gt;</w:t>
        <w:br/>
        <w:t>Побігло десь. Шукає сина&lt;br /&gt;</w:t>
        <w:br/>
        <w:t>Та плаче мати. І не чуть,&lt;br /&gt;</w:t>
        <w:br/>
        <w:t>Де ділося. У синагогу&lt;br /&gt;</w:t>
        <w:br/>
        <w:t>Зайшла благать благого бога,&lt;br /&gt;</w:t>
        <w:br/>
        <w:t>Щоб син її найшовсь. Аж глядь!&lt;br /&gt;</w:t>
        <w:br/>
        <w:t>Межи равінами дитина,&lt;br /&gt;</w:t>
        <w:br/>
        <w:t>Її хлоп'яточко, сидить&lt;br /&gt;</w:t>
        <w:br/>
        <w:t>І научає, неповинне,&lt;br /&gt;</w:t>
        <w:br/>
        <w:t>Як в світі жить, людей любить,&lt;br /&gt;</w:t>
        <w:br/>
        <w:t>За правду стать! За правду згинуть!&lt;br /&gt;</w:t>
        <w:br/>
        <w:t>Без правди горе! — Горе вам,&lt;br /&gt;</w:t>
        <w:br/>
        <w:t>Учителі архієреї! —&lt;br /&gt;</w:t>
        <w:br/>
        <w:t>І дивувались фарисеї&lt;br /&gt;</w:t>
        <w:br/>
        <w:t>І книжники його речам.&lt;br /&gt;</w:t>
        <w:br/>
        <w:t>А радість матері Марії&lt;br /&gt;</w:t>
        <w:br/>
        <w:t>Неізреченная. Месію,&lt;br /&gt;</w:t>
        <w:br/>
        <w:t>Самого бога на землі&lt;br /&gt;</w:t>
        <w:br/>
        <w:t>Вона вже зріла.&lt;br /&gt;</w:t>
        <w:br/>
        <w:t>Спродались,&lt;br /&gt;</w:t>
        <w:br/>
        <w:t>Во храмі помолились богу&lt;br /&gt;</w:t>
        <w:br/>
        <w:t>І веселенькі у дорогу&lt;br /&gt;</w:t>
        <w:br/>
        <w:t>Додому рушили вночі&lt;br /&gt;</w:t>
        <w:br/>
        <w:t>По холодочку.&lt;br /&gt;</w:t>
        <w:br/>
        <w:t>Виростали&lt;br /&gt;</w:t>
        <w:br/>
        <w:t>І вкупі вчились, ростучи,&lt;br /&gt;</w:t>
        <w:br/>
        <w:t>Святії діточки. Пишались&lt;br /&gt;</w:t>
        <w:br/>
        <w:t>Святії тії матері&lt;br /&gt;</w:t>
        <w:br/>
        <w:t>Своїми дітками. Із школи&lt;br /&gt;</w:t>
        <w:br/>
        <w:t>Путем терновим розійшлись&lt;br /&gt;</w:t>
        <w:br/>
        <w:t>Обидва. Божії глаголи,&lt;br /&gt;</w:t>
        <w:br/>
        <w:t>Святую правду на землі&lt;br /&gt;</w:t>
        <w:br/>
        <w:t>І прорекли, і розп'ялись&lt;br /&gt;</w:t>
        <w:br/>
        <w:t>За воленьку, святую волю!</w:t>
      </w:r>
    </w:p>
    <w:p>
      <w:r>
        <w:br/>
        <w:t>Іван пішов собі в пустиню,&lt;br /&gt;</w:t>
        <w:br/>
        <w:t>А твій між люди. А за ним,&lt;br /&gt;</w:t>
        <w:br/>
        <w:t>За сином праведним своїм,&lt;br /&gt;</w:t>
        <w:br/>
        <w:t>І ти пішла. В старій хатині&lt;br /&gt;</w:t>
        <w:br/>
        <w:t>В чужій покинула його,&lt;br /&gt;</w:t>
        <w:br/>
        <w:t>Святого Йосипа свого!&lt;br /&gt;</w:t>
        <w:br/>
        <w:t>Пішла тинятись попідтинню,&lt;br /&gt;</w:t>
        <w:br/>
        <w:t>Аж поки, поки не дійшла&lt;br /&gt;</w:t>
        <w:br/>
        <w:t>Аж до Голгофи. Бо за сином&lt;br /&gt;</w:t>
        <w:br/>
        <w:t>Святая мати всюди йшла,&lt;br /&gt;</w:t>
        <w:br/>
        <w:t>Його слова, його діла&lt;br /&gt;</w:t>
        <w:br/>
        <w:t>Всі чула й бачила, і мліла,&lt;br /&gt;</w:t>
        <w:br/>
        <w:t>І мовчки трепетно раділа,&lt;br /&gt;</w:t>
        <w:br/>
        <w:t>На сина дивлячись. А він&lt;br /&gt;</w:t>
        <w:br/>
        <w:t>Сидить, було, на Єлеоні,&lt;br /&gt;</w:t>
        <w:br/>
        <w:t>Одпочива. Єрусалим&lt;br /&gt;</w:t>
        <w:br/>
        <w:t>Розкинувсь гордо перед ним;&lt;br /&gt;</w:t>
        <w:br/>
        <w:t>Сіяє в золотім вісоні&lt;br /&gt;</w:t>
        <w:br/>
        <w:t>Ізраїльський архієрей!&lt;br /&gt;</w:t>
        <w:br/>
        <w:t>Романський золотий плебей!&lt;br /&gt;</w:t>
        <w:br/>
        <w:t>І час і два мине — не встане,&lt;br /&gt;</w:t>
        <w:br/>
        <w:t>На матір навіть не погляне&lt;br /&gt;</w:t>
        <w:br/>
        <w:t>Та аж заплаче, дивлячись&lt;br /&gt;</w:t>
        <w:br/>
        <w:t>На іудейськую столицю.&lt;br /&gt;</w:t>
        <w:br/>
        <w:t>Й вона заплаче, ідучи&lt;br /&gt;</w:t>
        <w:br/>
        <w:t>У яр по воду до криниці,&lt;br /&gt;</w:t>
        <w:br/>
        <w:t>Тихесенько. І принесе&lt;br /&gt;</w:t>
        <w:br/>
        <w:t>Води погожої, і вмиє&lt;br /&gt;</w:t>
        <w:br/>
        <w:t>Утомлені стопи святі,&lt;br /&gt;</w:t>
        <w:br/>
        <w:t>І пити дасть, і отрясе,&lt;br /&gt;</w:t>
        <w:br/>
        <w:t>Одує прах з його хітона,&lt;br /&gt;</w:t>
        <w:br/>
        <w:t>Зашиє дірочку, та знову&lt;br /&gt;</w:t>
        <w:br/>
        <w:t>Під смокву піде. І сидить&lt;br /&gt;</w:t>
        <w:br/>
        <w:t>І дивиться, о всесвятая!&lt;br /&gt;</w:t>
        <w:br/>
        <w:t>Як син тон скорбний спочиває.&lt;br /&gt;</w:t>
        <w:br/>
        <w:t>Аж ось і дітвора біжить&lt;br /&gt;</w:t>
        <w:br/>
        <w:t>Із города. Його любили&lt;br /&gt;</w:t>
        <w:br/>
        <w:t>Святії діточки. Слідком&lt;br /&gt;</w:t>
        <w:br/>
        <w:t>За ним по улицях ходили,&lt;br /&gt;</w:t>
        <w:br/>
        <w:t>А іноді й на Єлеон&lt;br /&gt;</w:t>
        <w:br/>
        <w:t>До його бігали, малії.&lt;br /&gt;</w:t>
        <w:br/>
        <w:t>Отож прибігли. — О святії!&lt;br /&gt;</w:t>
        <w:br/>
        <w:t>Пренепорочнії! — сказав,&lt;br /&gt;</w:t>
        <w:br/>
        <w:t>Як узрів діток. Привітав&lt;br /&gt;</w:t>
        <w:br/>
        <w:t>І цілував, благословляя,&lt;br /&gt;</w:t>
        <w:br/>
        <w:t>Погрався з ними, мов маленький,&lt;br /&gt;</w:t>
        <w:br/>
        <w:t>Надів бурнус. І веселенький&lt;br /&gt;</w:t>
        <w:br/>
        <w:t>З своїми дітками пішов&lt;br /&gt;</w:t>
        <w:br/>
        <w:t>В Єрусалим на слово нове,&lt;br /&gt;</w:t>
        <w:br/>
        <w:t>Поніс лукавим правди слово.&lt;br /&gt;</w:t>
        <w:br/>
        <w:t>Не вняли слову! Розп'яли!&lt;br /&gt;</w:t>
        <w:br/>
        <w:t>Як розпинать його вели,&lt;br /&gt;</w:t>
        <w:br/>
        <w:t>Ти на розпутії стояла&lt;br /&gt;</w:t>
        <w:br/>
        <w:t>З малими дітьми. Мужики,&lt;br /&gt;</w:t>
        <w:br/>
        <w:t>Його брати, ученики,&lt;br /&gt;</w:t>
        <w:br/>
        <w:t>Перелякались, повтікали.&lt;br /&gt;</w:t>
        <w:br/>
        <w:t>— Нехай іде! Нехай іде!&lt;br /&gt;</w:t>
        <w:br/>
        <w:t>Отак і вас він поведе! —&lt;br /&gt;</w:t>
        <w:br/>
        <w:t>Сказала дітям. І упала&lt;br /&gt;</w:t>
        <w:br/>
        <w:t>На землю трупом. Розп'ялась&lt;br /&gt;</w:t>
        <w:br/>
        <w:t>Твоя єдиная дитина!</w:t>
      </w:r>
    </w:p>
    <w:p>
      <w:r>
        <w:br/>
        <w:t>А ти, спочинувши під тином,&lt;br /&gt;</w:t>
        <w:br/>
        <w:t>У Назарет отой пішла!&lt;br /&gt;</w:t>
        <w:br/>
        <w:t>Вдову давно вже поховали&lt;br /&gt;</w:t>
        <w:br/>
        <w:t>В чужій позиченій труні&lt;br /&gt;</w:t>
        <w:br/>
        <w:t>Чужії люди. А Івана&lt;br /&gt;</w:t>
        <w:br/>
        <w:t>Її зарізали в тюрмі.&lt;br /&gt;</w:t>
        <w:br/>
        <w:t>І Йосипа твого не стало.&lt;br /&gt;</w:t>
        <w:br/>
        <w:t>І ти, як палець той, осталась&lt;br /&gt;</w:t>
        <w:br/>
        <w:t>Одна-однісінька! Такий&lt;br /&gt;</w:t>
        <w:br/>
        <w:t>Талан твій латаний, небого!&lt;br /&gt;</w:t>
        <w:br/>
        <w:t>Брати його, ученики,&lt;br /&gt;</w:t>
        <w:br/>
        <w:t>Нетвердії, душеубогі,&lt;br /&gt;</w:t>
        <w:br/>
        <w:t>Катам па муку не дались, —&lt;br /&gt;</w:t>
        <w:br/>
        <w:t>Сховались, потім розійшлись.&lt;br /&gt;</w:t>
        <w:br/>
        <w:t>І ти їх мусила збирати...&lt;br /&gt;</w:t>
        <w:br/>
        <w:t>Отож вони якось зійшлись&lt;br /&gt;</w:t>
        <w:br/>
        <w:t>Вночі круг тебе сумувати.&lt;br /&gt;</w:t>
        <w:br/>
        <w:t>І ти, великая в женах!&lt;br /&gt;</w:t>
        <w:br/>
        <w:t>І їх униніє і страх&lt;br /&gt;</w:t>
        <w:br/>
        <w:t>Розвіяла, мов ту полову,&lt;br /&gt;</w:t>
        <w:br/>
        <w:t>Своїм святим огненним словом!&lt;br /&gt;</w:t>
        <w:br/>
        <w:t>Ти дух святий свій пронесла&lt;br /&gt;</w:t>
        <w:br/>
        <w:t>В їх душі вбогії! Хвала!&lt;br /&gt;</w:t>
        <w:br/>
        <w:t>І похвала тобі, Маріє!&lt;br /&gt;</w:t>
        <w:br/>
        <w:t>Мужі воспрянули святії,&lt;br /&gt;</w:t>
        <w:br/>
        <w:t>По всьому світу розійшлись.&lt;br /&gt;</w:t>
        <w:br/>
        <w:t>І іменем твойого сина,&lt;br /&gt;</w:t>
        <w:br/>
        <w:t>Твоєї скорбної дитини,&lt;br /&gt;</w:t>
        <w:br/>
        <w:t>Любов і правду рознесли&lt;br /&gt;</w:t>
        <w:br/>
        <w:t>По всьому світу. Ти ж під тином,&lt;br /&gt;</w:t>
        <w:br/>
        <w:t>Сумуючи, у бур'яні&lt;br /&gt;</w:t>
        <w:br/>
        <w:t>Умерла з голоду. Амінь.</w:t>
      </w:r>
    </w:p>
    <w:p>
      <w:r>
        <w:br/>
        <w:t>А потім ченці одягли&lt;br /&gt;</w:t>
        <w:br/>
        <w:t>Тебе в порфіру. І вінчали,&lt;br /&gt;</w:t>
        <w:br/>
        <w:t>Як ту царицю... Розп'яли&lt;br /&gt;</w:t>
        <w:br/>
        <w:t>Й тебе, як сина. Наплювали&lt;br /&gt;</w:t>
        <w:br/>
        <w:t>На тебе, чистую, кати;&lt;br /&gt;</w:t>
        <w:br/>
        <w:t>Розтлили, кроткую! а ти...&lt;br /&gt;</w:t>
        <w:br/>
        <w:t>Мов золото в тому горнилі,&lt;br /&gt;</w:t>
        <w:br/>
        <w:t>В людській душі возобновилась,&lt;br /&gt;</w:t>
        <w:br/>
        <w:t>В душі невольничій, малій,&lt;br /&gt;</w:t>
        <w:br/>
        <w:t>В душі скорбящій і убогій,</w:t>
      </w:r>
    </w:p>
    <w:p>
      <w:r>
        <w:br/>
        <w:t>[11 листопада 1859.&lt;br /&gt;</w:t>
        <w:br/>
        <w:t>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