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брат Толя</w:t>
      </w:r>
    </w:p>
    <w:p>
      <w:r>
        <w:br/>
        <w:t xml:space="preserve"> &lt;p&gt;Спочатку він скрізь за мною ходив. Навіть тоді, коли мені цього зовсім не хотілося. Прийдуть подружки, щоб разом у кіно вибратись, а Толя проситься:</w:t>
      </w:r>
    </w:p>
    <w:p>
      <w:r>
        <w:br/>
        <w:t>— І я з вами! І я!</w:t>
      </w:r>
    </w:p>
    <w:p>
      <w:r>
        <w:br/>
        <w:t>Стоїть переді мною, очицями синіми кліпає. Скажи йому "ні", то вмить заплаче.</w:t>
      </w:r>
    </w:p>
    <w:p>
      <w:r>
        <w:br/>
        <w:t>Через вулицю — за руку, в парк — за руку: "Бо мене цигани вкрадуть!"</w:t>
      </w:r>
    </w:p>
    <w:p>
      <w:r>
        <w:br/>
        <w:t>У м'яча граємо — він під ногами плутається. В піжмурки — він з якогось закапелка в дворі гукає тонким голосом:</w:t>
      </w:r>
    </w:p>
    <w:p>
      <w:r>
        <w:br/>
        <w:t>— Уже йдіть шукати, я заховався!</w:t>
      </w:r>
    </w:p>
    <w:p>
      <w:r>
        <w:br/>
        <w:t>Тільки все це раніш було. Поки до школи не ходив. А тепер брат мій Толька, широконосий Толька-бараболька ходить до школи. Портфель у руці, на голові кашкетик з темним козирком. Насупив брови і намагається басом мовити:</w:t>
      </w:r>
    </w:p>
    <w:p>
      <w:r>
        <w:br/>
        <w:t>— Щоб ти не сміла мене в школу вести! Я сам!</w:t>
      </w:r>
    </w:p>
    <w:p>
      <w:r>
        <w:br/>
        <w:t>— Ще чого, сам! Гляди, цигани вкрадуть?</w:t>
      </w:r>
    </w:p>
    <w:p>
      <w:r>
        <w:br/>
        <w:t>— Циганів ти вигадала, Лінко-пінко! І тільки спробуй мене вести — побачиш, що буде!</w:t>
      </w:r>
    </w:p>
    <w:p>
      <w:r>
        <w:br/>
        <w:t>Ну, що буде? Зареве — буде сліз, як у царівни Несмілий.</w:t>
      </w:r>
    </w:p>
    <w:p>
      <w:r>
        <w:br/>
        <w:t>— Ходімо, Толю!</w:t>
      </w:r>
    </w:p>
    <w:p>
      <w:r>
        <w:br/>
        <w:t>— Я сам! Не хочу з тобою!</w:t>
      </w:r>
    </w:p>
    <w:p>
      <w:r>
        <w:br/>
        <w:t>Видерся, портфелем замахнувся і побіг. На інший бік вулиці перейшов і кулака мені показує: спробуй підійди!</w:t>
      </w:r>
    </w:p>
    <w:p>
      <w:r>
        <w:br/>
        <w:t>Так ми і добрались до його школи: і разом, і не разом. Цілий тиждень так ходили, а потім він таки домігся свого. І вже без мене знаходив дорогу до школи. І коли через вулицю переходить, то ані ліворуч, ані праворуч не дивиться: біжить, аж вуха прищулює.</w:t>
      </w:r>
    </w:p>
    <w:p>
      <w:r>
        <w:br/>
        <w:t>Зі школи повертається також бігом. Розхристаний, шапка в руці. Поскидає усе, де трапиться, і знов до дверей.</w:t>
      </w:r>
    </w:p>
    <w:p>
      <w:r>
        <w:br/>
        <w:t>— Толю, руки мити, обідати!</w:t>
      </w:r>
    </w:p>
    <w:p>
      <w:r>
        <w:br/>
        <w:t>— Я потім!</w:t>
      </w:r>
    </w:p>
    <w:p>
      <w:r>
        <w:br/>
        <w:t>— Толю, вернись, ти куди?!</w:t>
      </w:r>
    </w:p>
    <w:p>
      <w:r>
        <w:br/>
        <w:t>— Не чіпай мене! Ніколи: наших б'ють "беганики"! Ур-ра! В атаку!</w:t>
      </w:r>
    </w:p>
    <w:p>
      <w:r>
        <w:br/>
        <w:t>"Бешники" — це хлопчаки з першого "Б". Дуже смішно. "Бешники"...</w:t>
      </w:r>
    </w:p>
    <w:p>
      <w:r>
        <w:br/>
        <w:t>У неділю ми пішли в парк збирати листя для гербарію.</w:t>
      </w:r>
    </w:p>
    <w:p>
      <w:r>
        <w:br/>
        <w:t>У парку — дитяча залізниця. Сідай і їдь — три станції вперед, три станції назад. Все зовсім як справжнє. І паровоз. І кондуктори. І дорога за вікном.</w:t>
      </w:r>
    </w:p>
    <w:p>
      <w:r>
        <w:br/>
        <w:t>— Толю, хочеш — покатайся!</w:t>
      </w:r>
    </w:p>
    <w:p>
      <w:r>
        <w:br/>
        <w:t>— Що я, маленький, чи що? Нехай голопупенки катаються!</w:t>
      </w:r>
    </w:p>
    <w:p>
      <w:r>
        <w:br/>
        <w:t>Що ж, нехай. А він збиратиме листя для гербарію. Він це любить. Колись поклав у землю в дворі насіння з яблука, патичками обгородив і цілий тиждень поливав — усе чекав, що яблуня з червоними яблуками виросте.</w:t>
      </w:r>
    </w:p>
    <w:p>
      <w:r>
        <w:br/>
        <w:t>Кленове листя — світло-жовте, прозоре, кожну жилку видно. Каштанове — коричневе, сухе, аж тріскуче. З дикого винограду — червоне. А дубове — ще зелене.</w:t>
      </w:r>
    </w:p>
    <w:p>
      <w:r>
        <w:br/>
        <w:t>Коричневі каштани падають під ноги. Блискучі, відполіровані. З жолудів можна намисто зробити — треба тільки на нитку нанизати.</w:t>
      </w:r>
    </w:p>
    <w:p>
      <w:r>
        <w:br/>
        <w:t>Толя ходить від дерева до дерева, читає на табличках дивовижні назви дерев. Уже не по складах, а відразу ціле слово. Хіба що іноді трохи спіткнеться.</w:t>
      </w:r>
    </w:p>
    <w:p>
      <w:r>
        <w:br/>
        <w:t>— Ліно, ти глянь тільки — он тому дубу триста років. Три-ста! На скільки це він старший від мене?</w:t>
      </w:r>
    </w:p>
    <w:p>
      <w:r>
        <w:br/>
        <w:t>— Спробуй порахуй! Триста відняти шість — скільки буде?</w:t>
      </w:r>
    </w:p>
    <w:p>
      <w:r>
        <w:br/>
        <w:t>Толя рахує, ворушить губами, перебирає пальці. Пальців тут не стане, брате мій! Головою думай!</w:t>
      </w:r>
    </w:p>
    <w:p>
      <w:r>
        <w:br/>
        <w:t>Ф'юїть! — над самим моїм вухом пролетів каштан. А потім другий влучив у плече. Боляче!</w:t>
      </w:r>
    </w:p>
    <w:p>
      <w:r>
        <w:br/>
        <w:t>Я озираюсь — стоїть оддалік хлопчисько, сміється і ще примірюється.</w:t>
      </w:r>
    </w:p>
    <w:p>
      <w:r>
        <w:br/>
        <w:t>— Чого чіпляєшся? — питаю я. Зовсім мені не хочеться, щоб він ще кидав каштани, бо нема мені від цього ну ніякого задоволення.</w:t>
      </w:r>
    </w:p>
    <w:p>
      <w:r>
        <w:br/>
        <w:t>— Хочу і чіпляюсь! А хіба що?</w:t>
      </w:r>
    </w:p>
    <w:p>
      <w:r>
        <w:br/>
        <w:t>— А те, що заробиш! — вискочив раптом брат мій Толя. Нашорошений, злий, як їжак, що одного разу жив у нас у хаті. Він завжди злився і настовбурчував голки, коли його намагались витягти з-під шафи.</w:t>
      </w:r>
    </w:p>
    <w:p>
      <w:r>
        <w:br/>
        <w:t>— Ха-ха! — зневажливо засміявся хлопчисько.— Покажи, як зароблю!</w:t>
      </w:r>
    </w:p>
    <w:p>
      <w:r>
        <w:br/>
        <w:t>— Толю, не смій! Толю, ти чуєш!</w:t>
      </w:r>
    </w:p>
    <w:p>
      <w:r>
        <w:br/>
        <w:t>Де там, він нічого не чув! Він кинувся на хлопчака з кулаками, аж той сторопів. Звичайно, усе це закінчилось дуже погано: у брата була розквашена губа, і я витирала йому лице носовиком, але ще гірше розмастила кров.</w:t>
      </w:r>
    </w:p>
    <w:p>
      <w:r>
        <w:br/>
        <w:t>Ми вмились потім холодною газованою водою, від неї пощипувало шкіру.</w:t>
      </w:r>
    </w:p>
    <w:p>
      <w:r>
        <w:br/>
        <w:t>— Здорово я його, правда? — прошепелявив Толька.— Він тепер до тебе ніколи не причепиться. І взагалі, як тільки хтось до тебе полізе, ти так і кажи: "Не лізь, бо як скажу братові, то..." Зрозуміла?</w:t>
      </w:r>
    </w:p>
    <w:p>
      <w:r>
        <w:br/>
        <w:t>Зрозуміла, брате мій Толю! Нехай тільки спробують, я обов'язково скажу: "Не зачіпайте, бо як покличу брата!"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брат Толя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