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 й Пацюк</w:t>
      </w:r>
    </w:p>
    <w:p>
      <w:r>
        <w:br/>
        <w:t xml:space="preserve"> — Добривечір, сусіде мій!&lt;br /&gt;</w:t>
        <w:br/>
        <w:t>Чи всі ви живі та здорові?.. —&lt;br /&gt;</w:t>
        <w:br/>
        <w:t>Гукнула Миша Пацюкові.&lt;br /&gt;</w:t>
        <w:br/>
        <w:t>— Та ще! — Пацюк мовляє їй.&lt;br /&gt;</w:t>
        <w:br/>
        <w:t>— А я се, — каже, — прилинула,&lt;br /&gt;</w:t>
        <w:br/>
        <w:t>Щоб розказать тобі, що чула,&lt;br /&gt;</w:t>
        <w:br/>
        <w:t>Щоб ти радів, як я, та знав:&lt;br /&gt;</w:t>
        <w:br/>
        <w:t>Лев, кажуть би, Кота піймав...&lt;br /&gt;</w:t>
        <w:br/>
        <w:t>— Якого?&lt;br /&gt;</w:t>
        <w:br/>
        <w:t>— Катюгу нашого рудого,&lt;br /&gt;</w:t>
        <w:br/>
        <w:t>Що нам просвітку не давав...&lt;br /&gt;</w:t>
        <w:br/>
        <w:t>— Гай-гай! — Пацюк мовля, — раденька,&lt;br /&gt;</w:t>
        <w:br/>
        <w:t>Як кажуть, що дурненька!&lt;br /&gt;</w:t>
        <w:br/>
        <w:t>Що з того, що піймав?..&lt;br /&gt;</w:t>
        <w:br/>
        <w:t>Як дійдеться у них до чого —&lt;br /&gt;</w:t>
        <w:br/>
        <w:t>Не бачить Лева нам живого!&lt;br /&gt;</w:t>
        <w:br/>
        <w:t>Бо знаєш, що за звір той Кіт!&lt;br /&gt;</w:t>
        <w:br/>
        <w:t>Отак, як хто кого боїться,&lt;br /&gt;</w:t>
        <w:br/>
        <w:t>То й думає, що на того ввесь світ&lt;br /&gt;</w:t>
        <w:br/>
        <w:t>Так буде, як і він, дивиться.&lt;br /&gt;</w:t>
        <w:br/>
        <w:t>1853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 й Пацюк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