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Мишача рада</w:t>
      </w:r>
    </w:p>
    <w:p>
      <w:r>
        <w:br/>
        <w:t xml:space="preserve"> Задумала Мишва вчинить велике діло,&lt;br /&gt;</w:t>
        <w:br/>
        <w:t>Щоб слава загула про них&lt;br /&gt;</w:t>
        <w:br/>
        <w:t>По всіх усюдах, щоб вдивило&lt;br /&gt;</w:t>
        <w:br/>
        <w:t>Не то людей — котів дурних.&lt;br /&gt;</w:t>
        <w:br/>
        <w:t>Мишей до біса назбігалось.&lt;br /&gt;</w:t>
        <w:br/>
        <w:t>Чимало й Пацюків зібралось,&lt;br /&gt;</w:t>
        <w:br/>
        <w:t>Старих і молодих.&lt;br /&gt;</w:t>
        <w:br/>
        <w:t>От в кухві тій, що з борошном стояла,&lt;br /&gt;</w:t>
        <w:br/>
        <w:t>Уся громада посідала —&lt;br /&gt;</w:t>
        <w:br/>
        <w:t>Розслухать, що і як.&lt;br /&gt;</w:t>
        <w:br/>
        <w:t>Найстаршенький Пацюк мовляє так:&lt;br /&gt;</w:t>
        <w:br/>
        <w:t>— Оце зібрались ми, панове громадяни,&lt;br /&gt;</w:t>
        <w:br/>
        <w:t>Про от що розсудить:&lt;br /&gt;</w:t>
        <w:br/>
        <w:t>Пора б і Мишам в світі жить&lt;br /&gt;</w:t>
        <w:br/>
        <w:t>Так, як живуть усі миряни.&lt;br /&gt;</w:t>
        <w:br/>
        <w:t>А для того нам треба положить:&lt;br /&gt;</w:t>
        <w:br/>
        <w:t>Щоб був порядок в кожнім ділі —&lt;br /&gt;</w:t>
        <w:br/>
        <w:t>Збирати раду щонеділі…&lt;br /&gt;</w:t>
        <w:br/>
        <w:t>Чи так, чи, може, як?.&lt;br /&gt;</w:t>
        <w:br/>
        <w:t>— Розумне діло! Так, то й так!.-&lt;br /&gt;</w:t>
        <w:br/>
        <w:t>Гукнула разом вся громада.&lt;br /&gt;</w:t>
        <w:br/>
        <w:t>— А щоб була доладна рада,-&lt;br /&gt;</w:t>
        <w:br/>
        <w:t>Старий Пацюк кричить,-&lt;br /&gt;</w:t>
        <w:br/>
        <w:t>Закон постановить:&lt;br /&gt;</w:t>
        <w:br/>
        <w:t>Пускать на раду всіх хвостатих,&lt;br /&gt;</w:t>
        <w:br/>
        <w:t>А куцих не пускать,&lt;br /&gt;</w:t>
        <w:br/>
        <w:t>Бо хто бував в руках проклятих,&lt;br /&gt;</w:t>
        <w:br/>
        <w:t>З того добра не ждать!&lt;br /&gt;</w:t>
        <w:br/>
        <w:t>Чи так? Рішайте, коли чули!.&lt;br /&gt;</w:t>
        <w:br/>
        <w:t>— Так тому й буть! — усі гукнули.-&lt;br /&gt;</w:t>
        <w:br/>
        <w:t>Так!. Куцих не пускать!.-&lt;br /&gt;</w:t>
        <w:br/>
        <w:t>Мишва таку приміту знає:&lt;br /&gt;</w:t>
        <w:br/>
        <w:t>У кого довший хвіст — той розум більший має&lt;br /&gt;</w:t>
        <w:br/>
        <w:t>А хто свій хвіст ізбув,&lt;br /&gt;</w:t>
        <w:br/>
        <w:t>Той дурнем всюди був —&lt;br /&gt;</w:t>
        <w:br/>
        <w:t>Чи то в якій-небудь пригоді,&lt;br /&gt;</w:t>
        <w:br/>
        <w:t>Чи на війні, чи у поході.&lt;br /&gt;</w:t>
        <w:br/>
        <w:t>От через тиждень, в темну ніч,&lt;br /&gt;</w:t>
        <w:br/>
        <w:t>Справдилась Пацюкова річ:&lt;br /&gt;</w:t>
        <w:br/>
        <w:t>Була між ними перша рада.&lt;br /&gt;</w:t>
        <w:br/>
        <w:t>Зібралася як слід уся громада;&lt;br /&gt;</w:t>
        <w:br/>
        <w:t>Посіли, гомонять…&lt;br /&gt;</w:t>
        <w:br/>
        <w:t>Аж гульк — і куций є між ними…&lt;br /&gt;</w:t>
        <w:br/>
        <w:t>Ну що його робить з дурними?&lt;br /&gt;</w:t>
        <w:br/>
        <w:t>Ну як утерпіть — не сказать?.&lt;br /&gt;</w:t>
        <w:br/>
        <w:t>Пацюк углядів молоденький —&lt;br /&gt;</w:t>
        <w:br/>
        <w:t>Та зараз дядька штовх тихенько:&lt;br /&gt;</w:t>
        <w:br/>
        <w:t>— А що ж се,— каже,— як се так?&lt;br /&gt;</w:t>
        <w:br/>
        <w:t>Відкіль се взявся неборак?&lt;br /&gt;</w:t>
        <w:br/>
        <w:t>Чому ж йому ніхто не вкаже?&lt;br /&gt;</w:t>
        <w:br/>
        <w:t>Та се вже, справді, сором, глум!.&lt;br /&gt;</w:t>
        <w:br/>
        <w:t>— Цить, язикатий! — дядько каже.&lt;br /&gt;</w:t>
        <w:br/>
        <w:t>Бо то ж мій кум…&lt;br /&gt;</w:t>
        <w:br/>
        <w:t>1863.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Мишача рада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