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Місяць над Києвом</w:t>
      </w:r>
    </w:p>
    <w:p>
      <w:r>
        <w:br/>
        <w:t xml:space="preserve"> Чи місяць над Києвом&lt;br /&gt;</w:t>
        <w:br/>
        <w:t>Сяє так само чудово,&lt;br /&gt;</w:t>
        <w:br/>
        <w:t>Як сяє над Римом,&lt;br /&gt;</w:t>
        <w:br/>
        <w:t>А може, й ясніше стократ?&lt;br /&gt;</w:t>
        <w:br/>
        <w:t>Чи місяць над Києвом —&lt;br /&gt;</w:t>
        <w:br/>
        <w:t>Місяць той самий,&lt;br /&gt;</w:t>
        <w:br/>
        <w:t>Що сяє над Римом,&lt;br /&gt;</w:t>
        <w:br/>
        <w:t>Чи, може, не він там,&lt;br /&gt;</w:t>
        <w:br/>
        <w:t>А тільки Місяців брат?</w:t>
      </w:r>
    </w:p>
    <w:p>
      <w:r>
        <w:br/>
        <w:t>А місяць, розсердившись,&lt;br /&gt;</w:t>
        <w:br/>
        <w:t>Хмариться, —&lt;br /&gt;</w:t>
        <w:br/>
        <w:t>От ще питання! —&lt;br /&gt;</w:t>
        <w:br/>
        <w:t>Й відказує так:&lt;br /&gt;</w:t>
        <w:br/>
        <w:t>"Я всюди той самий,&lt;br /&gt;</w:t>
        <w:br/>
        <w:t>Бо я ж таки місяць,&lt;br /&gt;</w:t>
        <w:br/>
        <w:t>А не якийсь там&lt;br /&gt;</w:t>
        <w:br/>
        <w:t>Нічний ковпак!&lt;br /&gt;</w:t>
        <w:br/>
        <w:t>Я всюди буваю,&lt;br /&gt;</w:t>
        <w:br/>
        <w:t>Скрізь блиск розсіваю,&lt;br /&gt;</w:t>
        <w:br/>
        <w:t>Проміння усім розкидаю —&lt;br /&gt;</w:t>
        <w:br/>
        <w:t>Перу, й Парагваю,&lt;br /&gt;</w:t>
        <w:br/>
        <w:t>І Кубі, й Китаю,&lt;br /&gt;</w:t>
        <w:br/>
        <w:t>Я в Польщі й в Панамі,&lt;br /&gt;</w:t>
        <w:br/>
        <w:t>В Канаді й В'єтнамі,&lt;br /&gt;</w:t>
        <w:br/>
        <w:t>Мій кожен промінчик&lt;br /&gt;</w:t>
        <w:br/>
        <w:t>Несе свій пломінчик&lt;br /&gt;</w:t>
        <w:br/>
        <w:t>Куди тільки сам захотів,&lt;br /&gt;</w:t>
        <w:br/>
        <w:t>Промінню й кордони&lt;br /&gt;</w:t>
        <w:br/>
        <w:t>Не перепони —&lt;br /&gt;</w:t>
        <w:br/>
        <w:t>Обходиться без пашпортів".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Місяць над Києвом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