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Місто Ур</w:t>
      </w:r>
    </w:p>
    <w:p>
      <w:r>
        <w:br/>
        <w:t xml:space="preserve"> ... І жив народ. І звався він шумери.&lt;br /&gt;</w:t>
        <w:br/>
        <w:t>Все пережив, і війни, й землетрус.&lt;br /&gt;</w:t>
        <w:br/>
        <w:t>І древні воїни, що вмерли,&lt;br /&gt;</w:t>
        <w:br/>
        <w:t>держали кубки біля вуст.</w:t>
      </w:r>
    </w:p>
    <w:p>
      <w:r>
        <w:br/>
        <w:t>У тій долині, що аж ген де&lt;br /&gt;</w:t>
        <w:br/>
        <w:t>пісками плавить небосхил,&lt;br /&gt;</w:t>
        <w:br/>
        <w:t>царі, поети і легенди&lt;br /&gt;</w:t>
        <w:br/>
        <w:t>лягли в шість ярусів могил.</w:t>
      </w:r>
    </w:p>
    <w:p>
      <w:r>
        <w:br/>
        <w:t>Отак помалу і помалу&lt;br /&gt;</w:t>
        <w:br/>
        <w:t>вони ішли у забуття.&lt;br /&gt;</w:t>
        <w:br/>
        <w:t>А з міста Ур, з міського валу,&lt;br /&gt;</w:t>
        <w:br/>
        <w:t>шумери сипали сміття.</w:t>
      </w:r>
    </w:p>
    <w:p>
      <w:r>
        <w:br/>
        <w:t>Все вище й вище, вище й вище&lt;br /&gt;</w:t>
        <w:br/>
        <w:t>смітник тотальний виростав.&lt;br /&gt;</w:t>
        <w:br/>
        <w:t>А що було там кладовище,&lt;br /&gt;</w:t>
        <w:br/>
        <w:t>то вже ніхто й не пам'ятав.</w:t>
      </w:r>
    </w:p>
    <w:p>
      <w:r>
        <w:br/>
        <w:t>В долині Тигра і Євфрата,&lt;br /&gt;</w:t>
        <w:br/>
        <w:t>яку заносить жовтий мул,&lt;br /&gt;</w:t>
        <w:br/>
        <w:t>поблякне слава Герострата&lt;br /&gt;</w:t>
        <w:br/>
        <w:t>перед твоєю, місто Ур!</w:t>
      </w:r>
    </w:p>
    <w:p>
      <w:r>
        <w:br/>
        <w:t>Бо то ж вогонь, то діло чисте.&lt;br /&gt;</w:t>
        <w:br/>
        <w:t>В руках людини — то життя.&lt;br /&gt;</w:t>
        <w:br/>
        <w:t>А ти, пихате і речисте,&lt;br /&gt;</w:t>
        <w:br/>
        <w:t>по груди вгрузло у сміття.</w:t>
      </w:r>
    </w:p>
    <w:p>
      <w:r>
        <w:br/>
        <w:t>Навалом сипавши непотріб,&lt;br /&gt;</w:t>
        <w:br/>
        <w:t>засипав, сам не знав коли,&lt;br /&gt;</w:t>
        <w:br/>
        <w:t>мечі, шоломи, арфи, котрі&lt;br /&gt;</w:t>
        <w:br/>
        <w:t>твоєю славою були!</w:t>
      </w:r>
    </w:p>
    <w:p>
      <w:r>
        <w:br/>
        <w:t>Чи стали люди твої ниці,&lt;br /&gt;</w:t>
        <w:br/>
        <w:t>чи вже якась на них мана,&lt;br /&gt;</w:t>
        <w:br/>
        <w:t>що ти засипав ті гробниці,&lt;br /&gt;</w:t>
        <w:br/>
        <w:t>що ти забув ті письмена?!</w:t>
      </w:r>
    </w:p>
    <w:p>
      <w:r>
        <w:br/>
        <w:t>Які врятують тебе гуси,&lt;br /&gt;</w:t>
        <w:br/>
        <w:t>о найнещасніший народ,&lt;br /&gt;</w:t>
        <w:br/>
        <w:t>що, переживши такі струси,&lt;br /&gt;</w:t>
        <w:br/>
        <w:t>не пережив своїх глупот?!</w:t>
      </w:r>
    </w:p>
    <w:p>
      <w:r>
        <w:br/>
        <w:t>... Ідуть роки. Ідуть століття.&lt;br /&gt;</w:t>
        <w:br/>
        <w:t>Хтось щось руйнує. Хтось і створює.&lt;br /&gt;</w:t>
        <w:br/>
        <w:t>А місто Ур зсипає сміття,&lt;br /&gt;</w:t>
        <w:br/>
        <w:t>зсипає сміття на свою історію.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Місто Ур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