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Між морквою та цибулею</w:t>
      </w:r>
    </w:p>
    <w:p>
      <w:r>
        <w:br/>
        <w:t xml:space="preserve"> &lt;p&gt;Ви, певно, пам'ятаєте того забіяку, що жбурляв піском у 45-кілограмового хирляка? Звісно, цю проблему слабких людей неможливо вирішити, хоча Чарлз Атлас і стверджує протилежне. Справжньому забіяці подобається жбурляти піском у людей; від цього він отримує глибоке задоволення. І байдуже, що ви важите 120 кілограмів (кам'яні мускули і сталеві нерви), мудрі, немов Соломон, і дотепні, як Вольтер, — усе одно вам доведеться витягати з очей пісок образи, бо, ймовірно, ви нічого не зможете проти цього вдіяти.</w:t>
      </w:r>
    </w:p>
    <w:p>
      <w:r>
        <w:br/>
        <w:t>Так міркував Говард Кордл — симпатичний чоловік, якого завжди відштовхували й зачіпали: прибиральники, фінансові адвокати, метрдотелі та інші особи, наділені владою. Кордл їх ненавидів. Він мовчки страждав від незліченних маніяків-агресорів, які лізли поперед нього в чергах, сідали в зупинене ним таксі й нахабно відбивали дівчат, з якими він розмовляв на вечірках.</w:t>
      </w:r>
    </w:p>
    <w:p>
      <w:r>
        <w:br/>
        <w:t>Що найгірше, ці люди, схоже, самі прагнули до подібних вчинків і шукали нагоди, щоб завдати неприємностей ближньому.</w:t>
      </w:r>
    </w:p>
    <w:p>
      <w:r>
        <w:br/>
        <w:t>Кордл не міг зрозуміти, чому так має бути, аж поки в один із днів у середині літа, коли він подорожував Північною Іспанією, йому не з'явився бог Тот-Гермес і не прошепотів пророчі слова:</w:t>
      </w:r>
    </w:p>
    <w:p>
      <w:r>
        <w:br/>
        <w:t>— Слухай, синку, я добре знаю цю проблему, в рагу треба класти моркву, інакше м'ясо не протушиться.</w:t>
      </w:r>
    </w:p>
    <w:p>
      <w:r>
        <w:br/>
        <w:t>— Моркву? — перепитав Кордл, намагаючись збагнути про що йдеться.</w:t>
      </w:r>
    </w:p>
    <w:p>
      <w:r>
        <w:br/>
        <w:t>— Я кажу про тих типів, які не дають тобі жити, —пояснив Тот-Гермес. — Вони мусять так чинити, тому що вони — морква, а морква саме такою і є.</w:t>
      </w:r>
    </w:p>
    <w:p>
      <w:r>
        <w:br/>
        <w:t>— Якщо вони — морква, — промовив Кордл, починаючи розуміти потаємний зміст, — тоді я...</w:t>
      </w:r>
    </w:p>
    <w:p>
      <w:r>
        <w:br/>
        <w:t>— Ти, звісно, маленька, перламутрово-біла цибулина.</w:t>
      </w:r>
    </w:p>
    <w:p>
      <w:r>
        <w:br/>
        <w:t>— Так! Боже мій, так! — вигукнув Кордл, несподівано вражений сліпучим світлом істини.</w:t>
      </w:r>
    </w:p>
    <w:p>
      <w:r>
        <w:br/>
        <w:t>— Певна річ, ти й усі інші перламутрово-білі цибулини вважаєте моркву дуже неприємним явищем, такою собі безформною помаранчевою цибулиною, тоді як морква сприймає вас як вироджену круглу білу моркву. Я хочу сказати, що ви просто надто прискіпливо ставитесь одне до одного, тоді як насправді...</w:t>
      </w:r>
    </w:p>
    <w:p>
      <w:r>
        <w:br/>
        <w:t>— Так, так, продовжуй! — у запалі вигукнув Кордл.</w:t>
      </w:r>
    </w:p>
    <w:p>
      <w:r>
        <w:br/>
        <w:t>— Насправді ж, — оголосив Тот-Гермес, — у рагу для кожного відведено власне місце.</w:t>
      </w:r>
    </w:p>
    <w:p>
      <w:r>
        <w:br/>
        <w:t>— Певна річ! Я зрозумів, я зрозумів, я зрозумів!</w:t>
      </w:r>
    </w:p>
    <w:p>
      <w:r>
        <w:br/>
        <w:t>— А це означає, що всі, ким би вони не були, необхідні; і ви, якщо хочете отримувати задоволення, будучи славними симпатичними білими цибулинами, маєте прагнути ненависної вам помаранчевої моркви. Інакше вийде не рагу, а така собі... є...</w:t>
      </w:r>
    </w:p>
    <w:p>
      <w:r>
        <w:br/>
        <w:t>— Юшка! — захоплено підказав Кордл.</w:t>
      </w:r>
    </w:p>
    <w:p>
      <w:r>
        <w:br/>
        <w:t>— Вірно кумекаєш, хлопче, — схвалив Тот-Гермес. —Склади слова, священику і неси людям знання божественної формули.</w:t>
      </w:r>
    </w:p>
    <w:p>
      <w:r>
        <w:br/>
        <w:t>— Юшка, — повторив Кордл. — Тепер я чітко бачу: ніжна цибулева юшка — це наше уявлення про рай, тоді як вогненно-червоний морквяний відвар уособлює пекло. Усе сходиться!</w:t>
      </w:r>
    </w:p>
    <w:p>
      <w:r>
        <w:br/>
        <w:t>— Ом мані падме хум, — благословив Тот-Гермес.</w:t>
      </w:r>
    </w:p>
    <w:p>
      <w:r>
        <w:br/>
        <w:t>— А як бути із зеленим горошком? Що означає, з погляду Бога, м'ясо?</w:t>
      </w:r>
    </w:p>
    <w:p>
      <w:r>
        <w:br/>
        <w:t>— Не чіпляйся за метафори, — порадив Тот-Гермес. —Це лишає жахливі рани. Обмежся морквою та цибулею. І давай краще вип'ємо. Фірмовий напій!</w:t>
      </w:r>
    </w:p>
    <w:p>
      <w:r>
        <w:br/>
        <w:t>— А спеції, куди зарахувати спеції? — не вгавав Кордл, зробивши чималий ковток з іржавої похідної фляги.</w:t>
      </w:r>
    </w:p>
    <w:p>
      <w:r>
        <w:br/>
        <w:t>— Хлопче, ти ставиш запитання, відповісти на які можна лише масону тринадцятого ступеня у формі та білих сандаліях. Тож вибач... Пам'ятай лише, що все йде в рагу.</w:t>
      </w:r>
    </w:p>
    <w:p>
      <w:r>
        <w:br/>
        <w:t>— У рагу, — пробурмотів Кордл, облизуючи губи.</w:t>
      </w:r>
    </w:p>
    <w:p>
      <w:r>
        <w:br/>
        <w:t>— І особливо звертай увагу на моркву та цибулю. Ви у цій страві незамінні.</w:t>
      </w:r>
    </w:p>
    <w:p>
      <w:r>
        <w:br/>
        <w:t>— Морква й цибуля, — повторив Кордл.</w:t>
      </w:r>
    </w:p>
    <w:p>
      <w:r>
        <w:br/>
        <w:t>— Така ваша доля, — сказав Тот-Гермес. — Овва, та ми вже доїхали до Коруньї. Скинь мене тут де-небудь.</w:t>
      </w:r>
    </w:p>
    <w:p>
      <w:r>
        <w:br/>
        <w:t>Кордл зупинив узяту напрокат машинку біля узбіччя дороги. Тот-Гермес підхопив із заднього сидіння рюкзак і вийшов:</w:t>
      </w:r>
    </w:p>
    <w:p>
      <w:r>
        <w:br/>
        <w:t>— Дякую, що підкинув, приятелю.</w:t>
      </w:r>
    </w:p>
    <w:p>
      <w:r>
        <w:br/>
        <w:t>— Нема за що... Дякую за вино. До речі, якої воно марки?</w:t>
      </w:r>
    </w:p>
    <w:p>
      <w:r>
        <w:br/>
        <w:t>— Vino de casa з незначною домішкою старого еліксиру доктора Гамерфінгера з доданням сухої тонізуючої витяжки на основі фірмової розчинної кислоти. Виготовлене гнаррами у таємних лабораторіях Каліфорнійського університету в Лос-Анджелесі в рамках підготовки до великого загальноєвропейського турне.</w:t>
      </w:r>
    </w:p>
    <w:p>
      <w:r>
        <w:br/>
        <w:t>— Чим би воно не було — воно, безперечно, є, — з почуттям сказав Кордл. — Чистий еліксир, як для мене. З ним можна вмовити антилопу купити краватку, а Землю перетворити з приплюснутої сфери на усічену піраміду... Про що це я?</w:t>
      </w:r>
    </w:p>
    <w:p>
      <w:r>
        <w:br/>
        <w:t>— Не переймайся. Це частина твого шляху. Краще приляж.</w:t>
      </w:r>
    </w:p>
    <w:p>
      <w:r>
        <w:br/>
        <w:t>— Коли боги наказують, прості смертні мають коритися, — співучо промовив Кордл і ліг на передньому сидінні. Тот-Гермес схилився над ним; його борода сяяла золотом, а дерева на задньому плані вінцем обрамляли голову.</w:t>
      </w:r>
    </w:p>
    <w:p>
      <w:r>
        <w:br/>
        <w:t>— З тобою все гаразд?</w:t>
      </w:r>
    </w:p>
    <w:p>
      <w:r>
        <w:br/>
        <w:t>— Ще ніколи в житті мені не було так добре.</w:t>
      </w:r>
    </w:p>
    <w:p>
      <w:r>
        <w:br/>
        <w:t>— Побути з тобою?</w:t>
      </w:r>
    </w:p>
    <w:p>
      <w:r>
        <w:br/>
        <w:t>— Це зайве. Ти навіть не уявляєш, як допоміг мені.</w:t>
      </w:r>
    </w:p>
    <w:p>
      <w:r>
        <w:br/>
        <w:t>— Радий це чути, хлопче. Ти впевнений, що з тобою все гаразд? Тоді бувай.</w:t>
      </w:r>
    </w:p>
    <w:p>
      <w:r>
        <w:br/>
        <w:t>І Тот-Гермес пішов у сонце, що заходило. Кордл лежав із заплющеними очима, легко розв'язуючи численні проблеми, які заводили у глухий кут найвеличніших філософів усіх епох. Він був трохи здивований, наскільки простими виявилися складні таємниці.</w:t>
      </w:r>
    </w:p>
    <w:p>
      <w:r>
        <w:br/>
        <w:t>Нарешті Кордл заснув і прокинувся через шість годин. При цьому він забув більшість своїх геніальних здогадів і простих рішень. Це було незбагненно. Як можна було загубити ключі від Всесвіту?.. Але він згубив, і виправити ситуацію було неможливо. Рай втрачено назавжди.</w:t>
      </w:r>
    </w:p>
    <w:p>
      <w:r>
        <w:br/>
        <w:t>Однак Кордл пам'ятав про моркву й цибулю, а також про рагу. Якби він міг вибирати, яке з геніальних рішень запам'ятати, то навряд чи вибрав саме це. Але сталося те, що сталося і нічого змінити не можна було. Кордл зрозумів, можливо інстинктивно, що у грі внутрішніх осяянь треба задовольнятися тим, що маєш.</w:t>
      </w:r>
    </w:p>
    <w:p>
      <w:r>
        <w:br/>
        <w:t>Наступного дня, долаючи дрібні дорожні пригоди, він дістався до Сантандера й вирішив написати всім друзям дотепні листи і, можливо, навіть спробувати свої сили в написанні дорожніх нотаток. Для цього потрібна була друкарська машинка. Портьє в готелі підказав йому адресу ательє з прокату друкарських машинок. Там сидів клерк, що чудово володів англійською.</w:t>
      </w:r>
    </w:p>
    <w:p>
      <w:r>
        <w:br/>
        <w:t>— Можна у вас взяти машинку на кілька днів? — запитав Кордл.</w:t>
      </w:r>
    </w:p>
    <w:p>
      <w:r>
        <w:br/>
        <w:t>— Чому ні? — відгукнувся клерк. У нього було масне чорне волосся й тонкий аристократичний ніс.</w:t>
      </w:r>
    </w:p>
    <w:p>
      <w:r>
        <w:br/>
        <w:t>— Скільки коштуватиме оця? — поцікавився Кордл, вказуючи на портативну модель "Ерики" тридцятирічної давнини.</w:t>
      </w:r>
    </w:p>
    <w:p>
      <w:r>
        <w:br/>
        <w:t>— Сімдесят песет, тобто один долар на день. За звичайних умов.</w:t>
      </w:r>
    </w:p>
    <w:p>
      <w:r>
        <w:br/>
        <w:t>— А хіба мої умови незвичайні?</w:t>
      </w:r>
    </w:p>
    <w:p>
      <w:r>
        <w:br/>
        <w:t>— Звісно. Адже ви іноземець, у нас проїздом. Для вас це буде сто вісімдесят песет на день.</w:t>
      </w:r>
    </w:p>
    <w:p>
      <w:r>
        <w:br/>
        <w:t>— Гаразд, — погодився Кордл, дістаючи гаманець. —На два дні, будь ласка.</w:t>
      </w:r>
    </w:p>
    <w:p>
      <w:r>
        <w:br/>
        <w:t>— Прошу ще паспорт і п'ятдесят доларів застави. Кордл спробував обернути все на жарт.</w:t>
      </w:r>
    </w:p>
    <w:p>
      <w:r>
        <w:br/>
        <w:t>— Я ж збираюсь на ній друкувати, а не одружуватися з нею.</w:t>
      </w:r>
    </w:p>
    <w:p>
      <w:r>
        <w:br/>
        <w:t>Клерк знизав плечима.</w:t>
      </w:r>
    </w:p>
    <w:p>
      <w:r>
        <w:br/>
        <w:t>— Послухайте, мій паспорт у портьє в готелі. Може, вистачить водійських прав.</w:t>
      </w:r>
    </w:p>
    <w:p>
      <w:r>
        <w:br/>
        <w:t>— Звісно, ні! У мене повинен бути ваш паспорт на випадок неповернення речі.</w:t>
      </w:r>
    </w:p>
    <w:p>
      <w:r>
        <w:br/>
        <w:t>— Але чому і паспорт, і застава? — здивувався Кордл, відчуваючи, що його намагаються водити за ніс. — Ця машинка не варта й двадцяти доларів.</w:t>
      </w:r>
    </w:p>
    <w:p>
      <w:r>
        <w:br/>
        <w:t>— Ви експерт з ринкових цін в Іспанії на вживані німецькі друкарські машинки?</w:t>
      </w:r>
    </w:p>
    <w:p>
      <w:r>
        <w:br/>
        <w:t>— Ні, але...</w:t>
      </w:r>
    </w:p>
    <w:p>
      <w:r>
        <w:br/>
        <w:t>— Тоді дозвольте, сер, мені вести справи так, як я вважаю за потрібне. Крім того, я маю знати, для яких потреб ви використовуватимете нашу машинку.</w:t>
      </w:r>
    </w:p>
    <w:p>
      <w:r>
        <w:br/>
        <w:t>— Використовуватиму?</w:t>
      </w:r>
    </w:p>
    <w:p>
      <w:r>
        <w:br/>
        <w:t>— Так, використовуватимете.</w:t>
      </w:r>
    </w:p>
    <w:p>
      <w:r>
        <w:br/>
        <w:t>Склалася одна з тих безглуздих закордонних ситуацій, яка може трапитися з кожним. Вимоги клерка були абсурдні, а манера триматися образлива. Кордл майже вирішив коротко кивнути, повернутися на каблуках і піти, але раптом згадав про моркву й цибулю. Йому згадалося рагу, і він зрозумів, що може бути будь-яким овочем, яким схоче.</w:t>
      </w:r>
    </w:p>
    <w:p>
      <w:r>
        <w:br/>
        <w:t>Він повернувся до клерка, переможно посміхнувся й сказав:</w:t>
      </w:r>
    </w:p>
    <w:p>
      <w:r>
        <w:br/>
        <w:t>— Ви хочете знати, як я збираюся використовувати вашу машинку?</w:t>
      </w:r>
    </w:p>
    <w:p>
      <w:r>
        <w:br/>
        <w:t>— Саме так.</w:t>
      </w:r>
    </w:p>
    <w:p>
      <w:r>
        <w:br/>
        <w:t>— Гаразд, — сказав Кордл. — Мушу визнати, я збирався запхати її в ніс.</w:t>
      </w:r>
    </w:p>
    <w:p>
      <w:r>
        <w:br/>
        <w:t>Клерк витріщив очі.</w:t>
      </w:r>
    </w:p>
    <w:p>
      <w:r>
        <w:br/>
        <w:t>— Це надзвичайно зручний метод перевезення контрабанди, — продовжував Кордл. — Крім того, я збирався підсунути вам крадений паспорт і фальшиві песети. А в Італії я продав би вашу машинку за десять тисяч доларів. Розумієте, у Мілані гострий дефіцит друкарських машинок; вони у розпачі й скуповують усе.</w:t>
      </w:r>
    </w:p>
    <w:p>
      <w:r>
        <w:br/>
        <w:t>— Сер, — вимовив клерк, — ви, схоже, незадоволені.</w:t>
      </w:r>
    </w:p>
    <w:p>
      <w:r>
        <w:br/>
        <w:t>— Слабо сказано, друже. Я передумав стосовно машинки. Але дозвольте зробити комплімент із приводу вашої англійської.</w:t>
      </w:r>
    </w:p>
    <w:p>
      <w:r>
        <w:br/>
        <w:t>— Я її спеціально вивчав, — гордо заявив клерк.</w:t>
      </w:r>
    </w:p>
    <w:p>
      <w:r>
        <w:br/>
        <w:t>— Це помітно. Незважаючи на певну слабкість у "р-р", ви розмовляєте немов венеціанський гондольєр, що страждає на "вовчу пащу". Найкращі побажання вашому шановному сімейству. А тепер я піду, і ви можете спокійно давити далі свої прищі.</w:t>
      </w:r>
    </w:p>
    <w:p>
      <w:r>
        <w:br/>
        <w:t>Згадуючи цю сцену пізніше, Кордл дійшов висновку, що як на перший раз він непогано виступив у ролі моркви. Щоправда, фінал вийшов трохи награним, але загалом переконливим.</w:t>
      </w:r>
    </w:p>
    <w:p>
      <w:r>
        <w:br/>
        <w:t>Найважливіше те, що він це зробив. І тепер, у тиші готельного номера, міг займатися не презирливим самобичуванням, а насолоджуватися тим фактом, що й сам поставив когось у незручне становище.</w:t>
      </w:r>
    </w:p>
    <w:p>
      <w:r>
        <w:br/>
        <w:t>Він це зробив! Він перетворився з цибулини на моркву!</w:t>
      </w:r>
    </w:p>
    <w:p>
      <w:r>
        <w:br/>
        <w:t>Але чи можна вважати його дії етичними? Імовірно, клерк не міг чинити інакше, адже він — продукт свого генетичного й соціального середовища і жертва виховання; він був природним, а не зумисне злостивим...</w:t>
      </w:r>
    </w:p>
    <w:p>
      <w:r>
        <w:br/>
        <w:t>Кордл зупинив себе. Він помітив, що займається типово цибулинним самокопирсанням, в основі якого лежить неспроможність сприймати моркву інакше як вироджену цибулю.</w:t>
      </w:r>
    </w:p>
    <w:p>
      <w:r>
        <w:br/>
        <w:t>Але ж тепер йому відомо, що у світі повинні існувати і цибуля, і морква, інакше не звариш рагу.</w:t>
      </w:r>
    </w:p>
    <w:p>
      <w:r>
        <w:br/>
        <w:t>І ще він знав, що людина може бути будь-яким овочем на власний вибір: і кумедною маленькою зеленою горошиною, і грубим, різким зубком часнику (хоча, можливо, він чіпляється за метафори). У будь-якому разі людина може обирати собі місце у просторі між морквою та цибулею.</w:t>
      </w:r>
    </w:p>
    <w:p>
      <w:r>
        <w:br/>
        <w:t>"Це варто добряче обміркувати", — відзначив Кордл, але не став цього робити. Натомість, знехтувавши дощем, він подався оглядати місцеві пам'ятки, а згодом продовжив свою подорож.</w:t>
      </w:r>
    </w:p>
    <w:p>
      <w:r>
        <w:br/>
        <w:t>Наступний випадок трапився в Ніці, у затишному ресторанчику на авеню Диябль-Блю з картатими червоно-білими скатертинами та неосяжним меню, написаним від руки червоним чорнилом. Там було четверо офіціантів, один із яких, як дві краплі води, був схожий на Жан-Поля Бельмондо, аж до сигарети, що звисала з нижньої губи, включно. Решта нагадували звичайних розбійників. У залі сиділи кілька скандинавів, які мовчки поїдали рагу з бобами, один старий француз у береті й троє скромних дівчат-англійок.</w:t>
      </w:r>
    </w:p>
    <w:p>
      <w:r>
        <w:br/>
        <w:t>Повз нього якраз проходив Бельмондо. Кордл, який цілком пристойно, хоча й дещо по-книжному розмовляв французькою, попросив у нього десятифранковий комплексний обід, меню якого було виставлене у вітрині.</w:t>
      </w:r>
    </w:p>
    <w:p>
      <w:r>
        <w:br/>
        <w:t>Офіціант зміряв його поглядом, що призначався для претензійних жебраків.</w:t>
      </w:r>
    </w:p>
    <w:p>
      <w:r>
        <w:br/>
        <w:t>— На сьогодні усі скінчилися, — вимовив він і вручив Кордлові меню тридцятифранкового обіду.</w:t>
      </w:r>
    </w:p>
    <w:p>
      <w:r>
        <w:br/>
        <w:t>У своєму старому втіленні Кордл скорився б долі й зробив замовлення. Або, можливо, підвівся б, тремтячи від обурення, і пішов з ресторану, перекинувши дорогою стілець.</w:t>
      </w:r>
    </w:p>
    <w:p>
      <w:r>
        <w:br/>
        <w:t>Але зараз...</w:t>
      </w:r>
    </w:p>
    <w:p>
      <w:r>
        <w:br/>
        <w:t>— Очевидно, ви мене не зрозуміли. — вимовив Кордл. — Згідно з французьким законом ви зобов'язані обслуговувати клієнтів за всіма фіксованими меню, виставленими у вітрині.</w:t>
      </w:r>
    </w:p>
    <w:p>
      <w:r>
        <w:br/>
        <w:t>— Мосьє адвокат? — поцікавився офіціант, нахабно вперши руки в боки.</w:t>
      </w:r>
    </w:p>
    <w:p>
      <w:r>
        <w:br/>
        <w:t>— Ні. Мосьє влаштовує неприємності, — попередив Кордл.</w:t>
      </w:r>
    </w:p>
    <w:p>
      <w:r>
        <w:br/>
        <w:t>— Нехай мосьє спробує, — процідив офіціант. Його очі звузилися.</w:t>
      </w:r>
    </w:p>
    <w:p>
      <w:r>
        <w:br/>
        <w:t>— Домовились, — сказав Кордл.</w:t>
      </w:r>
    </w:p>
    <w:p>
      <w:r>
        <w:br/>
        <w:t>У цей час до ресторану завітала літня пара. На чоловікові був добротний синій у смужку костюм, на жінці — плаття в горошок.</w:t>
      </w:r>
    </w:p>
    <w:p>
      <w:r>
        <w:br/>
        <w:t>— Вибачте, ви не англійці? — звернувся до них Кордл.</w:t>
      </w:r>
    </w:p>
    <w:p>
      <w:r>
        <w:br/>
        <w:t>Трохи здивований, чоловік злегка нахилив голову, що, очевидно мало означати кивок.</w:t>
      </w:r>
    </w:p>
    <w:p>
      <w:r>
        <w:br/>
        <w:t>— Раджу вам не замовляти тут їжу. Я — представник ЮНЕСКО, інспектор з харчування. Шеф-кухар тут явно з роду-віку не мив руки. Ми ще не закінчили перевірки на тиф, але є всі підстави для підозр. Щойно прибудуть мої асистенти з необхідним обладнанням...</w:t>
      </w:r>
    </w:p>
    <w:p>
      <w:r>
        <w:br/>
        <w:t>У ресторані запала мертва тиша.</w:t>
      </w:r>
    </w:p>
    <w:p>
      <w:r>
        <w:br/>
        <w:t>— Гадаю, варене яйце можна з'їсти, — змилостивився Кордл.</w:t>
      </w:r>
    </w:p>
    <w:p>
      <w:r>
        <w:br/>
        <w:t>Очевидно, літній чоловік йому не повірив.</w:t>
      </w:r>
    </w:p>
    <w:p>
      <w:r>
        <w:br/>
        <w:t>— Ходімо звідси, Мілдред, — сказав він, і пара вийшла.</w:t>
      </w:r>
    </w:p>
    <w:p>
      <w:r>
        <w:br/>
        <w:t>— Ось ідуть шістдесят франків плюс п'ять відсотків чайових, — холодно констатував Кордл.</w:t>
      </w:r>
    </w:p>
    <w:p>
      <w:r>
        <w:br/>
        <w:t>— Негайно забирайтесь звідси! — прогарчав офіціант.</w:t>
      </w:r>
    </w:p>
    <w:p>
      <w:r>
        <w:br/>
        <w:t>— Мені тут подобається, — оголосив Кордл, складаючи руки на грудях. — Обстановка, затишок...</w:t>
      </w:r>
    </w:p>
    <w:p>
      <w:r>
        <w:br/>
        <w:t>— Сидіти, не замовляючи, не дозволяється.</w:t>
      </w:r>
    </w:p>
    <w:p>
      <w:r>
        <w:br/>
        <w:t>— Я замовляю. Десятифранкове меню.</w:t>
      </w:r>
    </w:p>
    <w:p>
      <w:r>
        <w:br/>
        <w:t>Офіціанти перезирнулись, кивнули в унісон і почали наближатися військовою фалангою. Кордл звернувся до інших відвідувачів:</w:t>
      </w:r>
    </w:p>
    <w:p>
      <w:r>
        <w:br/>
        <w:t>— Прошу всіх бути свідками! Ці люди збираються напасти на мене, четверо проти одного, всупереч французькому закону й загальнолюдській етиці, лише тому, що я бажаю замовити хибно розрекламоване десятифранкове меню!</w:t>
      </w:r>
    </w:p>
    <w:p>
      <w:r>
        <w:br/>
        <w:t>Це була довга промова, але в цьому випадку красномовство не зашкодило. Кордл повторив її англійською.</w:t>
      </w:r>
    </w:p>
    <w:p>
      <w:r>
        <w:br/>
        <w:t>Англійки порозкривали роти. Старий француз продовжував їсти суп. Скандинави похмуро кивнули й почали знімати піджаки.</w:t>
      </w:r>
    </w:p>
    <w:p>
      <w:r>
        <w:br/>
        <w:t>Офіціанти знову перезирнулись. Той, що нагадував Бельмондо, сказав:</w:t>
      </w:r>
    </w:p>
    <w:p>
      <w:r>
        <w:br/>
        <w:t>— Мосьє, ви змушуєте нас викликати поліцію.</w:t>
      </w:r>
    </w:p>
    <w:p>
      <w:r>
        <w:br/>
        <w:t>— Чудово, отже, мені не доведеться викликати її самому, — багатозначно промовив Кордл.</w:t>
      </w:r>
    </w:p>
    <w:p>
      <w:r>
        <w:br/>
        <w:t>— Певна річ, мосьє не бажає провести свою відпустку в суді?</w:t>
      </w:r>
    </w:p>
    <w:p>
      <w:r>
        <w:br/>
        <w:t>— Мосьє саме так проводить більшість своїх відпусток, — запевнив Кордл.</w:t>
      </w:r>
    </w:p>
    <w:p>
      <w:r>
        <w:br/>
        <w:t>Офіціанти знову перезирнулися. Потім Бельмондо підійшов до Кордла з тридцятифранковим меню — Цей обід коштуватиме месьє десять франків. Очевидно, це все, що мосьє може собі дозволити.</w:t>
      </w:r>
    </w:p>
    <w:p>
      <w:r>
        <w:br/>
        <w:t>Цей випад Кордл пропустив повз вуха.</w:t>
      </w:r>
    </w:p>
    <w:p>
      <w:r>
        <w:br/>
        <w:t>— Принесіть мені цибулевий суп, зелений салат і м'ясо по-бургундському.</w:t>
      </w:r>
    </w:p>
    <w:p>
      <w:r>
        <w:br/>
        <w:t>Офіціант вийшов, щоб передати замовлення. Кордл помірно гучним голосом наспівував "Вальс Матильди". Він підозрював, що це може прискорити обслуговування.</w:t>
      </w:r>
    </w:p>
    <w:p>
      <w:r>
        <w:br/>
        <w:t>Замовлення принесли, коли він удруге проспівав "Ти не побачиш мене живою". Кордл присунув до себе суп і взяв ложку.</w:t>
      </w:r>
    </w:p>
    <w:p>
      <w:r>
        <w:br/>
        <w:t>Це був напружений момент. Усі відвідувачі відірвалися від їжі. Кордл нахилився вперед і делікатно втягнув носом запах.</w:t>
      </w:r>
    </w:p>
    <w:p>
      <w:r>
        <w:br/>
        <w:t>-Тут чогось не вистачає, голосно повідомив він.</w:t>
      </w:r>
    </w:p>
    <w:p>
      <w:r>
        <w:br/>
        <w:t>Насупившись, Кордл вилив цибулевий суп у м'ясо по-бургундськи, принюхався, похитав головою, скришив у місиво півскибки хліба, знову принюхався, додав салату й рясно посолив.</w:t>
      </w:r>
    </w:p>
    <w:p>
      <w:r>
        <w:br/>
        <w:t>— Ні, — сказав він, стиснувши губи. — Не піде. —І вивернув уміст тарілки на стіл.</w:t>
      </w:r>
    </w:p>
    <w:p>
      <w:r>
        <w:br/>
        <w:t>Це був варварський вчинок, який можна порівняти хіба що зі спаплюженням Мони Лізи. Уся Франція й більша частина Західної Швейцарії завмерли.</w:t>
      </w:r>
    </w:p>
    <w:p>
      <w:r>
        <w:br/>
        <w:t>Неквапливо, але й не даючи приголомшеним офіціантам часу, щоб опам'ятатися, Кордл підвівся й кинув у цю кашу десять франків. Біля дверей він обернувся.</w:t>
      </w:r>
    </w:p>
    <w:p>
      <w:r>
        <w:br/>
        <w:t>— Мої вітання кухареві, якому місце не тут, а біля бетономішалки. А це, друзі, для вас.</w:t>
      </w:r>
    </w:p>
    <w:p>
      <w:r>
        <w:br/>
        <w:t>Він кинув на підлогу свою зім'яту носову хустку.</w:t>
      </w:r>
    </w:p>
    <w:p>
      <w:r>
        <w:br/>
        <w:t>Кордл виходив з ресторану, мов той матадор, що після серії блискучих пасів відважно повертається спиною до розлюченого бика. З якихось невідомих причин офіціанти не кинулися навздогін, щоб роздерти на шматки, а залишки — повісити на найближчому ліхтарі. Тож Кордл пройшов десять чи п'ятнадцять кварталів, навмання звертаючи то праворуч, то ліворуч. Так він дійшов до Променад дез Англе й сів на лаву. Він тремтів, а його сорочка стала мокрою від поту.</w:t>
      </w:r>
    </w:p>
    <w:p>
      <w:r>
        <w:br/>
        <w:t>— Але я зробив це! — сказав він. — Я це зробив! Я поводився нестерпно й вийшов сухим із води!</w:t>
      </w:r>
    </w:p>
    <w:p>
      <w:r>
        <w:br/>
        <w:t>Аж тепер він усвідомив, чому морква поводиться саме так. Боже Всемогутній на небесах, яка це радість, яке блаженство!</w:t>
      </w:r>
    </w:p>
    <w:p>
      <w:r>
        <w:br/>
        <w:t>Після цього Кордл повернувся до своєї звичайної м'якої манери поведінки й залишався таким аж до другого дня його перебування в Римі. Він та семеро інших водіїв вишикувалися в ряд перед світлофором на Корсо Вітторіо-Еммануїла Другого. Позаду стояло ще з двадцять машин. Усі водії не вимикали двигуни, схилившись над кермом, примруживши очі й мріючи про Ла-Манш. Усі, крім Кордла, який насолоджувався чудовою архітектурою старого Рима.</w:t>
      </w:r>
    </w:p>
    <w:p>
      <w:r>
        <w:br/>
        <w:t>Увімкнулося зелене світло. Водії натиснули акселератори, намагаючись допомогти розкрутитися колесам своїх малопотужних "фіатів", зношуючи зчеплення й власні нерви, до того ж роблячи це відверто й шумно. Усі, крім Кордла, що, здавалося, був єдиною в Римі людиною, яка не прагнула виграти перегони чи встигнути на побачення. Не поспішаючи, але й не зволікаючи, він завів двигун і витиснув зчеплення, витративши на це дві секунди, що було немислимо для Монца або Монте-Карло.</w:t>
      </w:r>
    </w:p>
    <w:p>
      <w:r>
        <w:br/>
        <w:t>Водій позаду роздратовано посигналив. Кордл посміхнувся таємничою, кривою посмішкою. Він увімкнув нейтральну передачу, затягнув ручне гальмо й виліз із машинки. Потім повільно підійшов до водія, який йому сигналив, а зараз не тямився від люті, нишпорячи під сидінням у пошуках монтування.</w:t>
      </w:r>
    </w:p>
    <w:p>
      <w:r>
        <w:br/>
        <w:t>— Що? — запитав Кордл французькою. — Щось не так?</w:t>
      </w:r>
    </w:p>
    <w:p>
      <w:r>
        <w:br/>
        <w:t>— Ні, ні, нічого, — відповів той французькою. І це була його перша помилка. — Я просто хотів, щоб ви їхали, ну рухалися!</w:t>
      </w:r>
    </w:p>
    <w:p>
      <w:r>
        <w:br/>
        <w:t>— Але я саме збирався це зробити, — резонно зауважив Кордл.</w:t>
      </w:r>
    </w:p>
    <w:p>
      <w:r>
        <w:br/>
        <w:t>— Чудово! Усе гаразд!</w:t>
      </w:r>
    </w:p>
    <w:p>
      <w:r>
        <w:br/>
        <w:t>— Ні, не все, — похмуро повідомив Кордл. — Мені здається, я заслуговую на краще пояснення, чому ви мені сигналили.</w:t>
      </w:r>
    </w:p>
    <w:p>
      <w:r>
        <w:br/>
        <w:t>Нервовий водій — міланський бізнесмен, який прямував на відпочинок із дружиною та чотирма дітьми, необачно відповів:</w:t>
      </w:r>
    </w:p>
    <w:p>
      <w:r>
        <w:br/>
        <w:t>— Шановний, ви надто барилися й затримували всіх.</w:t>
      </w:r>
    </w:p>
    <w:p>
      <w:r>
        <w:br/>
        <w:t>— Затримував? — перепитав Кордл. — Ви просигналили через дві секунди після того, як увімкнулося зелене світло. Ви називаєте це затримкою?</w:t>
      </w:r>
    </w:p>
    <w:p>
      <w:r>
        <w:br/>
        <w:t>— Пройшло набагато більше часу, — намагався сперечатися міланець.</w:t>
      </w:r>
    </w:p>
    <w:p>
      <w:r>
        <w:br/>
        <w:t>Тим часом рух зупинився аж до Неаполя. Зібралася десятитисячна юрба. У Вітербо та Генуї з'єднання карабінерів були приведені у стан бойової готовності.</w:t>
      </w:r>
    </w:p>
    <w:p>
      <w:r>
        <w:br/>
        <w:t>— Це неправда, — спростував Кордл. — У мене є свідки. — Він махнув рукою у бік юрби, що захоплено загула. — Я запрошу їх до суду. Ви маєте знати, що порушили закон, подаючи звуковий сигнал у межах міста за явно не надзвичайних обставин.</w:t>
      </w:r>
    </w:p>
    <w:p>
      <w:r>
        <w:br/>
        <w:t>Міланський бізнесмен поглянув на юрбу, яка збільшилася вже до п'ятдесяти тисяч. "Боже милостивий, — думав він, — пошли знову навалу готів, щоб винищили цих кровожерливих римлян! Нехай земля розверзнеться й поглине цього божевільного француза! Пришли сюди Джанкарло Морелі з його фальшивою ложкою, хай поперерізає вени йому на зап'ястках!"</w:t>
      </w:r>
    </w:p>
    <w:p>
      <w:r>
        <w:br/>
        <w:t>Над головами прогриміли реактивні винищувачі Шостого флоту, готуючись запобігти довгоочікуваному державному перевороту.</w:t>
      </w:r>
    </w:p>
    <w:p>
      <w:r>
        <w:br/>
        <w:t>Дружина міланського бізнесмена вигукувала образливі слова, що сьогодні він таки розіб'є її слабке серце й відправить його поштою її матері, щоб доконати й ту.</w:t>
      </w:r>
    </w:p>
    <w:p>
      <w:r>
        <w:br/>
        <w:t>Що було робити? У Мілані цей француз давно б поклав свою голову на плаху. Але Рим — південне місто, непередбачуване й небезпечне. Та й з погляду закону він вчинив неправильно, що створювало додаткову перевагу його супротивникові.</w:t>
      </w:r>
    </w:p>
    <w:p>
      <w:r>
        <w:br/>
        <w:t>— Гаразд, — сказав він. — Подача звукового сигналу, можливо, й справді була зайвою, хоча ви мене певною мірою спровокували.</w:t>
      </w:r>
    </w:p>
    <w:p>
      <w:r>
        <w:br/>
        <w:t>— Я наполягаю на повному вибаченні, — зажадав Кордл.</w:t>
      </w:r>
    </w:p>
    <w:p>
      <w:r>
        <w:br/>
        <w:t>Зі сходу пролунав грім: тисячі радянських танків вишикувалися в бойовий порядок на рівнинах Угорщини, готові дати відсіч довгоочікуваному вторгненню НАТО у Трансильванію. У Форджі, Бриндизі, Барі вимкнули водопостачання. Швейцарія закрила свої кордони й розпочала мінування залізничних тунелів.</w:t>
      </w:r>
    </w:p>
    <w:p>
      <w:r>
        <w:br/>
        <w:t>— Гаразд, вибачте! — заволав міланський бізнесмен. — Мені прикро, що спровокував вас і взагалі народився на світ! Вибачте, ще раз! А тепер, може, ви підете й дасте мені померти спокійно?!</w:t>
      </w:r>
    </w:p>
    <w:p>
      <w:r>
        <w:br/>
        <w:t>— Я приймаю ваше вибачення, — сказав Кордл. —Сподіваюсь, ви не образились на мене?</w:t>
      </w:r>
    </w:p>
    <w:p>
      <w:r>
        <w:br/>
        <w:t>Він повернувся до своєї машинки, тихенько наспівуючи, й поїхав під захоплені вигуки мільйонів глядачів.</w:t>
      </w:r>
    </w:p>
    <w:p>
      <w:r>
        <w:br/>
        <w:t>Світ, що висів на волосині, був врятований.</w:t>
      </w:r>
    </w:p>
    <w:p>
      <w:r>
        <w:br/>
        <w:t>Кордл доїхав до арки Тита, зупинив авто й під звуки тисяч труб пройшов під нею. Він заслужив свій тріумф не менше, ніж сам Цезар.</w:t>
      </w:r>
    </w:p>
    <w:p>
      <w:r>
        <w:br/>
        <w:t>Боже, упивався він, який я був огидний!</w:t>
      </w:r>
    </w:p>
    <w:p>
      <w:r>
        <w:br/>
        <w:t>У лондонському Тауері, у Воротях Зрадника, Кордл наступив на ногу молодій дівчині. Це поклало початок їхньому знайомству. Дівчину звали Мевіс. Вона приїхала з Шорт-Гілз, Нью-Джерсі. У неї було чудове довге темне волосся; вона була струнка, мила, розумна, енергійна й мала почуття гумору. У неї були невеликі недоліки, які в нашій історії не відіграють жодної ролі. Кордл почастував її кавою, і решту тижня вони провели разом.</w:t>
      </w:r>
    </w:p>
    <w:p>
      <w:r>
        <w:br/>
        <w:t>Здається, я надто нею захопився, сказав собі Кордл на сьомий день і одразу зрозумів, що висловився неточно. Він був палко й безнадійно закоханий.</w:t>
      </w:r>
    </w:p>
    <w:p>
      <w:r>
        <w:br/>
        <w:t>А що почувала Мевіс? Невдоволення його присутністю вона не виказувала. Цілком, можливо, що відповідала йому взаємністю.</w:t>
      </w:r>
    </w:p>
    <w:p>
      <w:r>
        <w:br/>
        <w:t>У той момент Кордла осяло прозріння. Він усвідомив, що тиждень тому наступив на ногу своїй майбутній дружині й матері двох його дітей, яких ще належало народити й принести до затишного будиночка в кількох рівнях із надувними меблями, розташованого десь у Саміті, штат Нью-Джерсі, або, можливо, Мілбурні.</w:t>
      </w:r>
    </w:p>
    <w:p>
      <w:r>
        <w:br/>
        <w:t>Мабуть, вголос це звучить непривабливо й провінційно, але Кордл справді цього прагнув і не виявляв ніяких претензій на космополітанство. Зрештою, не всі з нас можуть жити, як капітан Фера. Як не дивно, далеко не всі навіть прагнуть цього.</w:t>
      </w:r>
    </w:p>
    <w:p>
      <w:r>
        <w:br/>
        <w:t>Того дня Кордл і Мевіс поїхали до резиденції маршала Гордона в Белгравії на виставку візантійської мініатюри. Захоплення Мевіс візантійською мініатюрою видавалося тоді Кордлові цілком безневинним. Колекція була приватною, але дівчина через місцевого менеджера компанії "Евіс" якось організувала запрошення.</w:t>
      </w:r>
    </w:p>
    <w:p>
      <w:r>
        <w:br/>
        <w:t>Вони підійшли до резиденції, яка містилася у жахливому будинку часів Регентства в Хадлстон-М'юз, і подзвонили. Двері відчинив дворецький у повній парадній вечірній уніформі. Вони показали запрошення. Погляд дворецького і його піднята брова недвозначно показали, що їхні запрошення належать до розряду другосортних, призначених для простих смертних, надокучливих шанувальників мистецтва, що приїжджають по 17-денних путівках економ-класу, а не до поважних гравірованих атласних шедеврів, що їх приносять таким людям, як Пабло Пікасо, Джекі Онасис, Норман Мейлер, Чарлз Горе та іншим рушіям і володарям світу.</w:t>
      </w:r>
    </w:p>
    <w:p>
      <w:r>
        <w:br/>
        <w:t>Дворецький промовив:</w:t>
      </w:r>
    </w:p>
    <w:p>
      <w:r>
        <w:br/>
        <w:t>— О так... — Два слова сповнені похмурого змісту. Його обличчя зморщилося, як у людини, до якої</w:t>
      </w:r>
    </w:p>
    <w:p>
      <w:r>
        <w:br/>
        <w:t>несподівано завітав Тамерлан з полком Золотої Орди.</w:t>
      </w:r>
    </w:p>
    <w:p>
      <w:r>
        <w:br/>
        <w:t>— Мініатюри, — нагадав йому Кордл.</w:t>
      </w:r>
    </w:p>
    <w:p>
      <w:r>
        <w:br/>
        <w:t>— Так, звісно... Але боюся, сер, що сюди не пускають людей без піджака й краватки.</w:t>
      </w:r>
    </w:p>
    <w:p>
      <w:r>
        <w:br/>
        <w:t>Стояв задушливий серпневий день, і на Кордлі була лише спортивна сорочка.</w:t>
      </w:r>
    </w:p>
    <w:p>
      <w:r>
        <w:br/>
        <w:t>— Мені не почулося? Піджак і краватка?</w:t>
      </w:r>
    </w:p>
    <w:p>
      <w:r>
        <w:br/>
        <w:t>— Такі правила.</w:t>
      </w:r>
    </w:p>
    <w:p>
      <w:r>
        <w:br/>
        <w:t>— Невже один раз не можна зробити виняток? — попросила Мевіс.</w:t>
      </w:r>
    </w:p>
    <w:p>
      <w:r>
        <w:br/>
        <w:t>Дворецький похитав головою.</w:t>
      </w:r>
    </w:p>
    <w:p>
      <w:r>
        <w:br/>
        <w:t>— Ми повинні дотримувати правил, міс. Інакше... Він не закінчив фразу, але його презирство до вульгарного стану мідною плитою зависло в повітрі.</w:t>
      </w:r>
    </w:p>
    <w:p>
      <w:r>
        <w:br/>
        <w:t>— Безумовно, — приязно посміхаючись, промовив Кордл. — Отже, піджак і краватка? Зараз ми це влаштуємо.</w:t>
      </w:r>
    </w:p>
    <w:p>
      <w:r>
        <w:br/>
        <w:t>Мевіс поклала руку йому на плече.</w:t>
      </w:r>
    </w:p>
    <w:p>
      <w:r>
        <w:br/>
        <w:t>— Ходімо, Говарде. Зайдемо якось іншим разом.</w:t>
      </w:r>
    </w:p>
    <w:p>
      <w:r>
        <w:br/>
        <w:t>— Дурниці, кохана. Позич-но мені свій плащ... Він зняв із Мевіс білий дощовик і напнув на себе,</w:t>
      </w:r>
    </w:p>
    <w:p>
      <w:r>
        <w:br/>
        <w:t>розриваючи його по шву.</w:t>
      </w:r>
    </w:p>
    <w:p>
      <w:r>
        <w:br/>
        <w:t>— Ну, приятелю, ми пішли, — поблажливо сказав він дворецькому.</w:t>
      </w:r>
    </w:p>
    <w:p>
      <w:r>
        <w:br/>
        <w:t>— Боюся, що ні, — промовив той голосом, від якого зав'яли б артишоки. — У всякому разі, лишається ще краватка.</w:t>
      </w:r>
    </w:p>
    <w:p>
      <w:r>
        <w:br/>
        <w:t>Кордл чекав цього. Він витяг свою вологу полотняну носову хустку й зав'язав навколо шиї.</w:t>
      </w:r>
    </w:p>
    <w:p>
      <w:r>
        <w:br/>
        <w:t>— Ви задоволені? — посміхнувся він з виглядом Пітера Лора у ролі містера Мото — єдиного героя, якого він пам'ятав.</w:t>
      </w:r>
    </w:p>
    <w:p>
      <w:r>
        <w:br/>
        <w:t>— Говарде! Ходімо!</w:t>
      </w:r>
    </w:p>
    <w:p>
      <w:r>
        <w:br/>
        <w:t>Кордл чекав, посміхаючись дворецькому, який вперше за своє життя почав хвилюватися.</w:t>
      </w:r>
    </w:p>
    <w:p>
      <w:r>
        <w:br/>
        <w:t>— Боюся, сер, що це не...</w:t>
      </w:r>
    </w:p>
    <w:p>
      <w:r>
        <w:br/>
        <w:t>— Що "не"?</w:t>
      </w:r>
    </w:p>
    <w:p>
      <w:r>
        <w:br/>
        <w:t>— Це не зовсім те, що розуміють під піджаком і краваткою.</w:t>
      </w:r>
    </w:p>
    <w:p>
      <w:r>
        <w:br/>
        <w:t>— Ви хочете сказати, — почав Кордл пронизливо неприємним голосом, — що ви експерт з чоловічого одягу, а за сумісництвом відчиняєте двері відвідувачам?</w:t>
      </w:r>
    </w:p>
    <w:p>
      <w:r>
        <w:br/>
        <w:t>— Звісно, ні! Але це імпровізоване вбрання...</w:t>
      </w:r>
    </w:p>
    <w:p>
      <w:r>
        <w:br/>
        <w:t>— До чого тут "імпровізоване"? Ви гадаєте, що до вашого огляду треба готуватися три дні?</w:t>
      </w:r>
    </w:p>
    <w:p>
      <w:r>
        <w:br/>
        <w:t>— Ви вдягнули жіночий плащ і брудну носову хустку, — наполягав дворецький. — Гадаю, нам більше нема про що говорити.</w:t>
      </w:r>
    </w:p>
    <w:p>
      <w:r>
        <w:br/>
        <w:t>Він збирався зачинити двері, але Кордл швидко промовив:</w:t>
      </w:r>
    </w:p>
    <w:p>
      <w:r>
        <w:br/>
        <w:t>— Тільки зроби це, голубе, і я притягну тебе до суду за наклеп і образу особистої гідності. Це серйозні обвинувачення, в мене є свідки.</w:t>
      </w:r>
    </w:p>
    <w:p>
      <w:r>
        <w:br/>
        <w:t>Довкола Кордла вже зібралася невелика, але зацікавлена юрба.</w:t>
      </w:r>
    </w:p>
    <w:p>
      <w:r>
        <w:br/>
        <w:t>— Це смішно, — мовив дворецький, намагаючись виграти час. — Я зараз викличу...</w:t>
      </w:r>
    </w:p>
    <w:p>
      <w:r>
        <w:br/>
        <w:t>— Ув'язнення у "Вормвуд-Скрабс" насмішить вас іще більше, — сказав йому Кордл. — Я переслідуватиму вас у судовому порядку й доведу справу до кінця.</w:t>
      </w:r>
    </w:p>
    <w:p>
      <w:r>
        <w:br/>
        <w:t>— Говарде! — закричала Мевіс.</w:t>
      </w:r>
    </w:p>
    <w:p>
      <w:r>
        <w:br/>
        <w:t>Він скинув її руку й лютим поглядом змусив дворецького застигнути на місці.</w:t>
      </w:r>
    </w:p>
    <w:p>
      <w:r>
        <w:br/>
        <w:t>— Я мексиканець, хоча, можливо, моя чудова англійська й ввела вас в оману. У моїй країні чоловік радше переріже собі горло, ніж залишить таку образу без відповіді. Ви сказали жіночий плащ? Hombre, коли я надягаю його, він стає чоловічим. Чи ви натякаєте, що я тагісоп, як тут у вас кажуть — гомосексуаліст?!</w:t>
      </w:r>
    </w:p>
    <w:p>
      <w:r>
        <w:br/>
        <w:t>Натовп, який потроху збільшувався, схвально загомонів. Дворецького не любив ніхто, крім хазяїна.</w:t>
      </w:r>
    </w:p>
    <w:p>
      <w:r>
        <w:br/>
        <w:t>— Я не мав на увазі нічого подібного, — мляво запротестував дворецький.</w:t>
      </w:r>
    </w:p>
    <w:p>
      <w:r>
        <w:br/>
        <w:t>— Отже, це чоловічий плащ?</w:t>
      </w:r>
    </w:p>
    <w:p>
      <w:r>
        <w:br/>
        <w:t>— Як вам буде завгодно, сер.</w:t>
      </w:r>
    </w:p>
    <w:p>
      <w:r>
        <w:br/>
        <w:t>— Незадовільно. Отже, ви не відмовляєтеся від вашої брудної інсинуації? Я йду по поліцейського.</w:t>
      </w:r>
    </w:p>
    <w:p>
      <w:r>
        <w:br/>
        <w:t>— Зачекайте! Навіщо так поспішати?! — вигукнув дворецький. Він зблід, його руки тремтіли. — Ваш плащ — це чоловічий плащ, сер.</w:t>
      </w:r>
    </w:p>
    <w:p>
      <w:r>
        <w:br/>
        <w:t>— А як щодо моєї краватки?</w:t>
      </w:r>
    </w:p>
    <w:p>
      <w:r>
        <w:br/>
        <w:t>Дворецький голосно засопів, видав гортанний звук і зробив останню спробу зупинити Запату та його кровожерливих пеонів.</w:t>
      </w:r>
    </w:p>
    <w:p>
      <w:r>
        <w:br/>
        <w:t>— Але, сер, ваша носова хустка явно...</w:t>
      </w:r>
    </w:p>
    <w:p>
      <w:r>
        <w:br/>
        <w:t>— Те, що я ношу довкола шиї, — холодно промовив Кордл, — стає тим, чим повинно бути. А якби я обв'язав навколо горла шматок кольорового шовку, ви що, назвали б його бюстгальтером? Льон — цілком придатний матеріал для краватки, verdad? Функція визначає термінологію, чи не так? Якщо я приїду на роботу на корові, ніхто не скаже, що я осідлав біфштекс. Ви бачите якусь логічну неузгодженість у моїх аргументах?</w:t>
      </w:r>
    </w:p>
    <w:p>
      <w:r>
        <w:br/>
        <w:t>— Боюся, я не зовсім розумію...</w:t>
      </w:r>
    </w:p>
    <w:p>
      <w:r>
        <w:br/>
        <w:t>— То як ви насмілюєтеся судити? — Юрба захоплено заревла.</w:t>
      </w:r>
    </w:p>
    <w:p>
      <w:r>
        <w:br/>
        <w:t>— Сер! — вигукнув переможений дворецький. — Благаю вас...</w:t>
      </w:r>
    </w:p>
    <w:p>
      <w:r>
        <w:br/>
        <w:t>— Отже, — із задоволенням констатував Кордл, — у мене є піджак, краватка і запрошення. Може, ви погодитеся бути нашим гідом і покажете візантійські мініатюри?</w:t>
      </w:r>
    </w:p>
    <w:p>
      <w:r>
        <w:br/>
        <w:t>Дворецький відчинив двері перед Панчо Вілья та його татуйованими ордами. Останній бастіон цивілізації капітулював менш як за годину. Вовки завили на берегах Темзи, босонога армія Морелоса увірвалася до Британського музею, а над Європою запала ніч.</w:t>
      </w:r>
    </w:p>
    <w:p>
      <w:r>
        <w:br/>
        <w:t>Кордл і Мевіс оглядали колекцію мовчки. Вони не обмінялися ані словом, поки не залишилися наодинці в Риджентс-парку.</w:t>
      </w:r>
    </w:p>
    <w:p>
      <w:r>
        <w:br/>
        <w:t>— Послухай, Мевіс... — почав Кордл.</w:t>
      </w:r>
    </w:p>
    <w:p>
      <w:r>
        <w:br/>
        <w:t>— Ні, це ти послухай! — перервала вона. — Ти був жахливий! Просто нестерпний! Ти був... Я не можу знайти достатньо брудного слова для тебе! Мені ніколи не спадало на думку, що ти один із тих садистів, які отримують задоволення, принижуючи інших людей!</w:t>
      </w:r>
    </w:p>
    <w:p>
      <w:r>
        <w:br/>
        <w:t>— Але ж, Мевіс, ти чула, як він розмовляв зі мною, його тон...</w:t>
      </w:r>
    </w:p>
    <w:p>
      <w:r>
        <w:br/>
        <w:t>— Він дурний дідуган і трохи не сповна розуму, —сказала Мевіс. — А тебе я вважала іншим.</w:t>
      </w:r>
    </w:p>
    <w:p>
      <w:r>
        <w:br/>
        <w:t>— Але він казав...</w:t>
      </w:r>
    </w:p>
    <w:p>
      <w:r>
        <w:br/>
        <w:t>— Не має значення. Головне — ти насолоджувався собою!</w:t>
      </w:r>
    </w:p>
    <w:p>
      <w:r>
        <w:br/>
        <w:t>— Гаразд, мабуть, ти маєш рацію, — погодився Кордл. — Але дозволь я поясню.</w:t>
      </w:r>
    </w:p>
    <w:p>
      <w:r>
        <w:br/>
        <w:t>— Пояснюй комусь іншому. Усе скінчено. Будь ласка, йди, Говарде. Назавжди.</w:t>
      </w:r>
    </w:p>
    <w:p>
      <w:r>
        <w:br/>
        <w:t>Майбутня мати двох його дітей повернулася й пішла геть з його життя. Кордл поспішив за нею.</w:t>
      </w:r>
    </w:p>
    <w:p>
      <w:r>
        <w:br/>
        <w:t>— Мевіс!</w:t>
      </w:r>
    </w:p>
    <w:p>
      <w:r>
        <w:br/>
        <w:t>— Я покличу поліцейського, Говарде, слово честі, покличу!</w:t>
      </w:r>
    </w:p>
    <w:p>
      <w:r>
        <w:br/>
        <w:t>— Мевіс, я кохаю тебе!</w:t>
      </w:r>
    </w:p>
    <w:p>
      <w:r>
        <w:br/>
        <w:t>Певна річ, вона чула його, але не зупинялася. Це була мила, симпатична дівчина і явно незмінна — цибулина.</w:t>
      </w:r>
    </w:p>
    <w:p>
      <w:r>
        <w:br/>
        <w:t>Кордл так і не зумів нічого пояснити Мевіс про рагу й необхідність випробувати поведінку, перш ніж засуджувати її. Моменти містичного натхнення рідко повторюються. Але йому вдалося переконати її, що то був якийсь шок, чистий випадок, зовсім немислимий і... поруч з нею... таке ніколи не повториться.</w:t>
      </w:r>
    </w:p>
    <w:p>
      <w:r>
        <w:br/>
        <w:t>Зараз вони одружені, у них дівчинка й хлопчик; вони живуть у затишному будиночку на різних рівнях у Плейнфілді, Нью-Джерсі, й цілком щасливі. Кордла, як і раніше, відштовхують і зачіпають прибиральники, фінансові адвокати, метрдотелі та інші особи, наділені владою. Але є одна відмінність.</w:t>
      </w:r>
    </w:p>
    <w:p>
      <w:r>
        <w:br/>
        <w:t>Тепер Кордл регулярно їздить відпочивати сам, без дружини й дітей. Минулого року прославився в Гонолулу. Цього року він їде до Буенос-Айреса.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Між морквою та цибулею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