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Монтень чи Свіфт</w:t>
      </w:r>
    </w:p>
    <w:p>
      <w:r>
        <w:br/>
        <w:t xml:space="preserve"> Монтень чи Свіфт хто відав про час&lt;br /&gt;</w:t>
        <w:br/>
        <w:t>Про те життя в якому прожив&lt;br /&gt;</w:t>
        <w:br/>
        <w:t>А хто із горопашних нас&lt;br /&gt;</w:t>
        <w:br/>
        <w:t>Над сьогоденням не ворожив</w:t>
      </w:r>
    </w:p>
    <w:p>
      <w:r>
        <w:br/>
        <w:t>Знаємо наче так а потім наче отак&lt;br /&gt;</w:t>
        <w:br/>
        <w:t>А час вивертається новим нутром&lt;br /&gt;</w:t>
        <w:br/>
        <w:t>І меле муку застарілий тартак&lt;br /&gt;</w:t>
        <w:br/>
        <w:t>І водить пройдисвіт пером</w:t>
      </w:r>
    </w:p>
    <w:p>
      <w:r>
        <w:br/>
        <w:t>Сенс переламується і виламується зміст&lt;br /&gt;</w:t>
        <w:br/>
        <w:t>І вивертаються нутрощі сміються з нас&lt;br /&gt;</w:t>
        <w:br/>
        <w:t>А проблеми підводяться в Гулліверів зріст&lt;br /&gt;</w:t>
        <w:br/>
        <w:t>Внизу був реквієм зверху джаз</w:t>
      </w:r>
    </w:p>
    <w:p>
      <w:r>
        <w:br/>
        <w:t>Що осягнеш ти старий ідіот&lt;br /&gt;</w:t>
        <w:br/>
        <w:t>З того життя що Бог тобі щедро прослав&lt;br /&gt;</w:t>
        <w:br/>
        <w:t>Що ставки надмірні що ти банкрот&lt;br /&gt;</w:t>
        <w:br/>
        <w:t>Не осягнути світу глуздом осла</w:t>
      </w:r>
    </w:p>
    <w:p>
      <w:r>
        <w:br/>
        <w:t>Що молоді ремиґають таким же гуртом&lt;br /&gt;</w:t>
        <w:br/>
        <w:t>І те роздирають що ти уже дер&lt;br /&gt;</w:t>
        <w:br/>
        <w:t>То під тим кутом то під новим кутом&lt;br /&gt;</w:t>
        <w:br/>
        <w:t>Із захланністю ненажер</w:t>
      </w:r>
    </w:p>
    <w:p>
      <w:r>
        <w:br/>
        <w:t>Молодий бізнесмен вчить мене життя&lt;br /&gt;</w:t>
        <w:br/>
        <w:t>А я вчуся смерті за кроком крок&lt;br /&gt;</w:t>
        <w:br/>
        <w:t>І таке затяжне педантичне знаття&lt;br /&gt;</w:t>
        <w:br/>
        <w:t>І надсадний такий урок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Монтень чи Свіфт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