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Моцарт і Сальєрі</w:t>
      </w:r>
    </w:p>
    <w:p>
      <w:r>
        <w:br/>
        <w:t xml:space="preserve"> Перекладач: Микола Бажан</w:t>
      </w:r>
    </w:p>
    <w:p>
      <w:r>
        <w:br/>
        <w:t>Моцарт і Сальєрі</w:t>
      </w:r>
    </w:p>
    <w:p>
      <w:r>
        <w:br/>
        <w:t>Сцена І</w:t>
      </w:r>
    </w:p>
    <w:p>
      <w:r>
        <w:br/>
        <w:t>Кімната.</w:t>
      </w:r>
    </w:p>
    <w:p>
      <w:r>
        <w:br/>
        <w:t>Сальєрі</w:t>
      </w:r>
    </w:p>
    <w:p>
      <w:r>
        <w:br/>
        <w:t>Всі кажуть: правди на землі нема,&lt;br /&gt;</w:t>
        <w:br/>
        <w:t>Та правди й вище теж нема. Мені&lt;br /&gt;</w:t>
        <w:br/>
        <w:t>Це ясно так, немов звичайна гама.&lt;br /&gt;</w:t>
        <w:br/>
        <w:t>Родився я з любов'ю до мистецтва;&lt;br /&gt;</w:t>
        <w:br/>
        <w:t>Іще дитям, коли із високості&lt;br /&gt;</w:t>
        <w:br/>
        <w:t>Звучав орган у давній церкві нашій,&lt;br /&gt;</w:t>
        <w:br/>
        <w:t>Я слухав пильно — і солодкі сльози&lt;br /&gt;</w:t>
        <w:br/>
        <w:t>Несамохіть з очей моїх текли.&lt;br /&gt;</w:t>
        <w:br/>
        <w:t>Пусті забави рано я покинув;&lt;br /&gt;</w:t>
        <w:br/>
        <w:t>Не зв'язані з музикою науки&lt;br /&gt;</w:t>
        <w:br/>
        <w:t>Мені обридли; вперто і гордливо&lt;br /&gt;</w:t>
        <w:br/>
        <w:t>Я зрікся їх, музиці я одній&lt;br /&gt;</w:t>
        <w:br/>
        <w:t>Віддався весь. Важкий лиш перший крок,&lt;br /&gt;</w:t>
        <w:br/>
        <w:t>Нудна лиш перша путь. Я подолав&lt;br /&gt;</w:t>
        <w:br/>
        <w:t>Усі знегоди ранні. Ремесло&lt;br /&gt;</w:t>
        <w:br/>
        <w:t>Поставив я підніжжям для мистецтва;&lt;br /&gt;</w:t>
        <w:br/>
        <w:t>Ремісником зробився: набули&lt;br /&gt;</w:t>
        <w:br/>
        <w:t>Покірливу, суху рухливість пальці,&lt;br /&gt;</w:t>
        <w:br/>
        <w:t>А вухо — певність. Звуки я вмертвив,&lt;br /&gt;</w:t>
        <w:br/>
        <w:t>Неначе труп, розтяв музику. Звірив&lt;br /&gt;</w:t>
        <w:br/>
        <w:t>Гармонію на алгебрі. Тоді&lt;br /&gt;</w:t>
        <w:br/>
        <w:t>Насмілився, досвідчений в науці,&lt;br /&gt;</w:t>
        <w:br/>
        <w:t>Віддатися розкошам творчих мрій.&lt;br /&gt;</w:t>
        <w:br/>
        <w:t>Я став творить; але таємно й нишком,&lt;br /&gt;</w:t>
        <w:br/>
        <w:t>Не сміючи ще марити про славу.&lt;br /&gt;</w:t>
        <w:br/>
        <w:t>Бувало так, що в келії німотній&lt;br /&gt;</w:t>
        <w:br/>
        <w:t>Сидівши кілька день без сну та їжі,&lt;br /&gt;</w:t>
        <w:br/>
        <w:t>Зазнавши захвату і сліз натхнення,&lt;br /&gt;</w:t>
        <w:br/>
        <w:t>Свій труд палив і холодно дививсь,&lt;br /&gt;</w:t>
        <w:br/>
        <w:t>Як мисль моя і звуки, що родив їх,&lt;br /&gt;</w:t>
        <w:br/>
        <w:t>Палаючи, з легким димком зникали.&lt;br /&gt;</w:t>
        <w:br/>
        <w:t>Що я кажу? Коли великий Глюк&lt;br /&gt;</w:t>
        <w:br/>
        <w:t>Відкрив для нас незнані таємниці&lt;br /&gt;</w:t>
        <w:br/>
        <w:t>(Привабливі, глибокі таємниці),&lt;br /&gt;</w:t>
        <w:br/>
        <w:t>Чи я не кинув те, що знав колись,&lt;br /&gt;</w:t>
        <w:br/>
        <w:t>Що так любив, у що так палко вірив,&lt;br /&gt;</w:t>
        <w:br/>
        <w:t>Чи вслід за ним бадьоро не пішов,&lt;br /&gt;</w:t>
        <w:br/>
        <w:t>Покірливий, мов мандрівник, якого&lt;br /&gt;</w:t>
        <w:br/>
        <w:t>На путь правдиву спрямував зустрічний?&lt;br /&gt;</w:t>
        <w:br/>
        <w:t>Напруженим, усталеним зусиллям&lt;br /&gt;</w:t>
        <w:br/>
        <w:t>Я врешті у безмежному мистецтві&lt;br /&gt;</w:t>
        <w:br/>
        <w:t>Досяг високих ступенів. І слава&lt;br /&gt;</w:t>
        <w:br/>
        <w:t>Мені всміхнулась; я в серцях людей&lt;br /&gt;</w:t>
        <w:br/>
        <w:t>До власних творів виявив співзвучність.&lt;br /&gt;</w:t>
        <w:br/>
        <w:t>Я був щасливий: я втішався мирно&lt;br /&gt;</w:t>
        <w:br/>
        <w:t>З труда свого, із успіху та слави,&lt;br /&gt;</w:t>
        <w:br/>
        <w:t>Також з трудів і успіху моїх&lt;br /&gt;</w:t>
        <w:br/>
        <w:t>Товаришів у чарівнім мистецтві.&lt;br /&gt;</w:t>
        <w:br/>
        <w:t>Ні! я ніколи заздрості не знав,&lt;br /&gt;</w:t>
        <w:br/>
        <w:t>Ніколи! — ні тоді, коли Пуччіні&lt;br /&gt;</w:t>
        <w:br/>
        <w:t>Вмів полонить слух диких парижан,&lt;br /&gt;</w:t>
        <w:br/>
        <w:t>Ані тоді, як вперше я почув&lt;br /&gt;</w:t>
        <w:br/>
        <w:t>До "Іфігенії" вступні акорди.&lt;br /&gt;</w:t>
        <w:br/>
        <w:t>Хто скаже, що Сальєрі гордий був&lt;br /&gt;</w:t>
        <w:br/>
        <w:t>Хоч коли-небудь заздрісником ницим,&lt;br /&gt;</w:t>
        <w:br/>
        <w:t>Гадюкою, розчавленою людом,&lt;br /&gt;</w:t>
        <w:br/>
        <w:t>Яка гризе пісок та пил в безсиллі?&lt;br /&gt;</w:t>
        <w:br/>
        <w:t>Ніхто!.. А нині — сам скажу — я нині&lt;br /&gt;</w:t>
        <w:br/>
        <w:t>Став заздрісний. Я заздрю; і глибоко,&lt;br /&gt;</w:t>
        <w:br/>
        <w:t>І боляче так заздрю я.— О небо!&lt;br /&gt;</w:t>
        <w:br/>
        <w:t>Де ж правота, коли священний дар,&lt;br /&gt;</w:t>
        <w:br/>
        <w:t>Коли безсмертний геній — не благанням,&lt;br /&gt;</w:t>
        <w:br/>
        <w:t>Не саможертві, не палкій любові&lt;br /&gt;</w:t>
        <w:br/>
        <w:t>І не труду дається в нагороду,&lt;br /&gt;</w:t>
        <w:br/>
        <w:t>А осяває голову безумця,&lt;br /&gt;</w:t>
        <w:br/>
        <w:t>Гульвіси марного?.. О Моцарт, Моцарт!</w:t>
      </w:r>
    </w:p>
    <w:p>
      <w:r>
        <w:br/>
        <w:t>(Входить Моцарт).</w:t>
      </w:r>
    </w:p>
    <w:p>
      <w:r>
        <w:br/>
        <w:t>Моцарт</w:t>
      </w:r>
    </w:p>
    <w:p>
      <w:r>
        <w:br/>
        <w:t>Ага! побачив ти! хотів розважить&lt;br /&gt;</w:t>
        <w:br/>
        <w:t>Я жартом несподіваним тебе.</w:t>
      </w:r>
    </w:p>
    <w:p>
      <w:r>
        <w:br/>
        <w:t>Сальєрі</w:t>
      </w:r>
    </w:p>
    <w:p>
      <w:r>
        <w:br/>
        <w:t>Ти тут! — Давно?</w:t>
      </w:r>
    </w:p>
    <w:p>
      <w:r>
        <w:br/>
        <w:t>Моцарт</w:t>
      </w:r>
    </w:p>
    <w:p>
      <w:r>
        <w:br/>
        <w:t>Ось тільки. Я тобі&lt;br /&gt;</w:t>
        <w:br/>
        <w:t>Збирався дещо показать нове;&lt;br /&gt;</w:t>
        <w:br/>
        <w:t>Але, проходячи повз корчму, враз&lt;br /&gt;</w:t>
        <w:br/>
        <w:t>Почув я скрипку... Друже мій, Cальєрі!&lt;br /&gt;</w:t>
        <w:br/>
        <w:t>Кумеднішого зроду ти не чув...&lt;br /&gt;</w:t>
        <w:br/>
        <w:t>Сліпий скрипаль так вигравав старанно.&lt;br /&gt;</w:t>
        <w:br/>
        <w:t>Voi che sapete1 грав собі. Чудово!&lt;br /&gt;</w:t>
        <w:br/>
        <w:t>Не витерпів, привів я скрипаля,&lt;br /&gt;</w:t>
        <w:br/>
        <w:t>Почастувать тебе його мистецтвом.&lt;br /&gt;</w:t>
        <w:br/>
        <w:t>Ввійди!</w:t>
      </w:r>
    </w:p>
    <w:p>
      <w:r>
        <w:br/>
        <w:t>Входить сліпий дідусь із скрипкою.</w:t>
      </w:r>
    </w:p>
    <w:p>
      <w:r>
        <w:br/>
        <w:t>Із Моцарта що-небудь нам!</w:t>
      </w:r>
    </w:p>
    <w:p>
      <w:r>
        <w:br/>
        <w:t>Старий грає арію з Дон-Жуана;</w:t>
      </w:r>
    </w:p>
    <w:p>
      <w:r>
        <w:br/>
        <w:t>Моцарт регоче.</w:t>
      </w:r>
    </w:p>
    <w:p>
      <w:r>
        <w:br/>
        <w:t>Сальєрі</w:t>
      </w:r>
    </w:p>
    <w:p>
      <w:r>
        <w:br/>
        <w:t>І ти сміятись можеш?</w:t>
      </w:r>
    </w:p>
    <w:p>
      <w:r>
        <w:br/>
        <w:t>Моцарт</w:t>
      </w:r>
    </w:p>
    <w:p>
      <w:r>
        <w:br/>
        <w:t>Ах, Сальєрі&lt;br /&gt;</w:t>
        <w:br/>
        <w:t>Невже і сам ти не смієшся?</w:t>
      </w:r>
    </w:p>
    <w:p>
      <w:r>
        <w:br/>
        <w:t>Сальєрі</w:t>
      </w:r>
    </w:p>
    <w:p>
      <w:r>
        <w:br/>
        <w:t>Ні.&lt;br /&gt;</w:t>
        <w:br/>
        <w:t>Мені не смішно, як маляр нікчемний&lt;br /&gt;</w:t>
        <w:br/>
        <w:t>Мені бруднить Мадонну Рафаеля,&lt;br /&gt;</w:t>
        <w:br/>
        <w:t>Мені не смішно, як ганебний блазень&lt;br /&gt;</w:t>
        <w:br/>
        <w:t>В пародії глузує з Аліг'єрі.&lt;br /&gt;</w:t>
        <w:br/>
        <w:t>Іди, старий.</w:t>
      </w:r>
    </w:p>
    <w:p>
      <w:r>
        <w:br/>
        <w:t>Моцарт</w:t>
      </w:r>
    </w:p>
    <w:p>
      <w:r>
        <w:br/>
        <w:t>Стривай-но: ось тобі,&lt;br /&gt;</w:t>
        <w:br/>
        <w:t>Пий за моє здоров'я.</w:t>
      </w:r>
    </w:p>
    <w:p>
      <w:r>
        <w:br/>
        <w:t>Старий виходить.</w:t>
      </w:r>
    </w:p>
    <w:p>
      <w:r>
        <w:br/>
        <w:t>Ти, Сальєрі,&lt;br /&gt;</w:t>
        <w:br/>
        <w:t>Не в добрім дусі щось. Прийду до тебе&lt;br /&gt;</w:t>
        <w:br/>
        <w:t>Я іншим часом.</w:t>
      </w:r>
    </w:p>
    <w:p>
      <w:r>
        <w:br/>
        <w:t>Сальєрі</w:t>
      </w:r>
    </w:p>
    <w:p>
      <w:r>
        <w:br/>
        <w:t>Щось же ти приніс?</w:t>
      </w:r>
    </w:p>
    <w:p>
      <w:r>
        <w:br/>
        <w:t>Моцарт</w:t>
      </w:r>
    </w:p>
    <w:p>
      <w:r>
        <w:br/>
        <w:t>Ні — так, дрібницю. Уночі недавно,&lt;br /&gt;</w:t>
        <w:br/>
        <w:t>Коли мене безсоння все томило,&lt;br /&gt;</w:t>
        <w:br/>
        <w:t>У голові з'явились дві, три мислі.&lt;br /&gt;</w:t>
        <w:br/>
        <w:t>Оце накидав їх. Твоєї думки&lt;br /&gt;</w:t>
        <w:br/>
        <w:t>Спитать хотів, але тепер мені&lt;br /&gt;</w:t>
        <w:br/>
        <w:t>Не радий ти...</w:t>
      </w:r>
    </w:p>
    <w:p>
      <w:r>
        <w:br/>
        <w:t>Сальєрі</w:t>
      </w:r>
    </w:p>
    <w:p>
      <w:r>
        <w:br/>
        <w:t>О, Моцарте, коли,&lt;br /&gt;</w:t>
        <w:br/>
        <w:t>Коли ж тобі не радий я? Сідай;&lt;br /&gt;</w:t>
        <w:br/>
        <w:t>Я слухаю.</w:t>
      </w:r>
    </w:p>
    <w:p>
      <w:r>
        <w:br/>
        <w:t>Моцарт</w:t>
      </w:r>
    </w:p>
    <w:p>
      <w:r>
        <w:br/>
        <w:t>(за фортепіано)</w:t>
      </w:r>
    </w:p>
    <w:p>
      <w:r>
        <w:br/>
        <w:t>Нехай в твоїй уяві&lt;br /&gt;</w:t>
        <w:br/>
        <w:t>Постане... хто? Ну, я — молодший трохи,&lt;br /&gt;</w:t>
        <w:br/>
        <w:t>Закоханий — не надто, а ледь-ледь,—&lt;br /&gt;</w:t>
        <w:br/>
        <w:t>Красуня тут, чи друг — такий, як ти —&lt;br /&gt;</w:t>
        <w:br/>
        <w:t>Веселий я... І раптом: нагла тьма,&lt;br /&gt;</w:t>
        <w:br/>
        <w:t>Мара з труни, чи інше щось подібне...&lt;br /&gt;</w:t>
        <w:br/>
        <w:t>Ну, слухай же.</w:t>
      </w:r>
    </w:p>
    <w:p>
      <w:r>
        <w:br/>
        <w:t>(Грає).</w:t>
      </w:r>
    </w:p>
    <w:p>
      <w:r>
        <w:br/>
        <w:t>Сальєрі</w:t>
      </w:r>
    </w:p>
    <w:p>
      <w:r>
        <w:br/>
        <w:t>Ти з цим до мене йшов&lt;br /&gt;</w:t>
        <w:br/>
        <w:t>І міг спинитися побіля корчми&lt;br /&gt;</w:t>
        <w:br/>
        <w:t>І слухать скрипаля сліпого! — Боже!&lt;br /&gt;</w:t>
        <w:br/>
        <w:t>Ти, Моцарте, не гідний сам себе.</w:t>
      </w:r>
    </w:p>
    <w:p>
      <w:r>
        <w:br/>
        <w:t>Моцарт</w:t>
      </w:r>
    </w:p>
    <w:p>
      <w:r>
        <w:br/>
        <w:t>Що ж, добре?</w:t>
      </w:r>
    </w:p>
    <w:p>
      <w:r>
        <w:br/>
        <w:t>Сальєрі</w:t>
      </w:r>
    </w:p>
    <w:p>
      <w:r>
        <w:br/>
        <w:t>О, яка глибочина!&lt;br /&gt;</w:t>
        <w:br/>
        <w:t>Яка сміливість і яка доладність!&lt;br /&gt;</w:t>
        <w:br/>
        <w:t>Ти, Моцарте, є бог, але не знаєш&lt;br /&gt;</w:t>
        <w:br/>
        <w:t>Цього ти сам. Я знаю, я.</w:t>
      </w:r>
    </w:p>
    <w:p>
      <w:r>
        <w:br/>
        <w:t>Моцарт</w:t>
      </w:r>
    </w:p>
    <w:p>
      <w:r>
        <w:br/>
        <w:t>Хай так...&lt;br /&gt;</w:t>
        <w:br/>
        <w:t>Та божество моє вже зголодніло.</w:t>
      </w:r>
    </w:p>
    <w:p>
      <w:r>
        <w:br/>
        <w:t>Сальєрі</w:t>
      </w:r>
    </w:p>
    <w:p>
      <w:r>
        <w:br/>
        <w:t>Послухай: пообідаємо разом&lt;br /&gt;</w:t>
        <w:br/>
        <w:t>У корчмі Золотого Лева.</w:t>
      </w:r>
    </w:p>
    <w:p>
      <w:r>
        <w:br/>
        <w:t>Моцарт</w:t>
      </w:r>
    </w:p>
    <w:p>
      <w:r>
        <w:br/>
        <w:t>Добре;&lt;br /&gt;</w:t>
        <w:br/>
        <w:t>Я згоден. Ось додому лиш піду&lt;br /&gt;</w:t>
        <w:br/>
        <w:t>Сказати жінці, щоб мене з обідом&lt;br /&gt;</w:t>
        <w:br/>
        <w:t>І не чекала.</w:t>
      </w:r>
    </w:p>
    <w:p>
      <w:r>
        <w:br/>
        <w:t>(Виходить)</w:t>
      </w:r>
    </w:p>
    <w:p>
      <w:r>
        <w:br/>
        <w:t>Сальєрі</w:t>
      </w:r>
    </w:p>
    <w:p>
      <w:r>
        <w:br/>
        <w:t>Жду тебе, гляди ж.&lt;br /&gt;</w:t>
        <w:br/>
        <w:t>Ні! долі власній більше я не можу&lt;br /&gt;</w:t>
        <w:br/>
        <w:t>Противитись: приречено мені&lt;br /&gt;</w:t>
        <w:br/>
        <w:t>Його спинить,— інакше ми загинем,&lt;br /&gt;</w:t>
        <w:br/>
        <w:t>Ми всі, жерці музики, не один&lt;br /&gt;</w:t>
        <w:br/>
        <w:t>Лиш я з моєю славою глухою...&lt;br /&gt;</w:t>
        <w:br/>
        <w:t>Яка користь, що Моцарт буде жить&lt;br /&gt;</w:t>
        <w:br/>
        <w:t>І досягне височини нової?&lt;br /&gt;</w:t>
        <w:br/>
        <w:t>Чи піднесе він тим мистецтво? Ні;&lt;br /&gt;</w:t>
        <w:br/>
        <w:t>Воно впаде ізнов, коли він зникне:&lt;br /&gt;</w:t>
        <w:br/>
        <w:t>Наступника він не залишить нам;&lt;br /&gt;</w:t>
        <w:br/>
        <w:t>Що в нім за користь? Наче херувим,&lt;br /&gt;</w:t>
        <w:br/>
        <w:t>Він декілька приніс нам співів райських,&lt;br /&gt;</w:t>
        <w:br/>
        <w:t>Щоб, збуривши безкриле поривання&lt;br /&gt;</w:t>
        <w:br/>
        <w:t>В нас, дітях праху, одлетіти геть!&lt;br /&gt;</w:t>
        <w:br/>
        <w:t>Так одлітай же! Що скоріш, то краще.&lt;br /&gt;</w:t>
        <w:br/>
        <w:t>Отруту цю, останній дар Ізори,&lt;br /&gt;</w:t>
        <w:br/>
        <w:t>Я вісімнадцять літ ношу з собою —&lt;br /&gt;</w:t>
        <w:br/>
        <w:t>Відтоді часто я вважав життя&lt;br /&gt;</w:t>
        <w:br/>
        <w:t>За рану нестерпучу, був я часто&lt;br /&gt;</w:t>
        <w:br/>
        <w:t>Із безтурботним ворогом на учті,&lt;br /&gt;</w:t>
        <w:br/>
        <w:t>Але ніколи шепоту спокуси&lt;br /&gt;</w:t>
        <w:br/>
        <w:t>Не слухав я, хоч я не боягуз,&lt;br /&gt;</w:t>
        <w:br/>
        <w:t>Хоч глибоко образу почуваю,&lt;br /&gt;</w:t>
        <w:br/>
        <w:t>Хоча життя й немиле. Я вагавсь.&lt;br /&gt;</w:t>
        <w:br/>
        <w:t>Як смерті палко я жадав тоді!&lt;br /&gt;</w:t>
        <w:br/>
        <w:t>Що вмерти? Думав: може, це життя&lt;br /&gt;</w:t>
        <w:br/>
        <w:t>Ще дасть мені негадані дари;&lt;br /&gt;</w:t>
        <w:br/>
        <w:t>Можливо, я ще звідаю і захват,&lt;br /&gt;</w:t>
        <w:br/>
        <w:t>І творчу ніч, і радощі натхнення:&lt;br /&gt;</w:t>
        <w:br/>
        <w:t>Можливо, нам сучасний Гайден дасть&lt;br /&gt;</w:t>
        <w:br/>
        <w:t>Великий твір — порозкошую ним...&lt;br /&gt;</w:t>
        <w:br/>
        <w:t>Частуючи ненависного гостя,&lt;br /&gt;</w:t>
        <w:br/>
        <w:t>Гадав я: може, ще лютіший десь&lt;br /&gt;</w:t>
        <w:br/>
        <w:t>Знайдеться ворог, ще лютіша кривда&lt;br /&gt;</w:t>
        <w:br/>
        <w:t>На мене вдарить з гордих верховин —&lt;br /&gt;</w:t>
        <w:br/>
        <w:t>Ізорин дар тоді не згине марно.&lt;br /&gt;</w:t>
        <w:br/>
        <w:t>І сталось так! і ворога свого&lt;br /&gt;</w:t>
        <w:br/>
        <w:t>Я тут знайшов, і цей сучасний Гайден&lt;br /&gt;</w:t>
        <w:br/>
        <w:t>Мене чудовим захватом пойняв.&lt;br /&gt;</w:t>
        <w:br/>
        <w:t>Тепер — пора! кохання тайний дар&lt;br /&gt;</w:t>
        <w:br/>
        <w:t>Нехай перейде нині в келих дружби!</w:t>
      </w:r>
    </w:p>
    <w:p>
      <w:r>
        <w:br/>
        <w:t>Сцена II</w:t>
      </w:r>
    </w:p>
    <w:p>
      <w:r>
        <w:br/>
        <w:t>Окрема кімната в корчмі; фортепіано.</w:t>
      </w:r>
    </w:p>
    <w:p>
      <w:r>
        <w:br/>
        <w:t>Моцарт і Сальєрі за столом.</w:t>
      </w:r>
    </w:p>
    <w:p>
      <w:r>
        <w:br/>
        <w:t>Сальєрі</w:t>
      </w:r>
    </w:p>
    <w:p>
      <w:r>
        <w:br/>
        <w:t>Чому сьогодні хмурий ти?</w:t>
      </w:r>
    </w:p>
    <w:p>
      <w:r>
        <w:br/>
        <w:t>Моцарт</w:t>
      </w:r>
    </w:p>
    <w:p>
      <w:r>
        <w:br/>
        <w:t>Я? Ні!</w:t>
      </w:r>
    </w:p>
    <w:p>
      <w:r>
        <w:br/>
        <w:t>Сальєрі</w:t>
      </w:r>
    </w:p>
    <w:p>
      <w:r>
        <w:br/>
        <w:t>Що, Моцарте, смутить тебе сьогодні?&lt;br /&gt;</w:t>
        <w:br/>
        <w:t>Обід добірний, славне і вино,&lt;br /&gt;</w:t>
        <w:br/>
        <w:t>А ти мовчиш і хмуришся.</w:t>
      </w:r>
    </w:p>
    <w:p>
      <w:r>
        <w:br/>
        <w:t>Моцарт</w:t>
      </w:r>
    </w:p>
    <w:p>
      <w:r>
        <w:br/>
        <w:t>По правді,&lt;br /&gt;</w:t>
        <w:br/>
        <w:t>Мій Requiem мене турбує.</w:t>
      </w:r>
    </w:p>
    <w:p>
      <w:r>
        <w:br/>
        <w:t>Сальєрі</w:t>
      </w:r>
    </w:p>
    <w:p>
      <w:r>
        <w:br/>
        <w:t>А!&lt;br /&gt;</w:t>
        <w:br/>
        <w:t>Ти компонуєш Requiem? Давно вже?</w:t>
      </w:r>
    </w:p>
    <w:p>
      <w:r>
        <w:br/>
        <w:t>Моцарт</w:t>
      </w:r>
    </w:p>
    <w:p>
      <w:r>
        <w:br/>
        <w:t>Щось тижнів зо три. Та чудна пригода.&lt;br /&gt;</w:t>
        <w:br/>
        <w:t>Тобі не повідав я?</w:t>
      </w:r>
    </w:p>
    <w:p>
      <w:r>
        <w:br/>
        <w:t>Сальєрі</w:t>
      </w:r>
    </w:p>
    <w:p>
      <w:r>
        <w:br/>
        <w:t>Ні.</w:t>
      </w:r>
    </w:p>
    <w:p>
      <w:r>
        <w:br/>
        <w:t>Моцарт</w:t>
      </w:r>
    </w:p>
    <w:p>
      <w:r>
        <w:br/>
        <w:t>Тож слухай:&lt;br /&gt;</w:t>
        <w:br/>
        <w:t>Тому три тижні я вернувся пізно&lt;br /&gt;</w:t>
        <w:br/>
        <w:t>Додому. Кажуть, що приходив хтось&lt;br /&gt;</w:t>
        <w:br/>
        <w:t>Удень по мене. Чом, і сам не знаю,&lt;br /&gt;</w:t>
        <w:br/>
        <w:t>Але всю ніч я думав: хто б то був?&lt;br /&gt;</w:t>
        <w:br/>
        <w:t>І нащо я йому? Назавтра знову&lt;br /&gt;</w:t>
        <w:br/>
        <w:t>Заходив він і не застав мене;&lt;br /&gt;</w:t>
        <w:br/>
        <w:t>На третій день я хлопчика свого&lt;br /&gt;</w:t>
        <w:br/>
        <w:t>В кімнаті бавив. Кликнули мене;&lt;br /&gt;</w:t>
        <w:br/>
        <w:t>Я вийшов. Чоловік, увесь у чорнім,&lt;br /&gt;</w:t>
        <w:br/>
        <w:t>Почтиво уклонившися мені,&lt;br /&gt;</w:t>
        <w:br/>
        <w:t>Замовив Requiem і зник. Відразу&lt;br /&gt;</w:t>
        <w:br/>
        <w:t>Я сів і став писати — і відтоді&lt;br /&gt;</w:t>
        <w:br/>
        <w:t>Вже не з'являвсь мій чорний чоловік;&lt;br /&gt;</w:t>
        <w:br/>
        <w:t>А я і радий; жаль мені віддати&lt;br /&gt;</w:t>
        <w:br/>
        <w:t>Мою роботу, хоч уже цілком&lt;br /&gt;</w:t>
        <w:br/>
        <w:t>Готовий Requiem. Проте я...</w:t>
      </w:r>
    </w:p>
    <w:p>
      <w:r>
        <w:br/>
        <w:t>Сальєрі</w:t>
      </w:r>
    </w:p>
    <w:p>
      <w:r>
        <w:br/>
        <w:t>Що?</w:t>
      </w:r>
    </w:p>
    <w:p>
      <w:r>
        <w:br/>
        <w:t>Моцарт</w:t>
      </w:r>
    </w:p>
    <w:p>
      <w:r>
        <w:br/>
        <w:t>Мені признатись соромно...</w:t>
      </w:r>
    </w:p>
    <w:p>
      <w:r>
        <w:br/>
        <w:t>Сальєрі</w:t>
      </w:r>
    </w:p>
    <w:p>
      <w:r>
        <w:br/>
        <w:t>У чому?</w:t>
      </w:r>
    </w:p>
    <w:p>
      <w:r>
        <w:br/>
        <w:t>Моцарт</w:t>
      </w:r>
    </w:p>
    <w:p>
      <w:r>
        <w:br/>
        <w:t>Вночі і вдень спокою не дає&lt;br /&gt;</w:t>
        <w:br/>
        <w:t>Мені той чорний чоловік. За мною&lt;br /&gt;</w:t>
        <w:br/>
        <w:t>Він скрізь, мов тінь, женеться. От і зараз&lt;br /&gt;</w:t>
        <w:br/>
        <w:t>Мені здається, з нами третій він&lt;br /&gt;</w:t>
        <w:br/>
        <w:t>Сидить.</w:t>
      </w:r>
    </w:p>
    <w:p>
      <w:r>
        <w:br/>
        <w:t>Сальєрі</w:t>
      </w:r>
    </w:p>
    <w:p>
      <w:r>
        <w:br/>
        <w:t>Та годі! що за страх дитячий?&lt;br /&gt;</w:t>
        <w:br/>
        <w:t>Розвій химерну думу. Бомарше&lt;br /&gt;</w:t>
        <w:br/>
        <w:t>Казав було: "Послухай-но, Сальєрі,&lt;br /&gt;</w:t>
        <w:br/>
        <w:t>Коли тебе обсядуть чорні мислі,&lt;br /&gt;</w:t>
        <w:br/>
        <w:t>Шампанського ти пляшку відкоркуй,&lt;br /&gt;</w:t>
        <w:br/>
        <w:t>Чи почитай "Весілля Фігаро".</w:t>
      </w:r>
    </w:p>
    <w:p>
      <w:r>
        <w:br/>
        <w:t>Моцарт</w:t>
      </w:r>
    </w:p>
    <w:p>
      <w:r>
        <w:br/>
        <w:t>А! Бомарше — дружив-бо він з тобою;&lt;br /&gt;</w:t>
        <w:br/>
        <w:t>Для нього ти Тарара написав,&lt;br /&gt;</w:t>
        <w:br/>
        <w:t>Чудесну річ. Там є один мотив...&lt;br /&gt;</w:t>
        <w:br/>
        <w:t>Його наспівую, коли щасливий...&lt;br /&gt;</w:t>
        <w:br/>
        <w:t>Ла-ла-ла-ла... Чи то, Сальєрі, правда,&lt;br /&gt;</w:t>
        <w:br/>
        <w:t>Що Бомарше когось був отруїв?</w:t>
      </w:r>
    </w:p>
    <w:p>
      <w:r>
        <w:br/>
        <w:t>Сальєрі</w:t>
      </w:r>
    </w:p>
    <w:p>
      <w:r>
        <w:br/>
        <w:t>Не думаю: він надто був кумедний&lt;br /&gt;</w:t>
        <w:br/>
        <w:t>Для ремесла такого.</w:t>
      </w:r>
    </w:p>
    <w:p>
      <w:r>
        <w:br/>
        <w:t>Моцарт</w:t>
      </w:r>
    </w:p>
    <w:p>
      <w:r>
        <w:br/>
        <w:t>Він же геній,&lt;br /&gt;</w:t>
        <w:br/>
        <w:t>Як ти, як я. А геній і злочинство&lt;br /&gt;</w:t>
        <w:br/>
        <w:t>Дві речі несумісні. Чи не правда?</w:t>
      </w:r>
    </w:p>
    <w:p>
      <w:r>
        <w:br/>
        <w:t>Сальєрі</w:t>
      </w:r>
    </w:p>
    <w:p>
      <w:r>
        <w:br/>
        <w:t>Ти думаєш?</w:t>
      </w:r>
    </w:p>
    <w:p>
      <w:r>
        <w:br/>
        <w:t>(Кидає отруту в склянку Моцарта).</w:t>
      </w:r>
    </w:p>
    <w:p>
      <w:r>
        <w:br/>
        <w:t>Ну, пий же.</w:t>
      </w:r>
    </w:p>
    <w:p>
      <w:r>
        <w:br/>
        <w:t>Моцарт</w:t>
      </w:r>
    </w:p>
    <w:p>
      <w:r>
        <w:br/>
        <w:t>За твоє&lt;br /&gt;</w:t>
        <w:br/>
        <w:t>Здоров'я, друже, і за щиру спілку,&lt;br /&gt;</w:t>
        <w:br/>
        <w:t>Яка єднає Моцарта й Сальєрі,&lt;br /&gt;</w:t>
        <w:br/>
        <w:t>Цих двох синів гармонії.</w:t>
      </w:r>
    </w:p>
    <w:p>
      <w:r>
        <w:br/>
        <w:t>(П'є).</w:t>
      </w:r>
    </w:p>
    <w:p>
      <w:r>
        <w:br/>
        <w:t>Сальєрі</w:t>
      </w:r>
    </w:p>
    <w:p>
      <w:r>
        <w:br/>
        <w:t>Стривай,&lt;br /&gt;</w:t>
        <w:br/>
        <w:t>Стривай, стривай!.. Без мене випив!.. сам?</w:t>
      </w:r>
    </w:p>
    <w:p>
      <w:r>
        <w:br/>
        <w:t>Моцарт</w:t>
      </w:r>
    </w:p>
    <w:p>
      <w:r>
        <w:br/>
        <w:t>(кидає серветку на стіл)</w:t>
      </w:r>
    </w:p>
    <w:p>
      <w:r>
        <w:br/>
        <w:t>Ну, ситий я.</w:t>
      </w:r>
    </w:p>
    <w:p>
      <w:r>
        <w:br/>
        <w:t>(Іде до фортепіано).</w:t>
      </w:r>
    </w:p>
    <w:p>
      <w:r>
        <w:br/>
        <w:t>Послухай же, Сальєрі,&lt;br /&gt;</w:t>
        <w:br/>
        <w:t>Мій Requiem.</w:t>
      </w:r>
    </w:p>
    <w:p>
      <w:r>
        <w:br/>
        <w:t>(Грає).</w:t>
      </w:r>
    </w:p>
    <w:p>
      <w:r>
        <w:br/>
        <w:t>Ти плачеш?</w:t>
      </w:r>
    </w:p>
    <w:p>
      <w:r>
        <w:br/>
        <w:t>Сальєрі</w:t>
      </w:r>
    </w:p>
    <w:p>
      <w:r>
        <w:br/>
        <w:t>Я ці сльози&lt;br /&gt;</w:t>
        <w:br/>
        <w:t>Уперше ллю: і боляче й приємно,&lt;br /&gt;</w:t>
        <w:br/>
        <w:t>Мов я звершив обов'язок тяжкий,&lt;br /&gt;</w:t>
        <w:br/>
        <w:t>Немов одсік ножем цілющим шмат&lt;br /&gt;</w:t>
        <w:br/>
        <w:t>Недужий тіла!.. Моцарте, ці сльози...&lt;br /&gt;</w:t>
        <w:br/>
        <w:t>Не помічай їх. Грай же, поспішай&lt;br /&gt;</w:t>
        <w:br/>
        <w:t>Ще звуками мені наповнить душу...</w:t>
      </w:r>
    </w:p>
    <w:p>
      <w:r>
        <w:br/>
        <w:t>Моцарт</w:t>
      </w:r>
    </w:p>
    <w:p>
      <w:r>
        <w:br/>
        <w:t>Коли б усі так почували силу&lt;br /&gt;</w:t>
        <w:br/>
        <w:t>Гармонії! та ні: тоді б не міг&lt;br /&gt;</w:t>
        <w:br/>
        <w:t>І світ стояти, бо ніхто б не дбав&lt;br /&gt;</w:t>
        <w:br/>
        <w:t>Про справи життьові, низькі й буденні;&lt;br /&gt;</w:t>
        <w:br/>
        <w:t>Всі віддались би вільному мистецтву.&lt;br /&gt;</w:t>
        <w:br/>
        <w:t>Нас мало обраних, щасливців вільних,&lt;br /&gt;</w:t>
        <w:br/>
        <w:t>Які користь огидну відкидають,&lt;br /&gt;</w:t>
        <w:br/>
        <w:t>Єдиного прекрасного жерці.&lt;br /&gt;</w:t>
        <w:br/>
        <w:t>Чи так? Та ніби занедужав я,&lt;br /&gt;</w:t>
        <w:br/>
        <w:t>Мені щось важко; я піду, засну.&lt;br /&gt;</w:t>
        <w:br/>
        <w:t>Прощай же!</w:t>
      </w:r>
    </w:p>
    <w:p>
      <w:r>
        <w:br/>
        <w:t>Сальєрі</w:t>
      </w:r>
    </w:p>
    <w:p>
      <w:r>
        <w:br/>
        <w:t>До побачення.</w:t>
      </w:r>
    </w:p>
    <w:p>
      <w:r>
        <w:br/>
        <w:t>(Сам).</w:t>
      </w:r>
    </w:p>
    <w:p>
      <w:r>
        <w:br/>
        <w:t>Заснеш&lt;br /&gt;</w:t>
        <w:br/>
        <w:t>Надовго, Моцарте! Що, як правий він,&lt;br /&gt;</w:t>
        <w:br/>
        <w:t>І я не геній? Геній і злочинство —&lt;br /&gt;</w:t>
        <w:br/>
        <w:t>Дві речі несумісні. Ні, неправда:&lt;br /&gt;</w:t>
        <w:br/>
        <w:t>А Бунарроті? чи це тільки байка&lt;br /&gt;</w:t>
        <w:br/>
        <w:t>Юрби тупої — і не був ніколи&lt;br /&gt;</w:t>
        <w:br/>
        <w:t>Убивцею створитель Ватікану?</w:t>
      </w:r>
    </w:p>
    <w:p>
      <w:r>
        <w:br/>
        <w:t>1830</w:t>
      </w:r>
    </w:p>
    <w:p>
      <w:r>
        <w:br/>
        <w:t>1 Ви, що знаєте (італ.).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Моцарт і Сальєрі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