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Мудрость</w:t>
      </w:r>
    </w:p>
    <w:p>
      <w:r>
        <w:br/>
        <w:t xml:space="preserve"> (Отрывок из первой песни поэмы "Счастие на земле")</w:t>
      </w:r>
    </w:p>
    <w:p>
      <w:r>
        <w:br/>
        <w:t>Я счастие пою, живя в плачевной доле,-&lt;br /&gt;</w:t>
        <w:br/>
        <w:t>Блажен, кто счастие обрел в невинной воле!</w:t>
      </w:r>
    </w:p>
    <w:p>
      <w:r>
        <w:br/>
        <w:t>Сyиди, о дщерь небес, от горных стран эфира&lt;br /&gt;</w:t>
        <w:br/>
        <w:t>И в скорбну грудь пролей отрады луч и мира!&lt;br /&gt;</w:t>
        <w:br/>
        <w:t>О мудрость! Озари тьму нощи предо мной!&lt;br /&gt;</w:t>
        <w:br/>
        <w:t>Да будет мне вождем светильник кроткий твой,&lt;br /&gt;</w:t>
        <w:br/>
        <w:t>Мечты унынию мой дух поработили,&lt;br /&gt;</w:t>
        <w:br/>
        <w:t>Надежда с верою от сердца отступили;&lt;br /&gt;</w:t>
        <w:br/>
        <w:t>Кичливостью ума в безверье увлечен,&lt;br /&gt;</w:t>
        <w:br/>
        <w:t>Скитаюсь я, как тень, в сомненья погружен.&lt;br /&gt;</w:t>
        <w:br/>
        <w:t>Средь лабиринтовых извилин бесконечных&lt;br /&gt;</w:t>
        <w:br/>
        <w:t>Ищу я выхода — и в изысканьях вечных&lt;br /&gt;</w:t>
        <w:br/>
        <w:t>Блуждаю, обольщен соблазном злых путей;&lt;br /&gt;</w:t>
        <w:br/>
        <w:t>Бегу скорбей, но яд ношу в душе моей!..&lt;br /&gt;</w:t>
        <w:br/>
        <w:t>Вещай, в чем состоит то счастие неложно,&lt;br /&gt;</w:t>
        <w:br/>
        <w:t>Которого искать и должно и возможно?&lt;br /&gt;</w:t>
        <w:br/>
        <w:t>Наставь, о мудрость, где его воздвигнут храм:&lt;br /&gt;</w:t>
        <w:br/>
        <w:t>В степях, в пустынях ли? Иль там, где фимиам&lt;br /&gt;</w:t>
        <w:br/>
        <w:t>Великим мира в честь на алтарях пылает?&lt;br /&gt;</w:t>
        <w:br/>
        <w:t>Иль там, где страстная беспечность засыпает&lt;br /&gt;</w:t>
        <w:br/>
        <w:t>В объятиях Цирцей [19] — на нежной их груди?&lt;br /&gt;</w:t>
        <w:br/>
        <w:t>Открой, о мудрость, мне ты счастия пути:&lt;br /&gt;</w:t>
        <w:br/>
        <w:t>Одна лишь ты сильна решить мое сомненье.&lt;br /&gt;</w:t>
        <w:br/>
        <w:t>Едва окончил я, как сладко упоенье&lt;br /&gt;</w:t>
        <w:br/>
        <w:t>Внутрь сердца разлилось,— и благотворный сон,&lt;br /&gt;</w:t>
        <w:br/>
        <w:t>Сомкнув глаза мои, тем прекратил мой стон.&lt;br /&gt;</w:t>
        <w:br/>
        <w:t>Казалось, что со мной вздремала вся природа;&lt;br /&gt;</w:t>
        <w:br/>
        <w:t>На легком облачке с лазуревого свода&lt;br /&gt;</w:t>
        <w:br/>
        <w:t>Морфея [20] спутники, прелестные мечты,&lt;br /&gt;</w:t>
        <w:br/>
        <w:t>Опустясь, представили мне мудрости черты:&lt;br /&gt;</w:t>
        <w:br/>
        <w:t>Проста в смирении и в простоте велика,&lt;br /&gt;</w:t>
        <w:br/>
        <w:t>Кротка, как бог; ее уста и глас языка&lt;br /&gt;</w:t>
        <w:br/>
        <w:t>Отверзут к сердцу путь без помощи угроз;&lt;br /&gt;</w:t>
        <w:br/>
        <w:t>Она витийственна, но под цветами роз&lt;br /&gt;</w:t>
        <w:br/>
        <w:t>Не кроется у ней разврат и лжи скорпия,&lt;br /&gt;</w:t>
        <w:br/>
        <w:t>Ее доводов дух — дух истины святые;&lt;br /&gt;</w:t>
        <w:br/>
        <w:t>Пример — есть жизнь ее, витийство — сердца глас,&lt;br /&gt;</w:t>
        <w:br/>
        <w:t>Упрек ее — слеза, текущая из глаз,&lt;br /&gt;</w:t>
        <w:br/>
        <w:t>Оружие — совет противу заблужденья,&lt;br /&gt;</w:t>
        <w:br/>
        <w:t>И меч против упорств — вздох сердца, сожаленья.&lt;br /&gt;</w:t>
        <w:br/>
        <w:t>О! никогда ее ступеней алтарей&lt;br /&gt;</w:t>
        <w:br/>
        <w:t>Не озарял позор тех роковых огней,&lt;br /&gt;</w:t>
        <w:br/>
        <w:t>На коих суесвят с крестом — любви залогом —&lt;br /&gt;</w:t>
        <w:br/>
        <w:t>Пред агнцем кроткости, пред миром и пред богом&lt;br /&gt;</w:t>
        <w:br/>
        <w:t>Курил несчетных жертв кровавый фимиам,-&lt;br /&gt;</w:t>
        <w:br/>
        <w:t>И с окровавленной рукой спешил во храм&lt;br /&gt;</w:t>
        <w:br/>
        <w:t>Омыть ее в крови, пролитой в жертву миру,&lt;br /&gt;</w:t>
        <w:br/>
        <w:t>Чтоб с большим варварством совлечь с царей порфиру,&lt;br /&gt;</w:t>
        <w:br/>
        <w:t>Попрать ее и меч той кровью обагрить,&lt;br /&gt;</w:t>
        <w:br/>
        <w:t>Котору мир обык с благоговеньем чтить.&lt;br /&gt;</w:t>
        <w:br/>
        <w:t>Нет, враг ее святынь не осквернен от века&lt;br /&gt;</w:t>
        <w:br/>
        <w:t>Ни мздой постыдною, ни кровью человека!&lt;br /&gt;</w:t>
        <w:br/>
        <w:t>И жертвенник ее — убежище людей,&lt;br /&gt;</w:t>
        <w:br/>
        <w:t>Гонимых злобою иль совестью своей,-&lt;br /&gt;</w:t>
        <w:br/>
        <w:t>Не восстенал от жертв, с насильем в храм влекомых,-&lt;br /&gt;</w:t>
        <w:br/>
        <w:t>Поклясться в истине законов незнакомых.&lt;br /&gt;</w:t>
        <w:br/>
        <w:t>Я зрю: алтарь ее на холме утвержден,&lt;br /&gt;</w:t>
        <w:br/>
        <w:t>Пред ним священный огнь невинных чувств возжен;&lt;br /&gt;</w:t>
        <w:br/>
        <w:t>На нем авангелье — посланник правды вечной,&lt;br /&gt;</w:t>
        <w:br/>
        <w:t>Заветная печать любови бесконечной —&lt;br /&gt;</w:t>
        <w:br/>
        <w:t>Являет письмена, пылающи в огне:&lt;br /&gt;</w:t>
        <w:br/>
        <w:t>"Имеяй правды слух да внемлет ныне мне,&lt;br /&gt;</w:t>
        <w:br/>
        <w:t>Сыны избранные, наследие Сиона! [21]&lt;br /&gt;</w:t>
        <w:br/>
        <w:t>Желаете ль соблюсть великость всю закона?&lt;br /&gt;</w:t>
        <w:br/>
        <w:t>Любите ваших вы противных и врагов;&lt;br /&gt;</w:t>
        <w:br/>
        <w:t>Да будет меч на них — едина к ним любовь;&lt;br /&gt;</w:t>
        <w:br/>
        <w:t>Вас ненавидящим благотвореньем мстите,&lt;br /&gt;</w:t>
        <w:br/>
        <w:t>О, кая польза вам, егда добро творите&lt;br /&gt;</w:t>
        <w:br/>
        <w:t>Творящим благо вам,— и на цену сию&lt;br /&gt;</w:t>
        <w:br/>
        <w:t>Даете в лихву им взаим любов свою?&lt;br /&gt;</w:t>
        <w:br/>
        <w:t>Не такожде ль творит язычник и поемлет?&lt;br /&gt;</w:t>
        <w:br/>
        <w:t>Имеяй правды слух да гласу правды внемлет!"&lt;br /&gt;</w:t>
        <w:br/>
        <w:t>Колена преклонив, с восторгом дщерь небес&lt;br /&gt;</w:t>
        <w:br/>
        <w:t>Священны письмена скропила током слез,&lt;br /&gt;</w:t>
        <w:br/>
        <w:t>Лобзая с трепетом божественно веленье...&lt;br /&gt;</w:t>
        <w:br/>
        <w:t>Восстала!.. Как луна заемля озаренье&lt;br /&gt;</w:t>
        <w:br/>
        <w:t>И лепоту свою от солнечных лучей,&lt;br /&gt;</w:t>
        <w:br/>
        <w:t>Пылает, озарив пространство тверди всей,&lt;br /&gt;</w:t>
        <w:br/>
        <w:t>Так взор ее пылал любовью к смертных роду —&lt;br /&gt;</w:t>
        <w:br/>
        <w:t>И чувством торжества всю оживлял природу...&lt;br /&gt;</w:t>
        <w:br/>
        <w:t>[1819]</w:t>
      </w:r>
    </w:p>
    <w:p>
      <w:r>
        <w:br/>
        <w:t>[19] — Цірцея — німфа-чарівниця у грецькій міфології.&lt;br /&gt;</w:t>
        <w:br/>
        <w:t>[20] — Морфей— за грецькою міфологією, бог снів і сновидінь.&lt;br /&gt;</w:t>
        <w:br/>
        <w:t>[21] — Сіон — гора в Єрусалимі.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Мудрость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