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марші</w:t>
      </w:r>
    </w:p>
    <w:p>
      <w:r>
        <w:br/>
        <w:t xml:space="preserve"> Джозеф-Редьярд Кіплінґ&lt;br /&gt;</w:t>
        <w:br/>
        <w:t>На марші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(Піхотні полки)</w:t>
      </w:r>
    </w:p>
    <w:p>
      <w:r>
        <w:br/>
        <w:t>Крок — крок — крок — крок — ми йдемо по Африці —&lt;br /&gt;</w:t>
        <w:br/>
        <w:t>Все — йдем — все — йдем — по тій самій Африці —&lt;br /&gt;</w:t>
        <w:br/>
        <w:t>(Скрізь — рух — рух — рух — рух чобіт угору — вниз!)&lt;br /&gt;</w:t>
        <w:br/>
        <w:t>Не звільнить ніхто на війні!*</w:t>
      </w:r>
    </w:p>
    <w:p>
      <w:r>
        <w:br/>
        <w:t>Шість — сім — десять — п'ять — двадцять вісім миль за день —&lt;br /&gt;</w:t>
        <w:br/>
        <w:t>Чотирнадцять — десять — шість — вчора тридцять миль було.&lt;br /&gt;</w:t>
        <w:br/>
        <w:t>(Рух — рух — рух — рух — рух чобіт угору — вниз!)&lt;br /&gt;</w:t>
        <w:br/>
        <w:t>Не звільнить ніхто на війні!</w:t>
      </w:r>
    </w:p>
    <w:p>
      <w:r>
        <w:br/>
        <w:t>Не — смій — не смій — долі очі опускать —&lt;br /&gt;</w:t>
        <w:br/>
        <w:t>(Там — рух — рух — рух — рух чобіт угору — вниз!)&lt;br /&gt;</w:t>
        <w:br/>
        <w:t>Цей — рух — рух — рух до нестями доведе.&lt;br /&gt;</w:t>
        <w:br/>
        <w:t>Не звільнить ніхто на війні!</w:t>
      </w:r>
    </w:p>
    <w:p>
      <w:r>
        <w:br/>
        <w:t>Ти — щось — ти — щось — інше спробуй пригадать —&lt;br /&gt;</w:t>
        <w:br/>
        <w:t>Мій — Бог — дай — сил — не схибнутися мені!&lt;br /&gt;</w:t>
        <w:br/>
        <w:t>(Рух — рух — рух — рух — рух чобіт угору — вниз!)&lt;br /&gt;</w:t>
        <w:br/>
        <w:t>Не звільнить ніхто на війні!</w:t>
      </w:r>
    </w:p>
    <w:p>
      <w:r>
        <w:br/>
        <w:t>Весь — час — лічи скільки в ладівниці куль —&lt;br /&gt;</w:t>
        <w:br/>
        <w:t>Як — сон — здола — то розтопчуть враз тебе!&lt;br /&gt;</w:t>
        <w:br/>
        <w:t>(Рух — рух — рух — рух — рух чобіт угору — вниз!)&lt;br /&gt;</w:t>
        <w:br/>
        <w:t>Не звільнить ніхто на війні!</w:t>
      </w:r>
    </w:p>
    <w:p>
      <w:r>
        <w:br/>
        <w:t>Я — звик — терпіть — голод — спрагу — втому — біль —&lt;br /&gt;</w:t>
        <w:br/>
        <w:t>Та — гірш — нема — бачити весь день одне —&lt;br /&gt;</w:t>
        <w:br/>
        <w:t>Рух — рух — рух — рух — рух чобіт угору — вниз.&lt;br /&gt;</w:t>
        <w:br/>
        <w:t>Не звільнить ніхто на війні!</w:t>
      </w:r>
    </w:p>
    <w:p>
      <w:r>
        <w:br/>
        <w:t>Вдень — ще — не — так — бо — тоді ми разом всі —&lt;br /&gt;</w:t>
        <w:br/>
        <w:t>Та — ніч — і — ми — знову бачимо все те ж —&lt;br /&gt;</w:t>
        <w:br/>
        <w:t>Рух — рух — рух — рух — рух чобіт угору — вниз.&lt;br /&gt;</w:t>
        <w:br/>
        <w:t>Не звільнить ніхто на війні!</w:t>
      </w:r>
    </w:p>
    <w:p>
      <w:r>
        <w:br/>
        <w:t>Крізь — Пекло — йшов — сорок діб я, і клянусь —&lt;br /&gt;</w:t>
        <w:br/>
        <w:t>Ні — тьми — нема — ні — вогню там, ні чортів, —&lt;br /&gt;</w:t>
        <w:br/>
        <w:t>Лиш — рух — рух — рух — рух чобіт угору — вниз.&lt;br /&gt;</w:t>
        <w:br/>
        <w:t>Не звільнить ніхто на війні!</w:t>
      </w:r>
    </w:p>
    <w:p>
      <w:r>
        <w:br/>
        <w:t>------------------------&lt;br /&gt;</w:t>
        <w:br/>
        <w:t>* "Не звільнить ніхто на війні" — біблійна алюзія з похмурої "Книги&lt;br /&gt;</w:t>
        <w:br/>
        <w:t>Еклезіаста", що добре прочитувалася Кіплінговими сучасниками, додаючи&lt;br /&gt;</w:t>
        <w:br/>
        <w:t>віршеві трагічності. Порівняйте: "Немає людини, яка панувала б над&lt;br /&gt;</w:t>
        <w:br/>
        <w:t>вітром, щоб стримати вітер, і влади нема над днем смерті, і на війні нема&lt;br /&gt;</w:t>
        <w:br/>
        <w:t>звільнення" (Еклезіаст, 8,8).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марші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