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ринку</w:t>
      </w:r>
    </w:p>
    <w:p>
      <w:r>
        <w:br/>
        <w:t xml:space="preserve"> &lt;p&gt;На ринку товпа. Товпа тягає, як стихія. Іду.</w:t>
      </w:r>
    </w:p>
    <w:p>
      <w:r>
        <w:br/>
        <w:t>Наш селянин з бучацького повіту привів на воловоді корову.</w:t>
      </w:r>
    </w:p>
    <w:p>
      <w:r>
        <w:br/>
        <w:t>З Коропця аж до Шатмару.</w:t>
      </w:r>
    </w:p>
    <w:p>
      <w:r>
        <w:br/>
        <w:t>Селянин з далеких сторін, і корова не мадярської породи.</w:t>
      </w:r>
    </w:p>
    <w:p>
      <w:r>
        <w:br/>
        <w:t>Обоє чужі, — народ зглядається на них.</w:t>
      </w:r>
    </w:p>
    <w:p>
      <w:r>
        <w:br/>
        <w:t>— Також дурний. Хто видів тілький світ з коровою тікати! Ніби тут нема коров?</w:t>
      </w:r>
    </w:p>
    <w:p>
      <w:r>
        <w:br/>
        <w:t>Селянин не розуміє мадярської мови, але догадується, що люди з нього сміються. Він безрадно дивиться на свої великі, порозчавлювані, покалічені ноги.</w:t>
      </w:r>
    </w:p>
    <w:p>
      <w:r>
        <w:br/>
        <w:t>Йшов би ними дальше, все дальше й дальше, та не годен.</w:t>
      </w:r>
    </w:p>
    <w:p>
      <w:r>
        <w:br/>
        <w:t>Це ж не ноги, а один біль!</w:t>
      </w:r>
    </w:p>
    <w:p>
      <w:r>
        <w:br/>
        <w:t>Корова ніби розуміє його, дивиться на господаря свого великими мудрими очима, а потім голову повертає на північ, туди поза Карпати, і — реве.</w:t>
      </w:r>
    </w:p>
    <w:p>
      <w:r>
        <w:br/>
        <w:t>Реве на весь Шатмар...</w:t>
      </w:r>
    </w:p>
    <w:p>
      <w:r>
        <w:br/>
        <w:t>Здається, — донині чую той сумний і безрадний рев.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ринку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