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вічну пам'ять Котляревському</w:t>
      </w:r>
    </w:p>
    <w:p>
      <w:r>
        <w:br/>
        <w:t xml:space="preserve"> Сонце гріє, вітер віє&lt;br /&gt;</w:t>
        <w:br/>
        <w:t>З поля на долину,&lt;br /&gt;</w:t>
        <w:br/>
        <w:t>Над водою гне з вербою&lt;br /&gt;</w:t>
        <w:br/>
        <w:t>Червону калину;&lt;br /&gt;</w:t>
        <w:br/>
        <w:t>На калині одиноке&lt;br /&gt;</w:t>
        <w:br/>
        <w:t>Гніздечко гойдає, —&lt;br /&gt;</w:t>
        <w:br/>
        <w:t>А де ж дівся соловейко?&lt;br /&gt;</w:t>
        <w:br/>
        <w:t>Не питай, не знає.&lt;br /&gt;</w:t>
        <w:br/>
        <w:t>Згадай лихо, та й байдуже...&lt;br /&gt;</w:t>
        <w:br/>
        <w:t>Минулось... пропало...&lt;br /&gt;</w:t>
        <w:br/>
        <w:t>Згадай добре, — серце в'яне:&lt;br /&gt;</w:t>
        <w:br/>
        <w:t>Чому не осталось?&lt;br /&gt;</w:t>
        <w:br/>
        <w:t>Отож гляну та згадаю:&lt;br /&gt;</w:t>
        <w:br/>
        <w:t>Було, як смеркає,&lt;br /&gt;</w:t>
        <w:br/>
        <w:t>Защебече на калині —&lt;br /&gt;</w:t>
        <w:br/>
        <w:t>Ніхто не минає.&lt;br /&gt;</w:t>
        <w:br/>
        <w:t>Чи багатий, кого доля,&lt;br /&gt;</w:t>
        <w:br/>
        <w:t>Як мати дитину,&lt;br /&gt;</w:t>
        <w:br/>
        <w:t>Убирає, доглядає, —&lt;br /&gt;</w:t>
        <w:br/>
        <w:t>Не мине калину.&lt;br /&gt;</w:t>
        <w:br/>
        <w:t>Чи сирота, що до світа&lt;br /&gt;</w:t>
        <w:br/>
        <w:t>Встає працювати,&lt;br /&gt;</w:t>
        <w:br/>
        <w:t>Опиниться, послухає;&lt;br /&gt;</w:t>
        <w:br/>
        <w:t>Мов батько та мати&lt;br /&gt;</w:t>
        <w:br/>
        <w:t>Розпитують, розмовляють, —&lt;br /&gt;</w:t>
        <w:br/>
        <w:t>Серце б'ється, любо...&lt;br /&gt;</w:t>
        <w:br/>
        <w:t>І світ божий, як Великдень,&lt;br /&gt;</w:t>
        <w:br/>
        <w:t>І люди, як люди.&lt;br /&gt;</w:t>
        <w:br/>
        <w:t>Чи дівчина, що милого&lt;br /&gt;</w:t>
        <w:br/>
        <w:t>Щодень виглядає,&lt;br /&gt;</w:t>
        <w:br/>
        <w:t>В'яне, сохне сиротою,&lt;br /&gt;</w:t>
        <w:br/>
        <w:t>Де дітись, не знає;&lt;br /&gt;</w:t>
        <w:br/>
        <w:t>Піде на шлях подивитись,&lt;br /&gt;</w:t>
        <w:br/>
        <w:t>Поплакати в лози, —&lt;br /&gt;</w:t>
        <w:br/>
        <w:t>Защебече соловейко —&lt;br /&gt;</w:t>
        <w:br/>
        <w:t>Сохнуть дрібні сльози.&lt;br /&gt;</w:t>
        <w:br/>
        <w:t>Послухає, усміхнеться,&lt;br /&gt;</w:t>
        <w:br/>
        <w:t>Піде темним гаєм...&lt;br /&gt;</w:t>
        <w:br/>
        <w:t>Ніби з милим розмовляла...&lt;br /&gt;</w:t>
        <w:br/>
        <w:t>А він, знай, співає.&lt;br /&gt;</w:t>
        <w:br/>
        <w:t>Та дрібно, та рівно, як бога благає,&lt;br /&gt;</w:t>
        <w:br/>
        <w:t>Поки вийде злодій на шлях погулять&lt;br /&gt;</w:t>
        <w:br/>
        <w:t>З ножем у халяві, — піде руна гаєм,&lt;br /&gt;</w:t>
        <w:br/>
        <w:t>Піде і замовкне — нащо щебетать?&lt;br /&gt;</w:t>
        <w:br/>
        <w:t>Запеклую душу злодія не спинить,&lt;br /&gt;</w:t>
        <w:br/>
        <w:t>Тільки стратить голос, добру не навчить.&lt;br /&gt;</w:t>
        <w:br/>
        <w:t>Нехай же лютує, поки сам загине,&lt;br /&gt;</w:t>
        <w:br/>
        <w:t>Поки безголов'я ворон прокричить.&lt;br /&gt;</w:t>
        <w:br/>
        <w:t>Засне долина. На калині&lt;br /&gt;</w:t>
        <w:br/>
        <w:t>І соловейко задріма.&lt;br /&gt;</w:t>
        <w:br/>
        <w:t>Повіє вітер по долині —&lt;br /&gt;</w:t>
        <w:br/>
        <w:t>Пішла дібровою руна,&lt;br /&gt;</w:t>
        <w:br/>
        <w:t>Руна гуляє, божа мова.&lt;br /&gt;</w:t>
        <w:br/>
        <w:t>Встануть сердеги працювать,&lt;br /&gt;</w:t>
        <w:br/>
        <w:t>Корови підуть по діброві,&lt;br /&gt;</w:t>
        <w:br/>
        <w:t>Дівчата вийдуть воду брать,&lt;br /&gt;</w:t>
        <w:br/>
        <w:t>І сонце гляне, — рай та й годі!&lt;br /&gt;</w:t>
        <w:br/>
        <w:t>Верба сміється, свято скрізь!&lt;br /&gt;</w:t>
        <w:br/>
        <w:t>Заплаче злодій, лютий злодій.&lt;br /&gt;</w:t>
        <w:br/>
        <w:t>Було так перш — тепер дивись:&lt;br /&gt;</w:t>
        <w:br/>
        <w:t>Сонце гріє, вітер віє&lt;br /&gt;</w:t>
        <w:br/>
        <w:t>З поля на долину;&lt;br /&gt;</w:t>
        <w:br/>
        <w:t>Над водою гне з вербою&lt;br /&gt;</w:t>
        <w:br/>
        <w:t>Червону калину.&lt;br /&gt;</w:t>
        <w:br/>
        <w:t>На калині одиноке&lt;br /&gt;</w:t>
        <w:br/>
        <w:t>Гніздечко гойдає.&lt;br /&gt;</w:t>
        <w:br/>
        <w:t>А де ж дівся соловейко?&lt;br /&gt;</w:t>
        <w:br/>
        <w:t>Не питай, не знає.&lt;br /&gt;</w:t>
        <w:br/>
        <w:t>Недавно, недавно у нас в Україні&lt;br /&gt;</w:t>
        <w:br/>
        <w:t>Старий Котляревський отак щебетав;&lt;br /&gt;</w:t>
        <w:br/>
        <w:t>Замовк неборака, сиротами кинув&lt;br /&gt;</w:t>
        <w:br/>
        <w:t>І гори, і море, де перше витав,&lt;br /&gt;</w:t>
        <w:br/>
        <w:t>Де ватагу пройдисвіта&lt;br /&gt;</w:t>
        <w:br/>
        <w:t>Водив за собою,-&lt;br /&gt;</w:t>
        <w:br/>
        <w:t>Все осталось, все сумує,&lt;br /&gt;</w:t>
        <w:br/>
        <w:t>Як руїни Трої.&lt;br /&gt;</w:t>
        <w:br/>
        <w:t>Все сумує, — тільки слава&lt;br /&gt;</w:t>
        <w:br/>
        <w:t>Сонцем засіяла.&lt;br /&gt;</w:t>
        <w:br/>
        <w:t>Не вмре кобзар, бо навіки&lt;br /&gt;</w:t>
        <w:br/>
        <w:t>Його привітала.&lt;br /&gt;</w:t>
        <w:br/>
        <w:t>Будеш, батьку, панувати,&lt;br /&gt;</w:t>
        <w:br/>
        <w:t>Поки живуть люди,&lt;br /&gt;</w:t>
        <w:br/>
        <w:t>Поки сонце з неба сяє,&lt;br /&gt;</w:t>
        <w:br/>
        <w:t>Тебе не забудуть!&lt;br /&gt;</w:t>
        <w:br/>
        <w:t>Праведная душе! прийми мою мову&lt;br /&gt;</w:t>
        <w:br/>
        <w:t>Не мудру, та щиру — прийми, привітай.&lt;br /&gt;</w:t>
        <w:br/>
        <w:t>Не кинь сиротою, як кинув діброви,&lt;br /&gt;</w:t>
        <w:br/>
        <w:t>Прилини до мене хоч на одно слово&lt;br /&gt;</w:t>
        <w:br/>
        <w:t>Та про Україну мені заспівай!&lt;br /&gt;</w:t>
        <w:br/>
        <w:t>Нехай усміхнеться серце на чужині,&lt;br /&gt;</w:t>
        <w:br/>
        <w:t>Хоч раз усміхнеться, дивлячись, як ти&lt;br /&gt;</w:t>
        <w:br/>
        <w:t>Всю славу козацьку за словом єдиним&lt;br /&gt;</w:t>
        <w:br/>
        <w:t>Переніс в убогу хату сироти.&lt;br /&gt;</w:t>
        <w:br/>
        <w:t>Прилинь, сизий орле, бо я одинокий&lt;br /&gt;</w:t>
        <w:br/>
        <w:t>Сирота на світі, в чужому краю.&lt;br /&gt;</w:t>
        <w:br/>
        <w:t>Дивлюся на море широке, глибоке,&lt;br /&gt;</w:t>
        <w:br/>
        <w:t>Поплив би на той бік — човна не дають.&lt;br /&gt;</w:t>
        <w:br/>
        <w:t>Згадаю Бнея, згадаю родину,&lt;br /&gt;</w:t>
        <w:br/>
        <w:t>Згадаю, заплачу, як тая дитина.&lt;br /&gt;</w:t>
        <w:br/>
        <w:t>А хвилі на той бік ідуть та ревуть.&lt;br /&gt;</w:t>
        <w:br/>
        <w:t>А може, я й темний, нічого не бачу,&lt;br /&gt;</w:t>
        <w:br/>
        <w:t>Злая доля, може, по тім боці плаче, —&lt;br /&gt;</w:t>
        <w:br/>
        <w:t>Сироту усюди люде осміють.&lt;br /&gt;</w:t>
        <w:br/>
        <w:t>Нехай би сміялись, та там море грає,&lt;br /&gt;</w:t>
        <w:br/>
        <w:t>Там сонце, там місяць ясніше сія,&lt;br /&gt;</w:t>
        <w:br/>
        <w:t>Там з вітром могила в степу розмовляє,&lt;br /&gt;</w:t>
        <w:br/>
        <w:t>Там не одинокий був би з нею й я.&lt;br /&gt;</w:t>
        <w:br/>
        <w:t>Праведная душе! прийми мою мову&lt;br /&gt;</w:t>
        <w:br/>
        <w:t>Не мудру, та щиру. Прийми, привітай.&lt;br /&gt;</w:t>
        <w:br/>
        <w:t>Не кинь сиротою, як кинув діброви,&lt;br /&gt;</w:t>
        <w:br/>
        <w:t>Прилини до мене хоч на одно слово&lt;br /&gt;</w:t>
        <w:br/>
        <w:t>Та про Україну мені заспівай!</w:t>
      </w:r>
    </w:p>
    <w:p>
      <w:r>
        <w:br/>
        <w:t>(1838, С.-Петербург)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вічну пам'ять Котляревському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