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вітер</w:t>
      </w:r>
    </w:p>
    <w:p>
      <w:r>
        <w:br/>
        <w:t xml:space="preserve"> Кинь пісню на вітер,&lt;br /&gt;</w:t>
        <w:br/>
        <w:t>на вітер слова!&lt;br /&gt;</w:t>
        <w:br/>
        <w:t>Десь шепотом віти,&lt;br /&gt;</w:t>
        <w:br/>
        <w:t>десь шумом трава.</w:t>
      </w:r>
    </w:p>
    <w:p>
      <w:r>
        <w:br/>
        <w:t>Не в воду глибоку,&lt;br /&gt;</w:t>
        <w:br/>
        <w:t>а в сонце пливеш.&lt;br /&gt;</w:t>
        <w:br/>
        <w:t>Подумай, нівроку:&lt;br /&gt;</w:t>
        <w:br/>
        <w:t>ех, світ цей без меж!</w:t>
      </w:r>
    </w:p>
    <w:p>
      <w:r>
        <w:br/>
        <w:t>Дме вітер у руна&lt;br /&gt;</w:t>
        <w:br/>
        <w:t>життя молоде,&lt;br /&gt;</w:t>
        <w:br/>
        <w:t>на яблуні струнах&lt;br /&gt;</w:t>
        <w:br/>
        <w:t>долоні кладе.</w:t>
      </w:r>
    </w:p>
    <w:p>
      <w:r>
        <w:br/>
        <w:t>Немає ще яблук…&lt;br /&gt;</w:t>
        <w:br/>
        <w:t>Хтось кличе з яруг.&lt;br /&gt;</w:t>
        <w:br/>
        <w:t>Послухай: це зяблик,&lt;br /&gt;</w:t>
        <w:br/>
        <w:t>це сірий твій друг.</w:t>
      </w:r>
    </w:p>
    <w:p>
      <w:r>
        <w:br/>
        <w:t>Ти сонно на яві,&lt;br /&gt;</w:t>
        <w:br/>
        <w:t>ти п'яний від сну.&lt;br /&gt;</w:t>
        <w:br/>
        <w:t>Десь шепотом явір&lt;br /&gt;</w:t>
        <w:br/>
        <w:t>вітає весну.</w:t>
      </w:r>
    </w:p>
    <w:p>
      <w:r>
        <w:br/>
        <w:t>Десь шелестом сливи…&lt;br /&gt;</w:t>
        <w:br/>
        <w:t>Що більше тобі?&lt;br /&gt;</w:t>
        <w:br/>
        <w:t>Сьогодні щасливий&lt;br /&gt;</w:t>
        <w:br/>
        <w:t>ти птах, далебі!</w:t>
      </w:r>
    </w:p>
    <w:p>
      <w:r>
        <w:br/>
        <w:t>Неділя, 8 січня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