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Найвища в світі гора</w:t>
      </w:r>
    </w:p>
    <w:p>
      <w:r>
        <w:br/>
        <w:t xml:space="preserve"> &lt;p&gt;Мороз був дуже мідний, і навіть ескімо перестали продавати. Тому Валерик задовольнявся бурульками; від них язик поколювало і ставало холодно в горлі, зате їх було досхочу.</w:t>
      </w:r>
    </w:p>
    <w:p>
      <w:r>
        <w:br/>
        <w:t>Отож Валерик смоктав бурульку і спостерігав, як Вітька і Дімка виписували на льоду вісімки гострими, блискучими ковзанами. Смужка льоду в дворі була вузька, навіть двом там не вистачало місця. Хлопці ставали на лід по черзі, а Валерик терпляче чекав, коли їм надокучать ці вправи. Але хлопчаки і не думали поступатись місцем, вони удавали, ніби зовсім не помічають Валерки, і все писали та писали вісімки.</w:t>
      </w:r>
    </w:p>
    <w:p>
      <w:r>
        <w:br/>
        <w:t>Валерик був людиною гордою і просити ніколи не вмів. Тому він тільки сказав:</w:t>
      </w:r>
    </w:p>
    <w:p>
      <w:r>
        <w:br/>
        <w:t>— Я теж можу так зробити.</w:t>
      </w:r>
    </w:p>
    <w:p>
      <w:r>
        <w:br/>
        <w:t>Йому не відповіли, і хлопчик повторив, насупивши брови:</w:t>
      </w:r>
    </w:p>
    <w:p>
      <w:r>
        <w:br/>
        <w:t>— Я тож можу написати вісім!</w:t>
      </w:r>
    </w:p>
    <w:p>
      <w:r>
        <w:br/>
        <w:t>— Брись, шпінгалете,— зневажливо кинув Вітька.</w:t>
      </w:r>
    </w:p>
    <w:p>
      <w:r>
        <w:br/>
        <w:t>Валерик обурився. "Шпінгалет" — це звучало дуже прикро і образливо, і треба було відповісти. Валерка сміливо ступив уперед:</w:t>
      </w:r>
    </w:p>
    <w:p>
      <w:r>
        <w:br/>
        <w:t>— Ти сам іди! Хіба це твій лід?</w:t>
      </w:r>
    </w:p>
    <w:p>
      <w:r>
        <w:br/>
        <w:t>— Кому сказано — брись!? — грізно рушив на Валерика Вітя.</w:t>
      </w:r>
    </w:p>
    <w:p>
      <w:r>
        <w:br/>
        <w:t>У сварку втрутився Діма. Він злегка, по-змовницьки підштовхнув Вітю ліктем і сказав малому:</w:t>
      </w:r>
    </w:p>
    <w:p>
      <w:r>
        <w:br/>
        <w:t>— Вісімка — це кожен вміє! А от з гори по льоду з'їдеш?</w:t>
      </w:r>
    </w:p>
    <w:p>
      <w:r>
        <w:br/>
        <w:t>Правду сказати, Балерину навіть просто стояти на ковзанах було не дуже легко, не те що виписувати вісімки, та ще й з гори спускатись. Але признатись у цьому він не міг. І тому сказав, ступивши ще один крок:</w:t>
      </w:r>
    </w:p>
    <w:p>
      <w:r>
        <w:br/>
        <w:t>— Якщо хочеш знати, я можу з найвищої в світі гори з'їхати вниз. Ясно?</w:t>
      </w:r>
    </w:p>
    <w:p>
      <w:r>
        <w:br/>
        <w:t>— Тут Родос, тут скачи!</w:t>
      </w:r>
    </w:p>
    <w:p>
      <w:r>
        <w:br/>
        <w:t>— Який Родос? — здивувався малий, який твердо знав, що їх вулиця зветься зовсім інакше.</w:t>
      </w:r>
    </w:p>
    <w:p>
      <w:r>
        <w:br/>
        <w:t>— Це таке прислів'я, шпінгалете,— зверхньо сказав Дімка, не пояснюючи, що це прислів'я він сам лише вчора почув від брата і теж дивувався: "Який Родос?" — Означає: не хвались, а показуй, що вмієш! Стародавні греки так казали.</w:t>
      </w:r>
    </w:p>
    <w:p>
      <w:r>
        <w:br/>
        <w:t>Про треків Валерик вирішив уже не розпитувати. Він зважувався на сміливий вчинок, і робити це було дуже важко. Хлопчик не знав, що зважуватись на сміливий вчинок навіть дорослим важко, а йому не сповнилося ще й семи, і плечі у нього були вузенькі, а вуха стирчали з-під хутряної шапки рожеві, як промокашка, і ноги ще не зовсім твердо стояли на ковзанах. І все ж Валерик зважився:</w:t>
      </w:r>
    </w:p>
    <w:p>
      <w:r>
        <w:br/>
        <w:t>— Ходімо до цирку, там с гора, і я з'їду вниз!</w:t>
      </w:r>
    </w:p>
    <w:p>
      <w:r>
        <w:br/>
        <w:t>— Ха-ха!</w:t>
      </w:r>
    </w:p>
    <w:p>
      <w:r>
        <w:br/>
        <w:t>— Не вірите? Хочете... хочете, об заклад поб'ємось? Не з'їду — ножика з двома лезами віддам!</w:t>
      </w:r>
    </w:p>
    <w:p>
      <w:r>
        <w:br/>
        <w:t>Дімка зовсім не хотів іти до цирку, де велика гора. Він збирався додому — вдома лежала модель планера, над якою ще треба було працювати, і недочитана книжка про Робінзона Крузо, і нерозв'язана задача з арифметики.</w:t>
      </w:r>
    </w:p>
    <w:p>
      <w:r>
        <w:br/>
        <w:t>Але, підморгнувши Віті, він погодився:</w:t>
      </w:r>
    </w:p>
    <w:p>
      <w:r>
        <w:br/>
        <w:t>— Ходімо! Тільки... знаєш, ти йди вперед, а ми з Вітькою пізніше прийдемо. Мені треба дещо зробити. Ну, згода? Тоді котись!</w:t>
      </w:r>
    </w:p>
    <w:p>
      <w:r>
        <w:br/>
        <w:t>Валерик пішов, ковзани на ногах дзенькали об тротуарні плити. Може, коли б на тротуарі лежав сніг, іти було б легше, але сніг згорнули у високі гірки біля самого бруку, і під'їздила машина, що сама згортала сніг, збирала снігові копиці і їхала далі. Валерик не звертав сьогодні уваги на що цікаву машину: віл думав тільки, як ступити, щоб ноги не підвертались і не чіплялись одна за одну.</w:t>
      </w:r>
    </w:p>
    <w:p>
      <w:r>
        <w:br/>
        <w:t>Та найстрашніше було попереду: слизька, крута гора, з неї вихором злітали дітлахи на санчатах, на ковзанах, на портфелях і просто на підошвах, і всім це вдавалося зовсім легко.</w:t>
      </w:r>
    </w:p>
    <w:p>
      <w:r>
        <w:br/>
        <w:t>— З дороги, курячі ноги! — гукнули малому збоку, поки він видряпувався на гору.</w:t>
      </w:r>
    </w:p>
    <w:p>
      <w:r>
        <w:br/>
        <w:t>Врешті Валерик одважився: він щосили заплющив очі і відштовхнувся ногами од землі, ніби збирався стрибнути в пекучо-холодну воду з вишки...</w:t>
      </w:r>
    </w:p>
    <w:p>
      <w:r>
        <w:br/>
        <w:t>Дімка саме дочитував книгу до того місця, де Робінзон помітив на піску таємничі сліди, коли у двері постукали. Дімка краєм вуха вловив чийсь стривожений голос, і потім мама запитала:</w:t>
      </w:r>
    </w:p>
    <w:p>
      <w:r>
        <w:br/>
        <w:t>— Дімо, ти часом не знаєш, де Валерик? Мати його з роботи прийшла, шукає скрізь...</w:t>
      </w:r>
    </w:p>
    <w:p>
      <w:r>
        <w:br/>
        <w:t>Спершу він не зрозумів і, все ще думаючи про таємничі сліди на піску, запитав:</w:t>
      </w:r>
    </w:p>
    <w:p>
      <w:r>
        <w:br/>
        <w:t>— Хіба його нема вдома? Ми ж давно...</w:t>
      </w:r>
    </w:p>
    <w:p>
      <w:r>
        <w:br/>
        <w:t>І раптом Дімка відчув, як у нього почервоніли, аж запекли, щоки. Він ковтнув слину і сказав:</w:t>
      </w:r>
    </w:p>
    <w:p>
      <w:r>
        <w:br/>
        <w:t>— Н-не знаю. Я-а не знаю.</w:t>
      </w:r>
    </w:p>
    <w:p>
      <w:r>
        <w:br/>
        <w:t>Зайшла Валерикова мама, похитала стурбовано головою:</w:t>
      </w:r>
    </w:p>
    <w:p>
      <w:r>
        <w:br/>
        <w:t>— І Вітя не знає. Де ж він міг подітися? Біда мені з ним.</w:t>
      </w:r>
    </w:p>
    <w:p>
      <w:r>
        <w:br/>
        <w:t>Обидві матері ще у коридорі говорили схвильовано і швидко, потім двері замкнулись, голосно клацнувши замком. Дімка глянув у вікно — вже починало сутеніти, сірий туман прослизнув у провулок. Щоки Дімчині знову ніби хтось кип'ятком ошпарив. Він кинувся в коридор, швидко і безладно відшукуючи шапку, і, не застібнувши пальта, гукнув уже зі сходів:</w:t>
      </w:r>
    </w:p>
    <w:p>
      <w:r>
        <w:br/>
        <w:t>— Я зараз, мам! Я до Віті!</w:t>
      </w:r>
    </w:p>
    <w:p>
      <w:r>
        <w:br/>
        <w:t>Діма біг щодуху вулицею вниз, до цирку, де була "найвища в світі гора". "Ну хто ж знав, що він справді туди піде! Я думав: втече до хати і носа не вистромить. От шпінгалет..."</w:t>
      </w:r>
    </w:p>
    <w:p>
      <w:r>
        <w:br/>
        <w:t>На горі темпі, нечіткі уже в ранніх зимових сутінках постаті були страшенно схожі одна на одну, і Дімка довго, дуже довго відшукував поглядом і боявся не помітити між ними Балерина. А той саме вибирався па гору, схиляючись і чіпляючись руками за сніг, і усе зводив голову, ніби теж відшукував когось.</w:t>
      </w:r>
    </w:p>
    <w:p>
      <w:r>
        <w:br/>
        <w:t>— Вале-ерику! — покликав Діма.</w:t>
      </w:r>
    </w:p>
    <w:p>
      <w:r>
        <w:br/>
        <w:t>Малий почув і підійшов зовсім близько. Дімка подумав, що він зараз запитає, чому вони так довго не приходили, і не знав, як відповісти, але малий не запитав. Він тільки зітхнув важко, ніби схлипнув, і сказав:</w:t>
      </w:r>
    </w:p>
    <w:p>
      <w:r>
        <w:br/>
        <w:t>— Ну, дивись.</w:t>
      </w:r>
    </w:p>
    <w:p>
      <w:r>
        <w:br/>
        <w:t>І Дімка не встиг і слова вимовити, а Валерик уже нахилився вперед і помчав з гори аж до самого низу і звідти махнув Дімці маленькою рукою. Дімка збіг з гори, ухопив його за обидва вуха:</w:t>
      </w:r>
    </w:p>
    <w:p>
      <w:r>
        <w:br/>
        <w:t>— Здорово! Ех ти, шпінгалете! Ну й здорово!</w:t>
      </w:r>
    </w:p>
    <w:p>
      <w:r>
        <w:br/>
        <w:t>Малий зовсім не образився, він відчув, що цього разу</w:t>
      </w:r>
    </w:p>
    <w:p>
      <w:r>
        <w:br/>
        <w:t>в "шпінгалеті" не було нічого образливого. Він сказав гордо:</w:t>
      </w:r>
    </w:p>
    <w:p>
      <w:r>
        <w:br/>
        <w:t>— Я так сто разів можу!</w:t>
      </w:r>
    </w:p>
    <w:p>
      <w:r>
        <w:br/>
        <w:t>Біля свого під'їзду вони зустріли Валерикову матір. Дімка підштовхнув до неї мокрого від снігу, тепер уже зляканого — ну і перепаде! — Валерика і сказав:</w:t>
      </w:r>
    </w:p>
    <w:p>
      <w:r>
        <w:br/>
        <w:t>— Ось... знайшовся! — і притьмом утік геть, голосно вистукуючи ногами по сходах.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Найвища в світі гора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