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Наші предки – слов'яни</w:t>
      </w:r>
    </w:p>
    <w:p>
      <w:r>
        <w:br/>
        <w:t xml:space="preserve"> Над озерами, річками,&lt;br /&gt;</w:t>
        <w:br/>
        <w:t>На полянах лісових,&lt;br /&gt;</w:t>
        <w:br/>
        <w:t>На стрімких високих горах,&lt;br /&gt;</w:t>
        <w:br/>
        <w:t>На просторах степових, —</w:t>
      </w:r>
    </w:p>
    <w:p>
      <w:r>
        <w:br/>
        <w:t>Де лише сіріє стежка&lt;br /&gt;</w:t>
        <w:br/>
        <w:t>Або вкрився збіжжям лан,&lt;br /&gt;</w:t>
        <w:br/>
        <w:t>Скрізь розкидались оселі&lt;br /&gt;</w:t>
        <w:br/>
        <w:t>Наших прадідів слов'ян.</w:t>
      </w:r>
    </w:p>
    <w:p>
      <w:r>
        <w:br/>
        <w:t>Оселялись цілим родом:&lt;br /&gt;</w:t>
        <w:br/>
        <w:t>Що людина, як одна?!&lt;br /&gt;</w:t>
        <w:br/>
        <w:t>Кревні люди — рід складали,&lt;br /&gt;</w:t>
        <w:br/>
        <w:t>Кревні роди — племена.</w:t>
      </w:r>
    </w:p>
    <w:p>
      <w:r>
        <w:br/>
        <w:t>Наймудріший і найстарший&lt;br /&gt;</w:t>
        <w:br/>
        <w:t>Цілим родом керував,&lt;br /&gt;</w:t>
        <w:br/>
        <w:t>Видавав щодня накази,&lt;br /&gt;</w:t>
        <w:br/>
        <w:t>Правив, милував, карав.</w:t>
      </w:r>
    </w:p>
    <w:p>
      <w:r>
        <w:br/>
        <w:t>Кожне плем'я мало князя,&lt;br /&gt;</w:t>
        <w:br/>
        <w:t>Князь судив, водив на бій,&lt;br /&gt;</w:t>
        <w:br/>
        <w:t>Першим був він у відвазі&lt;br /&gt;</w:t>
        <w:br/>
        <w:t>І у мудрості своїй.</w:t>
      </w:r>
    </w:p>
    <w:p>
      <w:r>
        <w:br/>
        <w:t>А коли ставав нездатним&lt;br /&gt;</w:t>
        <w:br/>
        <w:t>До ладу і боротьби,&lt;br /&gt;</w:t>
        <w:br/>
        <w:t>Віче іншого на князя&lt;br /&gt;</w:t>
        <w:br/>
        <w:t>Вибирало без журби.</w:t>
      </w:r>
    </w:p>
    <w:p>
      <w:r>
        <w:br/>
        <w:t>На річках, високих горах,&lt;br /&gt;</w:t>
        <w:br/>
        <w:t>Серед багон і болот&lt;br /&gt;</w:t>
        <w:br/>
        <w:t>Городи, міцні твердині&lt;br /&gt;</w:t>
        <w:br/>
        <w:t>Будував собі народ.</w:t>
      </w:r>
    </w:p>
    <w:p>
      <w:r>
        <w:br/>
        <w:t>Коли ворог йшов війною,&lt;br /&gt;</w:t>
        <w:br/>
        <w:t>Метушилось все, як рій,&lt;br /&gt;</w:t>
        <w:br/>
        <w:t>Замикалися ворота,&lt;br /&gt;</w:t>
        <w:br/>
        <w:t>Починався лютий бій.</w:t>
      </w:r>
    </w:p>
    <w:p>
      <w:r>
        <w:br/>
        <w:t>Бились, кидали каміння,&lt;br /&gt;</w:t>
        <w:br/>
        <w:t>Крізь баркан окріп лили,&lt;br /&gt;</w:t>
        <w:br/>
        <w:t>Попіл сипали у очі,&lt;br /&gt;</w:t>
        <w:br/>
        <w:t>Гострі кидали коли&amp;hellip;</w:t>
      </w:r>
    </w:p>
    <w:p>
      <w:r>
        <w:br/>
        <w:t>&amp;hellip;Ось і ворога відбито,&lt;br /&gt;</w:t>
        <w:br/>
        <w:t>Все минуло: гнів і жах&amp;hellip;&lt;br /&gt;</w:t>
        <w:br/>
        <w:t>Кревні плачуть над борцями,&lt;br /&gt;</w:t>
        <w:br/>
        <w:t>Що звалилися в боях.</w:t>
      </w:r>
    </w:p>
    <w:p>
      <w:r>
        <w:br/>
        <w:t>І дають їм у могилу&lt;br /&gt;</w:t>
        <w:br/>
        <w:t>Зброю, вбрання і харчі,&lt;br /&gt;</w:t>
        <w:br/>
        <w:t>Щоб вони не знали лиха,&lt;br /&gt;</w:t>
        <w:br/>
        <w:t>На тім світі живучи.</w:t>
      </w:r>
    </w:p>
    <w:p>
      <w:r>
        <w:br/>
        <w:t>На сумних могилах тужать&lt;br /&gt;</w:t>
        <w:br/>
        <w:t>І справляють тризну там&lt;br /&gt;</w:t>
        <w:br/>
        <w:t>І несуть на сизі гори&lt;br /&gt;</w:t>
        <w:br/>
        <w:t>Жертви праведним богам.</w:t>
      </w:r>
    </w:p>
    <w:p>
      <w:r>
        <w:br/>
        <w:t>Але все поволі, тихо&lt;br /&gt;</w:t>
        <w:br/>
        <w:t>Тоне в річці забуття,&lt;br /&gt;</w:t>
        <w:br/>
        <w:t>І на березі зеленім&lt;br /&gt;</w:t>
        <w:br/>
        <w:t>Квітне радісне життя&amp;hellip;</w:t>
      </w:r>
    </w:p>
    <w:p>
      <w:r>
        <w:br/>
        <w:t>На луці палає ватра,&lt;br /&gt;</w:t>
        <w:br/>
        <w:t>На луці ідуть танки.&lt;br /&gt;</w:t>
        <w:br/>
        <w:t>Тут в вінках цвітуть дівчата,&lt;br /&gt;</w:t>
        <w:br/>
        <w:t>Там співають парубки.</w:t>
      </w:r>
    </w:p>
    <w:p>
      <w:r>
        <w:br/>
        <w:t>В цю таємну ніч Купала&lt;br /&gt;</w:t>
        <w:br/>
        <w:t>В лісі папороть цвіте,&lt;br /&gt;</w:t>
        <w:br/>
        <w:t>Розцвітає, обсипає&lt;br /&gt;</w:t>
        <w:br/>
        <w:t>Цвіт-проміння золоте.</w:t>
      </w:r>
    </w:p>
    <w:p>
      <w:r>
        <w:br/>
        <w:t>Промовляє звір до звіра.&lt;br /&gt;</w:t>
        <w:br/>
        <w:t>Хто підслуха мову їх,&lt;br /&gt;</w:t>
        <w:br/>
        <w:t>Хто у лісі найде квітку —&lt;br /&gt;</w:t>
        <w:br/>
        <w:t>Найде скарбів цілий міх.</w:t>
      </w:r>
    </w:p>
    <w:p>
      <w:r>
        <w:br/>
        <w:t>А пісні все далі ллються,&lt;br /&gt;</w:t>
        <w:br/>
        <w:t>Вже поблідли і зірки,&lt;br /&gt;</w:t>
        <w:br/>
        <w:t>А ще огнища палають&lt;br /&gt;</w:t>
        <w:br/>
        <w:t>І мережаться танки.</w:t>
      </w:r>
    </w:p>
    <w:p>
      <w:r>
        <w:br/>
        <w:t>На кийки стоять схилившись&lt;br /&gt;</w:t>
        <w:br/>
        <w:t>Бородаті віщуни&lt;br /&gt;</w:t>
        <w:br/>
        <w:t>І розказують, що буде&lt;br /&gt;</w:t>
        <w:br/>
        <w:t>І з якої сторони.</w:t>
      </w:r>
    </w:p>
    <w:p>
      <w:r>
        <w:br/>
        <w:t>Роздають недужим зілля,&lt;br /&gt;</w:t>
        <w:br/>
        <w:t>Щось шепочуть і плюють&amp;hellip;&lt;br /&gt;</w:t>
        <w:br/>
        <w:t>Сих водою напувають,&lt;br /&gt;</w:t>
        <w:br/>
        <w:t>Тим камінчики дають.</w:t>
      </w:r>
    </w:p>
    <w:p>
      <w:r>
        <w:br/>
        <w:t>І здається, з лісу вийшов&lt;br /&gt;</w:t>
        <w:br/>
        <w:t>На узлісся сідловик.&lt;br /&gt;</w:t>
        <w:br/>
        <w:t>Став, заслухавсь, задивився&amp;hellip;&lt;br /&gt;</w:t>
        <w:br/>
        <w:t>Стрепенувсь і знову зник.</w:t>
      </w:r>
    </w:p>
    <w:p>
      <w:r>
        <w:br/>
        <w:t>І здається, щойно бігли&lt;br /&gt;</w:t>
        <w:br/>
        <w:t>Тут русалки польові&lt;br /&gt;</w:t>
        <w:br/>
        <w:t>І розсипали зі сміхом&lt;br /&gt;</w:t>
        <w:br/>
        <w:t>Самоцвіти по траві.</w:t>
      </w:r>
    </w:p>
    <w:p>
      <w:r>
        <w:br/>
        <w:t>Але схід зайнявся сонцем,&lt;br /&gt;</w:t>
        <w:br/>
        <w:t>Хмари в золоті, в огні&amp;hellip;&lt;br /&gt;</w:t>
        <w:br/>
        <w:t>І самотньо одцвітають&lt;br /&gt;</w:t>
        <w:br/>
        <w:t>Зблідлі ватри вдалині.</w:t>
      </w:r>
    </w:p>
    <w:p>
      <w:r>
        <w:br/>
        <w:t>***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Наші предки – слов'яни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