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Наука</w:t>
      </w:r>
    </w:p>
    <w:p>
      <w:r>
        <w:br/>
        <w:t xml:space="preserve"> Дочекався я&lt;br /&gt;</w:t>
        <w:br/>
        <w:t>Свого святонька,&lt;br /&gt;</w:t>
        <w:br/>
        <w:t>Виряджала в світ&lt;br /&gt;</w:t>
        <w:br/>
        <w:t>Мене матінка.&lt;br /&gt;</w:t>
        <w:br/>
        <w:t>Виряджала в світ&lt;br /&gt;</w:t>
        <w:br/>
        <w:t>Мати рідная&lt;br /&gt;</w:t>
        <w:br/>
        <w:t>І промовила&lt;br /&gt;</w:t>
        <w:br/>
        <w:t>Мені, бідная:</w:t>
      </w:r>
    </w:p>
    <w:p>
      <w:r>
        <w:br/>
        <w:t>"Нехай, сину мій,&lt;br /&gt;</w:t>
        <w:br/>
        <w:t>Ми працюємо,&lt;br /&gt;</w:t>
        <w:br/>
        <w:t>Нехай цілий вік&lt;br /&gt;</w:t>
        <w:br/>
        <w:t>Ми горюємо;&lt;br /&gt;</w:t>
        <w:br/>
        <w:t>Нехай сохну я,&lt;br /&gt;</w:t>
        <w:br/>
        <w:t>Тато горбиться,&lt;br /&gt;</w:t>
        <w:br/>
        <w:t>Ти на світ поглянь,&lt;br /&gt;</w:t>
        <w:br/>
        <w:t>Що там робиться,-&lt;br /&gt;</w:t>
        <w:br/>
        <w:t>Та не всі ж. як ми,&lt;br /&gt;</w:t>
        <w:br/>
        <w:t>В землі риються,-&lt;br /&gt;</w:t>
        <w:br/>
        <w:t>Може, є такі,&lt;br /&gt;</w:t>
        <w:br/>
        <w:t>Що і миються;&lt;br /&gt;</w:t>
        <w:br/>
        <w:t>Та не всі ж, як ми,&lt;br /&gt;</w:t>
        <w:br/>
        <w:t>Говорив мені&lt;br /&gt;</w:t>
        <w:br/>
        <w:t>І приказував:</w:t>
      </w:r>
    </w:p>
    <w:p>
      <w:r>
        <w:br/>
        <w:t>"Видиш, сину мій,&lt;br /&gt;</w:t>
        <w:br/>
        <w:t>Як працюємо,&lt;br /&gt;</w:t>
        <w:br/>
        <w:t>Видиш, сину мій,&lt;br /&gt;</w:t>
        <w:br/>
        <w:t>Як горюємо.&lt;br /&gt;</w:t>
        <w:br/>
        <w:t>Кожний на світі&lt;br /&gt;</w:t>
        <w:br/>
        <w:t>На то родиться...&lt;br /&gt;</w:t>
        <w:br/>
        <w:t>Не дивись на світ,&lt;br /&gt;</w:t>
        <w:br/>
        <w:t>Що там робиться!&lt;br /&gt;</w:t>
        <w:br/>
        <w:t>І на пчіл поглянь:&lt;br /&gt;</w:t>
        <w:br/>
        <w:t>Є робучії,&lt;br /&gt;</w:t>
        <w:br/>
        <w:t>Але й трутні є&lt;br /&gt;</w:t>
        <w:br/>
        <w:t>Неминучії.&lt;br /&gt;</w:t>
        <w:br/>
        <w:t>Так і на світі:&lt;br /&gt;</w:t>
        <w:br/>
        <w:t>Ідні риються,&lt;br /&gt;</w:t>
        <w:br/>
        <w:t>Другі потом їх&lt;br /&gt;</w:t>
        <w:br/>
        <w:t>Тілько миються.&lt;br /&gt;</w:t>
        <w:br/>
        <w:t>Будь ти проклятий,&lt;br /&gt;</w:t>
        <w:br/>
        <w:t>Милий синочку,&lt;br /&gt;</w:t>
        <w:br/>
        <w:t>Як пігнеш таким&lt;br /&gt;</w:t>
        <w:br/>
        <w:t>Свою спиночку;&lt;br /&gt;</w:t>
        <w:br/>
        <w:t>Як пігнеш таким&lt;br /&gt;</w:t>
        <w:br/>
        <w:t>Свою спиночку,&lt;br /&gt;</w:t>
        <w:br/>
        <w:t>Як простелешся&lt;br /&gt;</w:t>
        <w:br/>
        <w:t>На рядниночку.&lt;br /&gt;</w:t>
        <w:br/>
        <w:t>І чоло тобі&lt;br /&gt;</w:t>
        <w:br/>
        <w:t>Нехай зморщиться,&lt;br /&gt;</w:t>
        <w:br/>
        <w:t>І хребет тобі&lt;br /&gt;</w:t>
        <w:br/>
        <w:t>Нехай скорчиться!&lt;br /&gt;</w:t>
        <w:br/>
        <w:t>Ти тікай від них,&lt;br /&gt;</w:t>
        <w:br/>
        <w:t>Як від гадини,&lt;br /&gt;</w:t>
        <w:br/>
        <w:t>Ти не жди від них&lt;br /&gt;</w:t>
        <w:br/>
        <w:t>Перекладини;&lt;br /&gt;</w:t>
        <w:br/>
        <w:t>Ти не жди від них&lt;br /&gt;</w:t>
        <w:br/>
        <w:t>Перекладини,&lt;br /&gt;</w:t>
        <w:br/>
        <w:t>Ти у світ іди,&lt;br /&gt;</w:t>
        <w:br/>
        <w:t>На оглядини.&lt;br /&gt;</w:t>
        <w:br/>
        <w:t>Ти у світ іди,&lt;br /&gt;</w:t>
        <w:br/>
        <w:t>Милий синочку,&lt;br /&gt;</w:t>
        <w:br/>
        <w:t>Ти усе спізнай —&lt;br /&gt;</w:t>
        <w:br/>
        <w:t>І билиночку.&lt;br /&gt;</w:t>
        <w:br/>
        <w:t>Димом куряться,-&lt;br /&gt;</w:t>
        <w:br/>
        <w:t>Може, є такі,&lt;br /&gt;</w:t>
        <w:br/>
        <w:t>Що й не журяться.</w:t>
      </w:r>
    </w:p>
    <w:p>
      <w:r>
        <w:br/>
        <w:t>Коли найдеш їх,&lt;br /&gt;</w:t>
        <w:br/>
        <w:t>Милий синочку,&lt;br /&gt;</w:t>
        <w:br/>
        <w:t>Ти склони себе,&lt;br /&gt;</w:t>
        <w:br/>
        <w:t>Як билиночку,&lt;br /&gt;</w:t>
        <w:br/>
        <w:t>Ти склони себе,&lt;br /&gt;</w:t>
        <w:br/>
        <w:t>Як билиночку,&lt;br /&gt;</w:t>
        <w:br/>
        <w:t>Простели себе,&lt;br /&gt;</w:t>
        <w:br/>
        <w:t>Як рядниночку.&lt;br /&gt;</w:t>
        <w:br/>
        <w:t>Спина з похилу&lt;br /&gt;</w:t>
        <w:br/>
        <w:t>Не іскорчиться,&lt;br /&gt;</w:t>
        <w:br/>
        <w:t>Чоло з пороху&lt;br /&gt;</w:t>
        <w:br/>
        <w:t>Не ізморщиться.&lt;br /&gt;</w:t>
        <w:br/>
        <w:t>Спина з похилу&lt;br /&gt;</w:t>
        <w:br/>
        <w:t>Не іскривиться,-&lt;br /&gt;</w:t>
        <w:br/>
        <w:t>З з то ступить пан&lt;br /&gt;</w:t>
        <w:br/>
        <w:t>Та й подивиться;&lt;br /&gt;</w:t>
        <w:br/>
        <w:t>Зато ступить пан&lt;br /&gt;</w:t>
        <w:br/>
        <w:t>На покірного&lt;br /&gt;</w:t>
        <w:br/>
        <w:t>І прийме тебе,&lt;br /&gt;</w:t>
        <w:br/>
        <w:t>Як добірного.&lt;br /&gt;</w:t>
        <w:br/>
        <w:t>І в годиночку-&lt;br /&gt;</w:t>
        <w:br/>
        <w:t>На драбиночку.&lt;br /&gt;</w:t>
        <w:br/>
        <w:t>І підеш тоді,&lt;br /&gt;</w:t>
        <w:br/>
        <w:t>Милий синочку,&lt;br /&gt;</w:t>
        <w:br/>
        <w:t>І з панами сам&lt;br /&gt;</w:t>
        <w:br/>
        <w:t>Порівняєшся,&lt;br /&gt;</w:t>
        <w:br/>
        <w:t>В сріблі-золоті&lt;br /&gt;</w:t>
        <w:br/>
        <w:t>Закупаєшся:&lt;br /&gt;</w:t>
        <w:br/>
        <w:t>В сріблі-золоті&lt;br /&gt;</w:t>
        <w:br/>
        <w:t>Закупаєшся,&lt;br /&gt;</w:t>
        <w:br/>
        <w:t>З полем батьківським&lt;br /&gt;</w:t>
        <w:br/>
        <w:t>Розпрощаєшся'"</w:t>
      </w:r>
    </w:p>
    <w:p>
      <w:r>
        <w:br/>
        <w:t>Але сталося&lt;br /&gt;</w:t>
        <w:br/>
        <w:t>Друге святонько-&lt;br /&gt;</w:t>
        <w:br/>
        <w:t>Виряджав у світ&lt;br /&gt;</w:t>
        <w:br/>
        <w:t>Мене батенько&lt;br /&gt;</w:t>
        <w:br/>
        <w:t>Виряджав мене,&lt;br /&gt;</w:t>
        <w:br/>
        <w:t>Путь показував,&lt;br /&gt;</w:t>
        <w:br/>
        <w:t>Тоді з святом ти&lt;br /&gt;</w:t>
        <w:br/>
        <w:t>Порівняєшся,&lt;br /&gt;</w:t>
        <w:br/>
        <w:t>В добрі-розумі&lt;br /&gt;</w:t>
        <w:br/>
        <w:t>Закупаєщся,&lt;br /&gt;</w:t>
        <w:br/>
        <w:t>З полем батьковим,&lt;br /&gt;</w:t>
        <w:br/>
        <w:t>Привітаєшся"</w:t>
      </w:r>
    </w:p>
    <w:p>
      <w:r>
        <w:br/>
        <w:t>1860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