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виходимо з хати</w:t>
      </w:r>
    </w:p>
    <w:p>
      <w:r>
        <w:br/>
        <w:t xml:space="preserve"> &lt;p&gt;Кілька днів не виходимо з хати.</w:t>
      </w:r>
    </w:p>
    <w:p>
      <w:r>
        <w:br/>
        <w:t>Наш господар, старозаконний жид, має крамничку.</w:t>
      </w:r>
    </w:p>
    <w:p>
      <w:r>
        <w:br/>
        <w:t>Що до життя конечно потрібне, купуємо в нього, а місто не цікаве для нас.</w:t>
      </w:r>
    </w:p>
    <w:p>
      <w:r>
        <w:br/>
        <w:t>Місто — це стоголова гідра.</w:t>
      </w:r>
    </w:p>
    <w:p>
      <w:r>
        <w:br/>
        <w:t>Скрізь варти стоять, скрізь з багнетами вояки.</w:t>
      </w:r>
    </w:p>
    <w:p>
      <w:r>
        <w:br/>
        <w:t>Вояки такі гострі і такі послушні, як багнети.</w:t>
      </w:r>
    </w:p>
    <w:p>
      <w:r>
        <w:br/>
        <w:t>Кілька днів не виходимо з хати.</w:t>
      </w:r>
    </w:p>
    <w:p>
      <w:r>
        <w:br/>
        <w:t>Досипляємо недоспані ночі. Ходимо по хаті, мов по кораблі.</w:t>
      </w:r>
    </w:p>
    <w:p>
      <w:r>
        <w:br/>
        <w:t>Ноги від землі відвикли. В голові — млин. Вода на ло-токах шумить, камінь зерно розтирає на міл. Зерно наших споминів і вражінь... Як соромно втікати!</w:t>
      </w:r>
    </w:p>
    <w:p>
      <w:r>
        <w:br/>
        <w:t>Нагадується пес, котрого з подвір'я женуть, бо хату новий господар заняв. Пес голову понурив і біжить. За селом на окопі сяде і буде вити.</w:t>
      </w:r>
    </w:p>
    <w:p>
      <w:r>
        <w:br/>
        <w:t>Ой, будемо вити!</w:t>
      </w:r>
    </w:p>
    <w:p>
      <w:r>
        <w:br/>
        <w:t>Як соромно кидати свій рідний край!</w:t>
      </w:r>
    </w:p>
    <w:p>
      <w:r>
        <w:br/>
        <w:t>Ніби він кличе на тебе: "Куди ідеш? На те викохав я тебе, щоб ти мене на невідоме кидав?"</w:t>
      </w:r>
    </w:p>
    <w:p>
      <w:r>
        <w:br/>
        <w:t>Дерева, придорожні хрести й каплички, навіть цвинтарі біжать за тобою і кличуть: "Вернися!"</w:t>
      </w:r>
    </w:p>
    <w:p>
      <w:r>
        <w:br/>
        <w:t>1 може б, ти вернувсь, та поїзду не здержиш. Вже ти слова не маєш, бо ти втікач.</w:t>
      </w:r>
    </w:p>
    <w:p>
      <w:r>
        <w:br/>
        <w:t>Мостів вояки пильнують. Наші дядьки. Лишили жінок і дітей, лишили недокінчене жниво і пішли пильнувати мостів. При кожнім кількох, а ворог хмарою надходить.</w:t>
      </w:r>
    </w:p>
    <w:p>
      <w:r>
        <w:br/>
        <w:t>Допильнують!</w:t>
      </w:r>
    </w:p>
    <w:p>
      <w:r>
        <w:br/>
        <w:t>Розклали ватру, гріються і страву варять. Дрібонький дощик хоче погасити ватру. Не годен.</w:t>
      </w:r>
    </w:p>
    <w:p>
      <w:r>
        <w:br/>
        <w:t>Так не годен слізми погасити світової пожежі...</w:t>
      </w:r>
    </w:p>
    <w:p>
      <w:r>
        <w:br/>
        <w:t>Дощик паде, ліси куряться, за нами ніби хтось за-навісу спускає.</w:t>
      </w:r>
    </w:p>
    <w:p>
      <w:r>
        <w:br/>
        <w:t>Не підніметься вона так скоро...</w:t>
      </w:r>
    </w:p>
    <w:p>
      <w:r>
        <w:br/>
        <w:t>Кілька днів не виходимо з хати, а думки не відходять від нас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виходимо з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