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забуду вечора хрусткого...</w:t>
      </w:r>
    </w:p>
    <w:p>
      <w:r>
        <w:br/>
        <w:t xml:space="preserve"> Выхожу один я на дорогу...&lt;br /&gt;</w:t>
        <w:br/>
        <w:t>М. Ю. Лєрмонтов</w:t>
      </w:r>
    </w:p>
    <w:p>
      <w:r>
        <w:br/>
        <w:t>Не забуду вечора хрусткого,&lt;br /&gt;</w:t>
        <w:br/>
        <w:t>Інею й тоненького льодку,&lt;br /&gt;</w:t>
        <w:br/>
        <w:t>Коли сам я вийшов на дорогу,&lt;br /&gt;</w:t>
        <w:br/>
        <w:t>Ніби вперше на своїм віку.</w:t>
      </w:r>
    </w:p>
    <w:p>
      <w:r>
        <w:br/>
        <w:t>О, які були великі зорі,&lt;br /&gt;</w:t>
        <w:br/>
        <w:t>Як синіло й склилось навкруги!&lt;br /&gt;</w:t>
        <w:br/>
        <w:t>У падучім кожнім метеорі&lt;br /&gt;</w:t>
        <w:br/>
        <w:t>Бачились незнані береги.</w:t>
      </w:r>
    </w:p>
    <w:p>
      <w:r>
        <w:br/>
        <w:t>Так ото хотілося блукати,&lt;br /&gt;</w:t>
        <w:br/>
        <w:t>Серце так стискалося мені,&lt;br /&gt;</w:t>
        <w:br/>
        <w:t>Як від хати бризнули до хати&lt;br /&gt;</w:t>
        <w:br/>
        <w:t>Вечора осіннього вогні!</w:t>
      </w:r>
    </w:p>
    <w:p>
      <w:r>
        <w:br/>
        <w:t>Сумував — чого? І сам не знаю.&lt;br /&gt;</w:t>
        <w:br/>
        <w:t>Та й радів — чому? Не знаю й сам.&lt;br /&gt;</w:t>
        <w:br/>
        <w:t>Чув по свисту пізніх крижнів зграю,&lt;br /&gt;</w:t>
        <w:br/>
        <w:t>Не видимих нічиїм очам.</w:t>
      </w:r>
    </w:p>
    <w:p>
      <w:r>
        <w:br/>
        <w:t>Чув здалека голоси жіночі,&lt;br /&gt;</w:t>
        <w:br/>
        <w:t>І тонкі, й ламкі, як той льодок,&lt;br /&gt;</w:t>
        <w:br/>
        <w:t>І хилилось небо вже до ночі,&lt;br /&gt;</w:t>
        <w:br/>
        <w:t>Як додому повернув я крок.</w:t>
      </w:r>
    </w:p>
    <w:p>
      <w:r>
        <w:br/>
        <w:t>Ти мене чекала на порозі,&lt;br /&gt;</w:t>
        <w:br/>
        <w:t>Щоб легенько, звісно, докорить...&lt;br /&gt;</w:t>
        <w:br/>
        <w:t>Давнє "занедужав я в дорозі"&lt;br /&gt;</w:t>
        <w:br/>
        <w:t>Мусив я, звичайно, повторить.</w:t>
      </w:r>
    </w:p>
    <w:p>
      <w:r>
        <w:br/>
        <w:t>Весело тріщали дрова в грубі,&lt;br /&gt;</w:t>
        <w:br/>
        <w:t>Пахло житнім хлібом і теплом,&lt;br /&gt;</w:t>
        <w:br/>
        <w:t>І спадали ніжно пасма любі&lt;br /&gt;</w:t>
        <w:br/>
        <w:t>Над твоїм розхмареним чолом.</w:t>
      </w:r>
    </w:p>
    <w:p>
      <w:r>
        <w:br/>
        <w:t>6 лютого 1967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забуду вечора хрусткого...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