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Недовге щастя Френсіса Мекомбера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Недовге щастя Френсіса Мекомбера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