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Неопалима купина</w:t>
      </w:r>
    </w:p>
    <w:p>
      <w:r>
        <w:br/>
        <w:t xml:space="preserve"> 1</w:t>
      </w:r>
    </w:p>
    <w:p>
      <w:r>
        <w:br/>
        <w:t>На всесвіт славен красотою,&lt;br /&gt;</w:t>
        <w:br/>
        <w:t>Страшний у сполохах пожеж,&lt;br /&gt;</w:t>
        <w:br/>
        <w:t>Невже лиш мукою святою&lt;br /&gt;</w:t>
        <w:br/>
        <w:t>Ти у безсмертя увійдеш?</w:t>
      </w:r>
    </w:p>
    <w:p>
      <w:r>
        <w:br/>
        <w:t>Колишнє, в камені сповите,&lt;br /&gt;</w:t>
        <w:br/>
        <w:t>Встає, мов хвилі у Дніпрі,&lt;br /&gt;</w:t>
        <w:br/>
        <w:t>І бачать України діти,&lt;br /&gt;</w:t>
        <w:br/>
        <w:t>Як Володимир на горі</w:t>
      </w:r>
    </w:p>
    <w:p>
      <w:r>
        <w:br/>
        <w:t>Крізь непроглядну ніч криваву,&lt;br /&gt;</w:t>
        <w:br/>
        <w:t>Благословляючи народ,&lt;br /&gt;</w:t>
        <w:br/>
        <w:t>Веде свій люд, свою державу&lt;br /&gt;</w:t>
        <w:br/>
        <w:t>На ясні води від негод.</w:t>
      </w:r>
    </w:p>
    <w:p>
      <w:r>
        <w:br/>
        <w:t>Дитя, розтоптане копитом&lt;br /&gt;</w:t>
        <w:br/>
        <w:t>Несамовитого коня,&lt;br /&gt;</w:t>
        <w:br/>
        <w:t>Встає, як судія над світом,&lt;br /&gt;</w:t>
        <w:br/>
        <w:t>І двері правді відчиня.</w:t>
      </w:r>
    </w:p>
    <w:p>
      <w:r>
        <w:br/>
        <w:t>На суд зійшлися гори й море.&lt;br /&gt;</w:t>
        <w:br/>
        <w:t>Здригнулись гнівом небеса,&lt;br /&gt;</w:t>
        <w:br/>
        <w:t>І скосить, чорний людоморе,&lt;br /&gt;</w:t>
        <w:br/>
        <w:t>Тебе смертельная коса.</w:t>
      </w:r>
    </w:p>
    <w:p>
      <w:r>
        <w:br/>
        <w:t>Ще вітер хмари не розвіяв,&lt;br /&gt;</w:t>
        <w:br/>
        <w:t>Ще гай від жалощів поник,&lt;br /&gt;</w:t>
        <w:br/>
        <w:t>Та знов чоло підводить Київ,&lt;br /&gt;</w:t>
        <w:br/>
        <w:t>Щоб не хилить чола повік.</w:t>
      </w:r>
    </w:p>
    <w:p>
      <w:r>
        <w:br/>
        <w:t>2</w:t>
      </w:r>
    </w:p>
    <w:p>
      <w:r>
        <w:br/>
        <w:t>Дитинства теплота і мудрощі старечі,&lt;br /&gt;</w:t>
        <w:br/>
        <w:t>Сивінь минулого і зелень майбуття,&lt;br /&gt;</w:t>
        <w:br/>
        <w:t>Труда нестримний крок, любові ніжні речі,-&lt;br /&gt;</w:t>
        <w:br/>
        <w:t>Це ти, мій городе, це ти, моє життя!</w:t>
      </w:r>
    </w:p>
    <w:p>
      <w:r>
        <w:br/>
        <w:t>Ти сповивав мене, розумний чародію,&lt;br /&gt;</w:t>
        <w:br/>
        <w:t>І перші ти пісні наспівував мені,&lt;br /&gt;</w:t>
        <w:br/>
        <w:t>У душу ти вложив і муку, і надію&lt;br /&gt;</w:t>
        <w:br/>
        <w:t>І серцю повелів дзвеніти, як струні.</w:t>
      </w:r>
    </w:p>
    <w:p>
      <w:r>
        <w:br/>
        <w:t>У кожній лінії, на кожнім повороті&lt;br /&gt;</w:t>
        <w:br/>
        <w:t>Очам ти відкривав невидані дива,&lt;br /&gt;</w:t>
        <w:br/>
        <w:t>І вулиці твої плили злотовороті&lt;br /&gt;</w:t>
        <w:br/>
        <w:t>У далеч, де зоря сіяла світова.</w:t>
      </w:r>
    </w:p>
    <w:p>
      <w:r>
        <w:br/>
        <w:t>Ти колихав мене, ти добрі чари діяв,&lt;br /&gt;</w:t>
        <w:br/>
        <w:t>Ти душу вірністю і честю напоїв,&lt;br /&gt;</w:t>
        <w:br/>
        <w:t>І я в свій смертний час промовлю слово — Київ,&lt;br /&gt;</w:t>
        <w:br/>
        <w:t>Як слово матері, з усіх найкраще слів.</w:t>
      </w:r>
    </w:p>
    <w:p>
      <w:r>
        <w:br/>
        <w:t>3</w:t>
      </w:r>
    </w:p>
    <w:p>
      <w:r>
        <w:br/>
        <w:t>Гудуть далекі віщі дзвони,&lt;br /&gt;</w:t>
        <w:br/>
        <w:t>Народ, мов сотні рік, пливе,&lt;br /&gt;</w:t>
        <w:br/>
        <w:t>І море жупанів червоне&lt;br /&gt;</w:t>
        <w:br/>
        <w:t>Кипить і грає, як живе.</w:t>
      </w:r>
    </w:p>
    <w:p>
      <w:r>
        <w:br/>
        <w:t>І воля корогвами має,&lt;br /&gt;</w:t>
        <w:br/>
        <w:t>І, весь у золоті й вогні,&lt;br /&gt;</w:t>
        <w:br/>
        <w:t>На гребінь хвилі випливає&lt;br /&gt;</w:t>
        <w:br/>
        <w:t>Богдан на лебеді-коні.</w:t>
      </w:r>
    </w:p>
    <w:p>
      <w:r>
        <w:br/>
        <w:t>Упала шляхта знавісніла&lt;br /&gt;</w:t>
        <w:br/>
        <w:t>І покотилася у прах,&lt;br /&gt;</w:t>
        <w:br/>
        <w:t>І панство горде наша сила&lt;br /&gt;</w:t>
        <w:br/>
        <w:t>Уздріла в себе у ногах.</w:t>
      </w:r>
    </w:p>
    <w:p>
      <w:r>
        <w:br/>
        <w:t>Та знає гетьман, що таїться&lt;br /&gt;</w:t>
        <w:br/>
        <w:t>Звірота в полі і тепер,-&lt;br /&gt;</w:t>
        <w:br/>
        <w:t>I до восточної столиці&lt;br /&gt;</w:t>
        <w:br/>
        <w:t>Правицю владну він простер.</w:t>
      </w:r>
    </w:p>
    <w:p>
      <w:r>
        <w:br/>
        <w:t>4</w:t>
      </w:r>
    </w:p>
    <w:p>
      <w:r>
        <w:br/>
        <w:t>Тесляр і смолокур, рибалки й гречкосії,&lt;br /&gt;</w:t>
        <w:br/>
        <w:t>І геній-будівник, і робітник-творець&lt;br /&gt;</w:t>
        <w:br/>
        <w:t>Підносили тебе у вірі і в надії;&lt;br /&gt;</w:t>
        <w:br/>
        <w:t>На те, що збудеться високий рішенець:</w:t>
      </w:r>
    </w:p>
    <w:p>
      <w:r>
        <w:br/>
        <w:t>Що випростаєш ти свій стан златопоясний,&lt;br /&gt;</w:t>
        <w:br/>
        <w:t>Що вгору повінню поллється твій Поділ,&lt;br /&gt;</w:t>
        <w:br/>
        <w:t>Що над Софією розквітне день незгасний&lt;br /&gt;</w:t>
        <w:br/>
        <w:t>І зрине твій народ, мов сокіл-златокрил.</w:t>
      </w:r>
    </w:p>
    <w:p>
      <w:r>
        <w:br/>
        <w:t>О, скільки диких бур шугало над тобою,&lt;br /&gt;</w:t>
        <w:br/>
        <w:t>Злодійських скільки рук на скарб сягало твій!&lt;br /&gt;</w:t>
        <w:br/>
        <w:t>Але скипав народ, як гнівний шум прибою,&lt;br /&gt;</w:t>
        <w:br/>
        <w:t>І проти ворога ставав на смертний бій.</w:t>
      </w:r>
    </w:p>
    <w:p>
      <w:r>
        <w:br/>
        <w:t>Коли надходила ворожа рать лукава,&lt;br /&gt;</w:t>
        <w:br/>
        <w:t>Немов дамаська сталь, була твоя рука,&lt;br /&gt;</w:t>
        <w:br/>
        <w:t>І світоч твій палав, як слава Святослава,&lt;br /&gt;</w:t>
        <w:br/>
        <w:t>І був твій гнів святий, як ніж Залізняка.</w:t>
      </w:r>
    </w:p>
    <w:p>
      <w:r>
        <w:br/>
        <w:t>5</w:t>
      </w:r>
    </w:p>
    <w:p>
      <w:r>
        <w:br/>
        <w:t>Гарячий город-герою,&lt;br /&gt;</w:t>
        <w:br/>
        <w:t>Хіба той день і час забуть,&lt;br /&gt;</w:t>
        <w:br/>
        <w:t>Як разом з братньою Москвою&lt;br /&gt;</w:t>
        <w:br/>
        <w:t>Ступив ти на свободи путь?</w:t>
      </w:r>
    </w:p>
    <w:p>
      <w:r>
        <w:br/>
        <w:t>Хіба зів'янути знаменам,&lt;br /&gt;</w:t>
        <w:br/>
        <w:t>Що маком розцвіли палким,&lt;br /&gt;</w:t>
        <w:br/>
        <w:t>Коли над Києвом зеленим&lt;br /&gt;</w:t>
        <w:br/>
        <w:t>Розвіявсь битви чорний дим?</w:t>
      </w:r>
    </w:p>
    <w:p>
      <w:r>
        <w:br/>
        <w:t>Хіба поникнуть непокірній&lt;br /&gt;</w:t>
        <w:br/>
        <w:t>І непоклінній голові,&lt;br /&gt;</w:t>
        <w:br/>
        <w:t>Хоч би недолюдки невірні&lt;br /&gt;</w:t>
        <w:br/>
        <w:t>Тебе втопили у крові?</w:t>
      </w:r>
    </w:p>
    <w:p>
      <w:r>
        <w:br/>
        <w:t>Нехай літопис твій роздерто,&lt;br /&gt;</w:t>
        <w:br/>
        <w:t>Запався Ярославів вал,&lt;br /&gt;</w:t>
        <w:br/>
        <w:t>Але не вмер, не може вмерти&lt;br /&gt;</w:t>
        <w:br/>
        <w:t>Твій волелюбний Арсенал!</w:t>
      </w:r>
    </w:p>
    <w:p>
      <w:r>
        <w:br/>
        <w:t>6</w:t>
      </w:r>
    </w:p>
    <w:p>
      <w:r>
        <w:br/>
        <w:t>Тут, де ходив Тарас у гніві та задумі,&lt;br /&gt;</w:t>
        <w:br/>
        <w:t>Де Леся смертний біль і смерть перемогла,&lt;br /&gt;</w:t>
        <w:br/>
        <w:t>Де колихалися тополі в срібнім шумі,&lt;br /&gt;</w:t>
        <w:br/>
        <w:t>Де пісня рутою зеленою росла,</w:t>
      </w:r>
    </w:p>
    <w:p>
      <w:r>
        <w:br/>
        <w:t>Де в кожен камінець на гостелюбнім бруку&lt;br /&gt;</w:t>
        <w:br/>
        <w:t>І в кожне дерево на схилі край Дніпра&lt;br /&gt;</w:t>
        <w:br/>
        <w:t>Вложив народ-борець свою любов і муку&lt;br /&gt;</w:t>
        <w:br/>
        <w:t>У чистім прагненні високого добра,-</w:t>
      </w:r>
    </w:p>
    <w:p>
      <w:r>
        <w:br/>
        <w:t>Тут диким потоптом гидка пройшла німота,&lt;br /&gt;</w:t>
        <w:br/>
        <w:t>Дівчатам гнучий стан ламаючи, як звір,&lt;br /&gt;</w:t>
        <w:br/>
        <w:t>І в гніві Золоті здригалися Ворота,&lt;br /&gt;</w:t>
        <w:br/>
        <w:t>І материнський плач підносився до зір.</w:t>
      </w:r>
    </w:p>
    <w:p>
      <w:r>
        <w:br/>
        <w:t>Вбивали все живе і все святе сквернили&lt;br /&gt;</w:t>
        <w:br/>
        <w:t>Убивці, сповнені підлотою ущерть,&lt;br /&gt;</w:t>
        <w:br/>
        <w:t>Та проти сили тьми ясні повстали сили...&lt;br /&gt;</w:t>
        <w:br/>
        <w:t>Смерть осквернителям! Убивцям — тільки смерть!</w:t>
      </w:r>
    </w:p>
    <w:p>
      <w:r>
        <w:br/>
        <w:t>7</w:t>
      </w:r>
    </w:p>
    <w:p>
      <w:r>
        <w:br/>
        <w:t>Нема Хрещатика, немає,&lt;br /&gt;</w:t>
        <w:br/>
        <w:t>Поник Шевченківський бульвар,&lt;br /&gt;</w:t>
        <w:br/>
        <w:t>І ніби кров на небокраї&lt;br /&gt;</w:t>
        <w:br/>
        <w:t>Багровий точиться пожар.</w:t>
      </w:r>
    </w:p>
    <w:p>
      <w:r>
        <w:br/>
        <w:t>Спинись, проклятий супостате,&lt;br /&gt;</w:t>
        <w:br/>
        <w:t>На світ востаннє оглянись:&lt;br /&gt;</w:t>
        <w:br/>
        <w:t>За тіло матері розп'яте&lt;br /&gt;</w:t>
        <w:br/>
        <w:t>Сини на кару піднялись.</w:t>
      </w:r>
    </w:p>
    <w:p>
      <w:r>
        <w:br/>
        <w:t>Поб'є тебе прокльон стоустий,&lt;br /&gt;</w:t>
        <w:br/>
        <w:t>Зненависть права спопелить:&lt;br /&gt;</w:t>
        <w:br/>
        <w:t>Ти в дім кривавої розпусти&lt;br /&gt;</w:t>
        <w:br/>
        <w:t>Хотів наш храм перетворить.</w:t>
      </w:r>
    </w:p>
    <w:p>
      <w:r>
        <w:br/>
        <w:t>Ти піснетворцям і героям&lt;br /&gt;</w:t>
        <w:br/>
        <w:t>Ганебну долю прирікав,&lt;br /&gt;</w:t>
        <w:br/>
        <w:t>Щоб рід наш чесний перегноем&lt;br /&gt;</w:t>
        <w:br/>
        <w:t>В твоїх садах перегнивав.</w:t>
      </w:r>
    </w:p>
    <w:p>
      <w:r>
        <w:br/>
        <w:t>Камінне серце, чорний розум,&lt;br /&gt;</w:t>
        <w:br/>
        <w:t>Поріддя хтивості і зла,&lt;br /&gt;</w:t>
        <w:br/>
        <w:t>Хотів ти лютості морозом&lt;br /&gt;</w:t>
        <w:br/>
        <w:t>Побить первоцвіти тепла.</w:t>
      </w:r>
    </w:p>
    <w:p>
      <w:r>
        <w:br/>
        <w:t>Конай же, кате окаяннийі&lt;br /&gt;</w:t>
        <w:br/>
        <w:t>Гори на вічному вогні!&lt;br /&gt;</w:t>
        <w:br/>
        <w:t>Нехай нове життя постане&lt;br /&gt;</w:t>
        <w:br/>
        <w:t>В неопалимій купині!</w:t>
      </w:r>
    </w:p>
    <w:p>
      <w:r>
        <w:br/>
        <w:t>8</w:t>
      </w:r>
    </w:p>
    <w:p>
      <w:r>
        <w:br/>
        <w:t>Сади схилялися над чистою водою&lt;br /&gt;</w:t>
        <w:br/>
        <w:t>У золоті плодів, у пурпурі ягід,&lt;br /&gt;</w:t>
        <w:br/>
        <w:t>Котилися поля круг тебе й під тобою,&lt;br /&gt;</w:t>
        <w:br/>
        <w:t>І спокій творчості ішов змаганню вслід.</w:t>
      </w:r>
    </w:p>
    <w:p>
      <w:r>
        <w:br/>
        <w:t>Дівочі постаті у білім і червонім —&lt;br /&gt;</w:t>
        <w:br/>
        <w:t>В калині, наче жар, і в чистому снігу —&lt;br /&gt;</w:t>
        <w:br/>
        <w:t>Понад Славутича голубоводним лоном&lt;br /&gt;</w:t>
        <w:br/>
        <w:t>Клонились, у пісні вливаючи жагу.</w:t>
      </w:r>
    </w:p>
    <w:p>
      <w:r>
        <w:br/>
        <w:t>І вроду їх вода струмисте відбивала,&lt;br /&gt;</w:t>
        <w:br/>
        <w:t>І колихала спів розгониста луна,&lt;br /&gt;</w:t>
        <w:br/>
        <w:t>І з-під імлистого світилась, запинала&lt;br /&gt;</w:t>
        <w:br/>
        <w:t>Прийдешніх радощів погожа далина.</w:t>
      </w:r>
    </w:p>
    <w:p>
      <w:r>
        <w:br/>
        <w:t>І Київ височів будинками стрункими,&lt;br /&gt;</w:t>
        <w:br/>
        <w:t>Щодня дивуючи, чаруючи щораз,&lt;br /&gt;</w:t>
        <w:br/>
        <w:t>І серце вірило, що цвіт його цвістиме&lt;br /&gt;</w:t>
        <w:br/>
        <w:t>Над світом і в світах, незламний, як алмаз.</w:t>
      </w:r>
    </w:p>
    <w:p>
      <w:r>
        <w:br/>
        <w:t>Для нього ми ріллю орали соковиту,&lt;br /&gt;</w:t>
        <w:br/>
        <w:t>Тесали камені, лили прозоре скло,&lt;br /&gt;</w:t>
        <w:br/>
        <w:t>Щоб він підносився поважно й гордовито,&lt;br /&gt;</w:t>
        <w:br/>
        <w:t>У мармур прибраний, повитий у зело.</w:t>
      </w:r>
    </w:p>
    <w:p>
      <w:r>
        <w:br/>
        <w:t>Від Сагайдачного і від Петра Могили&lt;br /&gt;</w:t>
        <w:br/>
        <w:t>Дорога втоптана водила юнаків&lt;br /&gt;</w:t>
        <w:br/>
        <w:t>Туди, де розуму і добрості учили&lt;br /&gt;</w:t>
        <w:br/>
        <w:t>Нетлінних книг ряди — утворення віків.</w:t>
      </w:r>
    </w:p>
    <w:p>
      <w:r>
        <w:br/>
        <w:t>Де раду радили гарячі декабристи,&lt;br /&gt;</w:t>
        <w:br/>
        <w:t>Де руку ратаям дали робітники,&lt;br /&gt;</w:t>
        <w:br/>
        <w:t>Щоб не для власної дороги і користі —&lt;br /&gt;</w:t>
        <w:br/>
        <w:t>Для щастя людського, простертого в віки,</w:t>
      </w:r>
    </w:p>
    <w:p>
      <w:r>
        <w:br/>
        <w:t>На прю велику стать із троном і тюрмою&lt;br /&gt;</w:t>
        <w:br/>
        <w:t>І волі кров свою віддати і любов,-&lt;br /&gt;</w:t>
        <w:br/>
        <w:t>Сіяла молодість крилатою весною,&lt;br /&gt;</w:t>
        <w:br/>
        <w:t>І праці перегук в бори далекі йшов.</w:t>
      </w:r>
    </w:p>
    <w:p>
      <w:r>
        <w:br/>
        <w:t>Бори і Бровари, і Дарниця, і Канів,&lt;br /&gt;</w:t>
        <w:br/>
        <w:t>І хвилі жовтих нив аж до стрімких Карпат,&lt;br /&gt;</w:t>
        <w:br/>
        <w:t>Моря й материки, і далеч океанів&lt;br /&gt;</w:t>
        <w:br/>
        <w:t>Твій блиск розносили і славили стократ.</w:t>
      </w:r>
    </w:p>
    <w:p>
      <w:r>
        <w:br/>
        <w:t>Ти силу перейняв Микули й Святогора,&lt;br /&gt;</w:t>
        <w:br/>
        <w:t>Щоб у міхи старі нового влить вина.&lt;br /&gt;</w:t>
        <w:br/>
        <w:t>І гордо зносився ти над земні простори,&lt;br /&gt;</w:t>
        <w:br/>
        <w:t>Неопалимая, священна купина!</w:t>
      </w:r>
    </w:p>
    <w:p>
      <w:r>
        <w:br/>
        <w:t>9</w:t>
      </w:r>
    </w:p>
    <w:p>
      <w:r>
        <w:br/>
        <w:t>Ти чуєш, батьку? Припадають&lt;br /&gt;</w:t>
        <w:br/>
        <w:t>Сини твої тобі до ніг&lt;br /&gt;</w:t>
        <w:br/>
        <w:t>І кров'ю злою напувають&lt;br /&gt;</w:t>
        <w:br/>
        <w:t>Твій сад і поле, і поріг.</w:t>
      </w:r>
    </w:p>
    <w:p>
      <w:r>
        <w:br/>
        <w:t>Ти чуєш, батьку? Стрепенися,&lt;br /&gt;</w:t>
        <w:br/>
        <w:t>Ворожу силу скинь із пліч.&lt;br /&gt;</w:t>
        <w:br/>
        <w:t>Гармати в Броварському лісі&lt;br /&gt;</w:t>
        <w:br/>
        <w:t>Гримлять, як дзвони, день і ніч.</w:t>
      </w:r>
    </w:p>
    <w:p>
      <w:r>
        <w:br/>
        <w:t>Ти чуєш, батьку, як ступає&lt;br /&gt;</w:t>
        <w:br/>
        <w:t>Непереможна рать твоя,&lt;br /&gt;</w:t>
        <w:br/>
        <w:t>Як древній Фастів посилає&lt;br /&gt;</w:t>
        <w:br/>
        <w:t>Полки Семена Палія?</w:t>
      </w:r>
    </w:p>
    <w:p>
      <w:r>
        <w:br/>
        <w:t>І партії почувши слово,&lt;br /&gt;</w:t>
        <w:br/>
        <w:t>Стобратні рушили війська,&lt;br /&gt;</w:t>
        <w:br/>
        <w:t>І встала помста стоголово,&lt;br /&gt;</w:t>
        <w:br/>
        <w:t>І кара вистигла тяжка,</w:t>
      </w:r>
    </w:p>
    <w:p>
      <w:r>
        <w:br/>
        <w:t>І захиталися дерева,&lt;br /&gt;</w:t>
        <w:br/>
        <w:t>І надра потряслись земні,&lt;br /&gt;</w:t>
        <w:br/>
        <w:t>І рев роз'яреного лева&lt;br /&gt;</w:t>
        <w:br/>
        <w:t>Збудив Дніпро на самім дні.</w:t>
      </w:r>
    </w:p>
    <w:p>
      <w:r>
        <w:br/>
        <w:t>І туманіють вражі зграї,&lt;br /&gt;</w:t>
        <w:br/>
        <w:t>І сонце з хмари вирина,&lt;br /&gt;</w:t>
        <w:br/>
        <w:t>І з-над пожарів виникає&lt;br /&gt;</w:t>
        <w:br/>
        <w:t>Благоуханна купина.</w:t>
      </w:r>
    </w:p>
    <w:p>
      <w:r>
        <w:br/>
        <w:t>4 жовтня 1943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Неопалима купина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