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казочка</w:t>
      </w:r>
    </w:p>
    <w:p>
      <w:r>
        <w:br/>
        <w:t xml:space="preserve"> 1&lt;br /&gt;</w:t>
        <w:br/>
        <w:t>ПАПЕРОВИЙ КОРАБЛИК</w:t>
      </w:r>
    </w:p>
    <w:p>
      <w:r>
        <w:br/>
        <w:t>Хлопчик склеїв крихітний кораблик.&lt;br /&gt;</w:t>
        <w:br/>
        <w:t>Вирізав з паперу Капітана.&lt;br /&gt;</w:t>
        <w:br/>
        <w:t>Прошептав тихенько: — Крібле-крабле..&lt;br /&gt;</w:t>
        <w:br/>
        <w:t>Ну, а потім — зразу ніч настала.</w:t>
      </w:r>
    </w:p>
    <w:p>
      <w:r>
        <w:br/>
        <w:t>І заснули всі на світі діти,&lt;br /&gt;</w:t>
        <w:br/>
        <w:t>і дерева, й голубі поля.&lt;br /&gt;</w:t>
        <w:br/>
        <w:t>Вітром казки, срібним, аж блакитним,&lt;br /&gt;</w:t>
        <w:br/>
        <w:t>сповнилось вітрильце корабля.</w:t>
      </w:r>
    </w:p>
    <w:p>
      <w:r>
        <w:br/>
        <w:t>Хто не вірить — хай кота спитає,&lt;br /&gt;</w:t>
        <w:br/>
        <w:t>розповів мені він вчора сам&lt;br /&gt;</w:t>
        <w:br/>
        <w:t>про чудесні мандри Капітана&lt;br /&gt;</w:t>
        <w:br/>
        <w:t>і про інші добрі чудеса.</w:t>
      </w:r>
    </w:p>
    <w:p>
      <w:r>
        <w:br/>
        <w:t>2&lt;br /&gt;</w:t>
        <w:br/>
        <w:t>ВНОЧІ, КОЛИ ТИ СПИШ...</w:t>
      </w:r>
    </w:p>
    <w:p>
      <w:r>
        <w:br/>
        <w:t>Вночі усе не так.&lt;br /&gt;</w:t>
        <w:br/>
        <w:t>Вночі, коли ти спиш,&lt;br /&gt;</w:t>
        <w:br/>
        <w:t>літає в небі рак,&lt;br /&gt;</w:t>
        <w:br/>
        <w:t>балакають стовпи.</w:t>
      </w:r>
    </w:p>
    <w:p>
      <w:r>
        <w:br/>
        <w:t>Вночі танцює польку&lt;br /&gt;</w:t>
        <w:br/>
        <w:t>із брамою паркан&lt;br /&gt;</w:t>
        <w:br/>
        <w:t>і квітнуть парасольки&lt;br /&gt;</w:t>
        <w:br/>
        <w:t>на сніжних квітниках.</w:t>
      </w:r>
    </w:p>
    <w:p>
      <w:r>
        <w:br/>
        <w:t>Вночі чудні дива&lt;br /&gt;</w:t>
        <w:br/>
        <w:t>навколо нас трапляються.&lt;br /&gt;</w:t>
        <w:br/>
        <w:t>Акваріум-трамвай&lt;br /&gt;</w:t>
        <w:br/>
        <w:t>по вулицях катається.</w:t>
      </w:r>
    </w:p>
    <w:p>
      <w:r>
        <w:br/>
        <w:t>Зробились рибки дамами&lt;br /&gt;</w:t>
        <w:br/>
        <w:t>в шовках, із діамантами.&lt;br /&gt;</w:t>
        <w:br/>
        <w:t>А сніг спадає самими&lt;br /&gt;</w:t>
        <w:br/>
        <w:t>прекрасними трояндами.</w:t>
      </w:r>
    </w:p>
    <w:p>
      <w:r>
        <w:br/>
        <w:t>Вночі при вході в парк&lt;br /&gt;</w:t>
        <w:br/>
        <w:t>під дзвін шарманки ніжної&lt;br /&gt;</w:t>
        <w:br/>
        <w:t>співає леопард&lt;br /&gt;</w:t>
        <w:br/>
        <w:t>в циліндрі білосніжному.</w:t>
      </w:r>
    </w:p>
    <w:p>
      <w:r>
        <w:br/>
        <w:t>А місяць-молодик&lt;br /&gt;</w:t>
        <w:br/>
        <w:t>сидить вгорі на башті,&lt;br /&gt;</w:t>
        <w:br/>
        <w:t>худенький та блідий:&lt;br /&gt;</w:t>
        <w:br/>
        <w:t>мабуть, не любить каші.&lt;br /&gt;</w:t>
        <w:br/>
        <w:t>Так на вершечку самому&lt;br /&gt;</w:t>
        <w:br/>
        <w:t>сидить він до зорі.</w:t>
      </w:r>
    </w:p>
    <w:p>
      <w:r>
        <w:br/>
        <w:t>Здають йому екзамени&lt;br /&gt;</w:t>
        <w:br/>
        <w:t>столичні ліхтарі.</w:t>
      </w:r>
    </w:p>
    <w:p>
      <w:r>
        <w:br/>
        <w:t>І вирушає з гавані&lt;br /&gt;</w:t>
        <w:br/>
        <w:t>за тридев'ять земель&lt;br /&gt;</w:t>
        <w:br/>
        <w:t>у кругосвітнє плавання&lt;br /&gt;</w:t>
        <w:br/>
        <w:t>маленький корабель.</w:t>
      </w:r>
    </w:p>
    <w:p>
      <w:r>
        <w:br/>
        <w:t>3&lt;br /&gt;</w:t>
        <w:br/>
        <w:t>ПІСЕНЬКА ПРО КАПІТАНА</w:t>
      </w:r>
    </w:p>
    <w:p>
      <w:r>
        <w:br/>
        <w:t>Розступайтесь, береги,&lt;br /&gt;</w:t>
        <w:br/>
        <w:t>дикі хащі і сніги,&lt;br /&gt;</w:t>
        <w:br/>
        <w:t>всі Америки, Гренландії,&lt;br /&gt;</w:t>
        <w:br/>
        <w:t>всі Ісландії й Зеландії,&lt;br /&gt;</w:t>
        <w:br/>
        <w:t>острови й архіпелаги,&lt;br /&gt;</w:t>
        <w:br/>
        <w:t>люди, звірі і комахи,&lt;br /&gt;</w:t>
        <w:br/>
        <w:t>тундри, скелі і пустелі,&lt;br /&gt;</w:t>
        <w:br/>
        <w:t>і Марселі, і Брюсселі,&lt;br /&gt;</w:t>
        <w:br/>
        <w:t>і Сахари, й Занзібари,&lt;br /&gt;</w:t>
        <w:br/>
        <w:t>й голубі Мадагаскари!&lt;br /&gt;</w:t>
        <w:br/>
        <w:t>Наш сміливий, непоборний&lt;br /&gt;</w:t>
        <w:br/>
        <w:t>паперовий Капітан&lt;br /&gt;</w:t>
        <w:br/>
        <w:t>не боїться ані шторму,&lt;br /&gt;</w:t>
        <w:br/>
        <w:t>ні акули, ні кита.&lt;br /&gt;</w:t>
        <w:br/>
        <w:t>Срібні ґудзики і шпага,&lt;br /&gt;</w:t>
        <w:br/>
        <w:t>шитий золотом мундир.&lt;br /&gt;</w:t>
        <w:br/>
        <w:t>Кольоровий симпатяга!&lt;br /&gt;</w:t>
        <w:br/>
        <w:t>Паперовий командир!</w:t>
      </w:r>
    </w:p>
    <w:p>
      <w:r>
        <w:br/>
        <w:t>4&lt;br /&gt;</w:t>
        <w:br/>
        <w:t>ПРЕСЛАВНЕ МІСТО ТОРТОГРАД</w:t>
      </w:r>
    </w:p>
    <w:p>
      <w:r>
        <w:br/>
        <w:t>В Буфетії, у Кришталевовазії,&lt;br /&gt;</w:t>
        <w:br/>
        <w:t>де височіє Коровай-гора,&lt;br /&gt;</w:t>
        <w:br/>
        <w:t>за озером Дитячої Фантазії&lt;br /&gt;</w:t>
        <w:br/>
        <w:t>стоїть преславне місто Тортоград.</w:t>
      </w:r>
    </w:p>
    <w:p>
      <w:r>
        <w:br/>
        <w:t>У тій країні мир і добрий лад.&lt;br /&gt;</w:t>
        <w:br/>
        <w:t>Там владарює мудрий Шоколад,&lt;br /&gt;</w:t>
        <w:br/>
        <w:t>відважний воїн в мантії багряній,&lt;br /&gt;</w:t>
        <w:br/>
        <w:t>що переміг самого Мишіана.</w:t>
      </w:r>
    </w:p>
    <w:p>
      <w:r>
        <w:br/>
        <w:t>І миші тільки клацають з кутків&lt;br /&gt;</w:t>
        <w:br/>
        <w:t>зубиськами на ті солодкі брами.&lt;br /&gt;</w:t>
        <w:br/>
        <w:t>Та зась! Ще й досі ниють їм боки.&lt;br /&gt;</w:t>
        <w:br/>
        <w:t>Казали, Мишіан тоді од страму</w:t>
      </w:r>
    </w:p>
    <w:p>
      <w:r>
        <w:br/>
        <w:t>так закопався глибоко в норі,&lt;br /&gt;</w:t>
        <w:br/>
        <w:t>що наскрізь землю лапами прогріб&lt;br /&gt;</w:t>
        <w:br/>
        <w:t>і виліз аж у Африці. І там&lt;br /&gt;</w:t>
        <w:br/>
        <w:t>ним повечеряв сам Гіпопотам.</w:t>
      </w:r>
    </w:p>
    <w:p>
      <w:r>
        <w:br/>
        <w:t>Але гостям радіє Тортоград.&lt;br /&gt;</w:t>
        <w:br/>
        <w:t>І Капітан, зустрінутий привітно,&lt;br /&gt;</w:t>
        <w:br/>
        <w:t>гуляє містом, дивиться парад&lt;br /&gt;</w:t>
        <w:br/>
        <w:t>і наминає пончики з повидлом.</w:t>
      </w:r>
    </w:p>
    <w:p>
      <w:r>
        <w:br/>
        <w:t>5&lt;br /&gt;</w:t>
        <w:br/>
        <w:t>ВЕЛИЧАЛЬНА ПІСЕНЬКА НА ЧЕСТЬ ТОРТОГРАДА</w:t>
      </w:r>
    </w:p>
    <w:p>
      <w:r>
        <w:br/>
        <w:t>От так місто!&lt;br /&gt;</w:t>
        <w:br/>
        <w:t>Ну і місто!&lt;br /&gt;</w:t>
        <w:br/>
        <w:t>За сто тисяч літ не з'їсти.&lt;br /&gt;</w:t>
        <w:br/>
        <w:t>І якщо ти з'їв будинок,&lt;br /&gt;</w:t>
        <w:br/>
        <w:t>чи крамницю, чи готель —&lt;br /&gt;</w:t>
        <w:br/>
        <w:t>не хвилюйся: дивом дивним&lt;br /&gt;</w:t>
        <w:br/>
        <w:t>з-під землі новий зросте.&lt;br /&gt;</w:t>
        <w:br/>
        <w:t>Там будинки — "подарунки",&lt;br /&gt;</w:t>
        <w:br/>
        <w:t>ще й повнісінькі усі.&lt;br /&gt;</w:t>
        <w:br/>
        <w:t>Там рожеві з візерунком&lt;br /&gt;</w:t>
        <w:br/>
        <w:t>ходять вафельні таксі.&lt;br /&gt;</w:t>
        <w:br/>
        <w:t>Там і палаци, і брами,&lt;br /&gt;</w:t>
        <w:br/>
        <w:t>там солодке геть усе.&lt;br /&gt;</w:t>
        <w:br/>
        <w:t>Там сиропним водограєм&lt;br /&gt;</w:t>
        <w:br/>
        <w:t>заливається басейн.&lt;br /&gt;</w:t>
        <w:br/>
        <w:t>Там дахи із шоколаду,&lt;br /&gt;</w:t>
        <w:br/>
        <w:t>тротуари з мармеладу,&lt;br /&gt;</w:t>
        <w:br/>
        <w:t>там буфети і столи&lt;br /&gt;</w:t>
        <w:br/>
        <w:t>із халви і пастили.&lt;br /&gt;</w:t>
        <w:br/>
        <w:t>Навіть ліки тих країв&lt;br /&gt;</w:t>
        <w:br/>
        <w:t>Їв би, їв — не переїв.&lt;br /&gt;</w:t>
        <w:br/>
        <w:t>А мікстури їхні радо&lt;br /&gt;</w:t>
        <w:br/>
        <w:t>пив би й пив, як лимонади.&lt;br /&gt;</w:t>
        <w:br/>
        <w:t>А узимку скільки втіх!&lt;br /&gt;</w:t>
        <w:br/>
        <w:t>Лиш встигай підставить руки&lt;br /&gt;</w:t>
        <w:br/>
        <w:t>з неба падає не сніг,&lt;br /&gt;</w:t>
        <w:br/>
        <w:t>а солодкий білий цукор.&lt;br /&gt;</w:t>
        <w:br/>
        <w:t>А коли там град уже —&lt;br /&gt;</w:t>
        <w:br/>
        <w:t>з неба сиплеться драже.&lt;br /&gt;</w:t>
        <w:br/>
        <w:t>Як вперіщить! Як ушкварить —&lt;br /&gt;</w:t>
        <w:br/>
        <w:t>порожніють всі бульвари.&lt;br /&gt;</w:t>
        <w:br/>
        <w:t>Град іде! Рятуйтесь, братці!&lt;br /&gt;</w:t>
        <w:br/>
        <w:t>Хоч біда й солодка ця —&lt;br /&gt;</w:t>
        <w:br/>
        <w:t>та потому тортоградці&lt;br /&gt;</w:t>
        <w:br/>
        <w:t>ходять в гулях і синцях.&lt;br /&gt;</w:t>
        <w:br/>
        <w:t>Палахтять різноколірно&lt;br /&gt;</w:t>
        <w:br/>
        <w:t>їхні гулі і синці.&lt;br /&gt;</w:t>
        <w:br/>
        <w:t>На зефіровім подвір'ї&lt;br /&gt;</w:t>
        <w:br/>
        <w:t>скачуть кекси-горобці.&lt;br /&gt;</w:t>
        <w:br/>
        <w:t>Ось заходить пончик-сонце.&lt;br /&gt;</w:t>
        <w:br/>
        <w:t>Ніч бульварами ступа.&lt;br /&gt;</w:t>
        <w:br/>
        <w:t>Зазирає у віконце&lt;br /&gt;</w:t>
        <w:br/>
        <w:t>світлий місяць-марципан.</w:t>
      </w:r>
    </w:p>
    <w:p>
      <w:r>
        <w:br/>
        <w:t>6&lt;br /&gt;</w:t>
        <w:br/>
        <w:t>МАРМУРОВА СОВА</w:t>
      </w:r>
    </w:p>
    <w:p>
      <w:r>
        <w:br/>
        <w:t>Бабусин нічник, Мармурова Сова,&lt;br /&gt;</w:t>
        <w:br/>
        <w:t>шепнула фаянсовій скриньці:&lt;br /&gt;</w:t>
        <w:br/>
        <w:t>Пу-гу! Капітан — неможливий дивак!&lt;br /&gt;</w:t>
        <w:br/>
        <w:t>Ви згодні зі мною, сестрице? —&lt;br /&gt;</w:t>
        <w:br/>
        <w:t>А скринька закрилась. Крутнула ключем.&lt;br /&gt;</w:t>
        <w:br/>
        <w:t>Змовчала не досить привітно.&lt;br /&gt;</w:t>
        <w:br/>
        <w:t>Коли в тобі стільки коштовних речей —&lt;br /&gt;</w:t>
        <w:br/>
        <w:t>яке тобі діло до світу?!</w:t>
      </w:r>
    </w:p>
    <w:p>
      <w:r>
        <w:br/>
        <w:t>В Сови ж розболілась з тривог голова.&lt;br /&gt;</w:t>
        <w:br/>
        <w:t>Сова була щедра й недремна.&lt;br /&gt;</w:t>
        <w:br/>
        <w:t>І світла в собі не ховала Сова —&lt;br /&gt;</w:t>
        <w:br/>
        <w:t>світила усім, кому темно.</w:t>
      </w:r>
    </w:p>
    <w:p>
      <w:r>
        <w:br/>
        <w:t>Пу-гу! Може бути трагічним фінал.&lt;br /&gt;</w:t>
        <w:br/>
        <w:t>Тут стільки мілин, що, їй-право,&lt;br /&gt;</w:t>
        <w:br/>
        <w:t>не слід би йому запливать у канал&lt;br /&gt;</w:t>
        <w:br/>
        <w:t>між лівим сандалем і правим.</w:t>
      </w:r>
    </w:p>
    <w:p>
      <w:r>
        <w:br/>
        <w:t>Тривожно очима світила Сова,&lt;br /&gt;</w:t>
        <w:br/>
        <w:t>вслухалась і мимрила тихо:&lt;br /&gt;</w:t>
        <w:br/>
        <w:t>Пу-гу! Капітан — неможливий дивак!&lt;br /&gt;</w:t>
        <w:br/>
        <w:t>Хоч би з ним не скоїлось лиха!</w:t>
      </w:r>
    </w:p>
    <w:p>
      <w:r>
        <w:br/>
        <w:t>7&lt;br /&gt;</w:t>
        <w:br/>
        <w:t>КУБИКОВЕ МІСТО</w:t>
      </w:r>
    </w:p>
    <w:p>
      <w:r>
        <w:br/>
        <w:t>Капітане, добрі вісті,&lt;br /&gt;</w:t>
        <w:br/>
        <w:t>розчудесні просто.&lt;br /&gt;</w:t>
        <w:br/>
        <w:t>Славне Кубикове Місто&lt;br /&gt;</w:t>
        <w:br/>
        <w:t>просить вас у гості.</w:t>
      </w:r>
    </w:p>
    <w:p>
      <w:r>
        <w:br/>
        <w:t>А живуть там симпатичні&lt;br /&gt;</w:t>
        <w:br/>
        <w:t>кубикові люди,&lt;br /&gt;</w:t>
        <w:br/>
        <w:t>хоч голівки в них кубічні,&lt;br /&gt;</w:t>
        <w:br/>
        <w:t>та зате премудрі.</w:t>
      </w:r>
    </w:p>
    <w:p>
      <w:r>
        <w:br/>
        <w:t>Крутять кубикособаки&lt;br /&gt;</w:t>
        <w:br/>
        <w:t>кубикохвостами,&lt;br /&gt;</w:t>
        <w:br/>
        <w:t>тут сміливо можна якір&lt;br /&gt;</w:t>
        <w:br/>
        <w:t>кинуть, Капітане!</w:t>
      </w:r>
    </w:p>
    <w:p>
      <w:r>
        <w:br/>
        <w:t>В синім кубикобудинку&lt;br /&gt;</w:t>
        <w:br/>
        <w:t>ще не спить вночі там&lt;br /&gt;</w:t>
        <w:br/>
        <w:t>у халатику в клітинку&lt;br /&gt;</w:t>
        <w:br/>
        <w:t>кубикоучитель.</w:t>
      </w:r>
    </w:p>
    <w:p>
      <w:r>
        <w:br/>
        <w:t>Ставить кубикові двійки&lt;br /&gt;</w:t>
        <w:br/>
        <w:t>ще й бурмоче грізно він:&lt;br /&gt;</w:t>
        <w:br/>
        <w:t>— Цим хлопчиськам тільки бійки&lt;br /&gt;</w:t>
        <w:br/>
        <w:t>та хокей у голові.</w:t>
      </w:r>
    </w:p>
    <w:p>
      <w:r>
        <w:br/>
        <w:t>І хитає головою&lt;br /&gt;</w:t>
        <w:br/>
        <w:t>кубиковий глобус:&lt;br /&gt;</w:t>
        <w:br/>
        <w:t>— Знов не вивчив кубик Вова,&lt;br /&gt;</w:t>
        <w:br/>
        <w:t>де пустеля Гобі?</w:t>
      </w:r>
    </w:p>
    <w:p>
      <w:r>
        <w:br/>
        <w:t>А тим часом зацвітає&lt;br /&gt;</w:t>
        <w:br/>
        <w:t>кубик-кактус звично.&lt;br /&gt;</w:t>
        <w:br/>
        <w:t>А до того ж закипає&lt;br /&gt;</w:t>
        <w:br/>
        <w:t>самовар кубічний.</w:t>
      </w:r>
    </w:p>
    <w:p>
      <w:r>
        <w:br/>
        <w:t>Доки кактус зацвітає,&lt;br /&gt;</w:t>
        <w:br/>
        <w:t>самовар не вистиг —&lt;br /&gt;</w:t>
        <w:br/>
        <w:t>завітайте, Капітане,&lt;br /&gt;</w:t>
        <w:br/>
        <w:t>в Кубикове Місто.</w:t>
      </w:r>
    </w:p>
    <w:p>
      <w:r>
        <w:br/>
        <w:t>8&lt;br /&gt;</w:t>
        <w:br/>
        <w:t>КРАЇНА МИШІАНІЯ</w:t>
      </w:r>
    </w:p>
    <w:p>
      <w:r>
        <w:br/>
        <w:t>Була в мишви одним-єдина манія:&lt;br /&gt;</w:t>
        <w:br/>
        <w:t>все звоювать і всіх узять в полон,&lt;br /&gt;</w:t>
        <w:br/>
        <w:t>щоб в цілім світі — тільки Мишіанія,&lt;br /&gt;</w:t>
        <w:br/>
        <w:t>а інших щоб народів не було.</w:t>
      </w:r>
    </w:p>
    <w:p>
      <w:r>
        <w:br/>
        <w:t>Забули мишеняток своїх бавити,&lt;br /&gt;</w:t>
        <w:br/>
        <w:t>забули свої квіти поливать.&lt;br /&gt;</w:t>
        <w:br/>
        <w:t>Знай гострять зуби, і крокують лавами,&lt;br /&gt;</w:t>
        <w:br/>
        <w:t>і верещать, аж хрипнуть: "Во-ю-вать!"</w:t>
      </w:r>
    </w:p>
    <w:p>
      <w:r>
        <w:br/>
        <w:t>— А де був кіт? — можливо, хтось спита.&lt;br /&gt;</w:t>
        <w:br/>
        <w:t>Е, діти, де ви бачили кота&lt;br /&gt;</w:t>
        <w:br/>
        <w:t>сучасного, що полював би миші?&lt;br /&gt;</w:t>
        <w:br/>
        <w:t>Коти тепер зробились дуже пишні.</w:t>
      </w:r>
    </w:p>
    <w:p>
      <w:r>
        <w:br/>
        <w:t>Коти їдять котлетки, зрідка — суп&lt;br /&gt;</w:t>
        <w:br/>
        <w:t>і "лікарську" м'якеньку ковбасу.&lt;br /&gt;</w:t>
        <w:br/>
        <w:t>Хай та мишва хоч дім переверне —&lt;br /&gt;</w:t>
        <w:br/>
        <w:t>достойний кіт і оком не змигне.</w:t>
      </w:r>
    </w:p>
    <w:p>
      <w:r>
        <w:br/>
        <w:t>Він спить. А миші переводять харч,&lt;br /&gt;</w:t>
        <w:br/>
        <w:t>муштруються під гуркіт барабана,&lt;br /&gt;</w:t>
        <w:br/>
        <w:t>горлаючи свій мишіанський марш&lt;br /&gt;</w:t>
        <w:br/>
        <w:t>і клацаючи гострими зубами.</w:t>
      </w:r>
    </w:p>
    <w:p>
      <w:r>
        <w:br/>
        <w:t>9&lt;br /&gt;</w:t>
        <w:br/>
        <w:t>МАРШ МИШІАНЦІВ</w:t>
      </w:r>
    </w:p>
    <w:p>
      <w:r>
        <w:br/>
        <w:t>Ать-два! Ать-два!&lt;br /&gt;</w:t>
        <w:br/>
        <w:t>Будь розумна, о мишва!&lt;br /&gt;</w:t>
        <w:br/>
        <w:t>Треба вкрадьки, треба нишком,&lt;br /&gt;</w:t>
        <w:br/>
        <w:t>хитрувати треба, мишки.</w:t>
      </w:r>
    </w:p>
    <w:p>
      <w:r>
        <w:br/>
        <w:t>Мишіан, наш полководець,&lt;br /&gt;</w:t>
        <w:br/>
        <w:t>вчив хвостатий свій народець:&lt;br /&gt;</w:t>
        <w:br/>
        <w:t>— Нападайте, коли тьма,&lt;br /&gt;</w:t>
        <w:br/>
        <w:t>із-за рогу, крадькома...</w:t>
      </w:r>
    </w:p>
    <w:p>
      <w:r>
        <w:br/>
        <w:t>Тихо-тихо, цитьте, цить.&lt;br /&gt;</w:t>
        <w:br/>
        <w:t>То навшпиньках, то на пузі.&lt;br /&gt;</w:t>
        <w:br/>
        <w:t>Лиш тоді, як ворог спить&lt;br /&gt;</w:t>
        <w:br/>
        <w:t>і коли він сам, без друзів...</w:t>
      </w:r>
    </w:p>
    <w:p>
      <w:r>
        <w:br/>
        <w:t>Наш народ — землі окраса,&lt;br /&gt;</w:t>
        <w:br/>
        <w:t>вищий дух і вища раса.—&lt;br /&gt;</w:t>
        <w:br/>
        <w:t>Мишіанів заповіт:&lt;br /&gt;</w:t>
        <w:br/>
        <w:t>згризти, зжерти цілий світ!</w:t>
      </w:r>
    </w:p>
    <w:p>
      <w:r>
        <w:br/>
        <w:t>Ми прекрасні, непоборні,&lt;br /&gt;</w:t>
        <w:br/>
        <w:t>і кива з портрета нам,&lt;br /&gt;</w:t>
        <w:br/>
        <w:t>лапку викинувши вгору,&lt;br /&gt;</w:t>
        <w:br/>
        <w:t>сам Великий Мишіан.</w:t>
      </w:r>
    </w:p>
    <w:p>
      <w:r>
        <w:br/>
        <w:t>10&lt;br /&gt;</w:t>
        <w:br/>
        <w:t>НІЧНА БИТВА</w:t>
      </w:r>
    </w:p>
    <w:p>
      <w:r>
        <w:br/>
        <w:t>Коли чорнюща ніч настала,&lt;br /&gt;</w:t>
        <w:br/>
        <w:t>коли й Сова вже задрімала,&lt;br /&gt;</w:t>
        <w:br/>
        <w:t>згасивши електричний зір —&lt;br /&gt;</w:t>
        <w:br/>
        <w:t>мишва нечутно вийшла з нір&lt;br /&gt;</w:t>
        <w:br/>
        <w:t>і оточила Капітана.&lt;br /&gt;</w:t>
        <w:br/>
        <w:t>А Кіт промуркотів з дивана:&lt;br /&gt;</w:t>
        <w:br/>
        <w:t>— Яке це варварство, їй-право,&lt;br /&gt;</w:t>
        <w:br/>
        <w:t>ці війни, галас, суєта!&lt;br /&gt;</w:t>
        <w:br/>
        <w:t>Ні-ні, криваві ці забави&lt;br /&gt;</w:t>
        <w:br/>
        <w:t>не для порядного Кота.&lt;br /&gt;</w:t>
        <w:br/>
        <w:t>Нехай воюють, хай вмирають,—&lt;br /&gt;</w:t>
        <w:br/>
        <w:t>я Кіт. Моя подушка скраю!..—&lt;br /&gt;</w:t>
        <w:br/>
        <w:t>А Капітан у вражий стан&lt;br /&gt;</w:t>
        <w:br/>
        <w:t>влетів, як грізний ураган.&lt;br /&gt;</w:t>
        <w:br/>
        <w:t>Один супроти всіх, як лев,&lt;br /&gt;</w:t>
        <w:br/>
        <w:t>відважно бився він. Але&lt;br /&gt;</w:t>
        <w:br/>
        <w:t>якби ж хоч трішки світла,&lt;br /&gt;</w:t>
        <w:br/>
        <w:t>світла!&lt;br /&gt;</w:t>
        <w:br/>
        <w:t>У темряві яка там битва!&lt;br /&gt;</w:t>
        <w:br/>
        <w:t>Вже обезсилів Капітан.&lt;br /&gt;</w:t>
        <w:br/>
        <w:t>А в шибці все ще не світа.&lt;br /&gt;</w:t>
        <w:br/>
        <w:t>Хто порятує? Хто поможе?&lt;br /&gt;</w:t>
        <w:br/>
        <w:t>І раптом...&lt;br /&gt;</w:t>
        <w:br/>
        <w:t>дзвінко, переможно&lt;br /&gt;</w:t>
        <w:br/>
        <w:t>засяяла вогнями ніч.&lt;br /&gt;</w:t>
        <w:br/>
        <w:t>І гострі бджілки вогняні,&lt;br /&gt;</w:t>
        <w:br/>
        <w:t>як з неба, на мишву упали,&lt;br /&gt;</w:t>
        <w:br/>
        <w:t>гули, жалили, обпікали.&lt;br /&gt;</w:t>
        <w:br/>
        <w:t>І розбігалась ледь жива&lt;br /&gt;</w:t>
        <w:br/>
        <w:t>од страху капосна мишва.&lt;br /&gt;</w:t>
        <w:br/>
        <w:t>— Та хто ж ви такі?&lt;br /&gt;</w:t>
        <w:br/>
        <w:t>Зірочки? Світлячки?&lt;br /&gt;</w:t>
        <w:br/>
        <w:t>Як світяться ваші гарячі крилятка!&lt;br /&gt;</w:t>
        <w:br/>
        <w:t>— О ні, ми звичайні собі сірнички&lt;br /&gt;</w:t>
        <w:br/>
        <w:t>з країни Кухляндії,&lt;br /&gt;</w:t>
        <w:br/>
        <w:t>з міста Шухлядки.—&lt;br /&gt;</w:t>
        <w:br/>
        <w:t>Послухай уважно, малюк, і збагни&lt;br /&gt;</w:t>
        <w:br/>
        <w:t>ту пісеньку, котру співають вони.</w:t>
      </w:r>
    </w:p>
    <w:p>
      <w:r>
        <w:br/>
        <w:t>11&lt;br /&gt;</w:t>
        <w:br/>
        <w:t>ПІСЕНЬКА СІРНИЧКІВ</w:t>
      </w:r>
    </w:p>
    <w:p>
      <w:r>
        <w:br/>
        <w:t>Жила сосна, росла сосна.&lt;br /&gt;</w:t>
        <w:br/>
        <w:t>Турбот не відала вона.&lt;br /&gt;</w:t>
        <w:br/>
        <w:t>Над нею, срібні і легкі,&lt;br /&gt;</w:t>
        <w:br/>
        <w:t>горіли радісно зірки.</w:t>
      </w:r>
    </w:p>
    <w:p>
      <w:r>
        <w:br/>
        <w:t>Зіркам позаздрила сосна,&lt;br /&gt;</w:t>
        <w:br/>
        <w:t>і сумно мовила вона:&lt;br /&gt;</w:t>
        <w:br/>
        <w:t>— Отак би жить! І так вмирать!&lt;br /&gt;</w:t>
        <w:br/>
        <w:t>Летіть, палати і згорять!</w:t>
      </w:r>
    </w:p>
    <w:p>
      <w:r>
        <w:br/>
        <w:t>Від тої мудрої сосни&lt;br /&gt;</w:t>
        <w:br/>
        <w:t>родились ми, її сини,&lt;br /&gt;</w:t>
        <w:br/>
        <w:t>легкі, крилаті сірники,—&lt;br /&gt;</w:t>
        <w:br/>
        <w:t>ми дуже схожі на зірки.</w:t>
      </w:r>
    </w:p>
    <w:p>
      <w:r>
        <w:br/>
        <w:t>Хай крильця наші палахтять —&lt;br /&gt;</w:t>
        <w:br/>
        <w:t>од них світлішає життя.&lt;br /&gt;</w:t>
        <w:br/>
        <w:t>Хай смертні ми, і я, і ти —&lt;br /&gt;</w:t>
        <w:br/>
        <w:t>безсмертний наш вогонь святий.</w:t>
      </w:r>
    </w:p>
    <w:p>
      <w:r>
        <w:br/>
        <w:t>Хай догоряємо дотла —&lt;br /&gt;</w:t>
        <w:br/>
        <w:t>безсмертна радість од тепла,&lt;br /&gt;</w:t>
        <w:br/>
        <w:t>безсмертний пломінь доброти,&lt;br /&gt;</w:t>
        <w:br/>
        <w:t>а в нім безсмертні я і ти!</w:t>
      </w:r>
    </w:p>
    <w:p>
      <w:r>
        <w:br/>
        <w:t>12&lt;br /&gt;</w:t>
        <w:br/>
        <w:t>РАНОК</w:t>
      </w:r>
    </w:p>
    <w:p>
      <w:r>
        <w:br/>
        <w:t>Сніжок, за вікнами світа.&lt;br /&gt;</w:t>
        <w:br/>
        <w:t>Зарум'яніла шибка.&lt;br /&gt;</w:t>
        <w:br/>
        <w:t>В акваріумі золота&lt;br /&gt;</w:t>
        <w:br/>
        <w:t>розпозіхалась рибка.</w:t>
      </w:r>
    </w:p>
    <w:p>
      <w:r>
        <w:br/>
        <w:t>І знову стало все як слід,&lt;br /&gt;</w:t>
        <w:br/>
        <w:t>мій друже, так, як треба!&lt;br /&gt;</w:t>
        <w:br/>
        <w:t>Скінчивши свій нічний політ,&lt;br /&gt;</w:t>
        <w:br/>
        <w:t>рак опустився з неба.</w:t>
      </w:r>
    </w:p>
    <w:p>
      <w:r>
        <w:br/>
        <w:t>Спинились брама і паркан,&lt;br /&gt;</w:t>
        <w:br/>
        <w:t>бо ж треба знати міру!&lt;br /&gt;</w:t>
        <w:br/>
        <w:t>І парасольки з квітника&lt;br /&gt;</w:t>
        <w:br/>
        <w:t>розбіглись по квартирах.</w:t>
      </w:r>
    </w:p>
    <w:p>
      <w:r>
        <w:br/>
        <w:t>І повернувся в зоопарк,&lt;br /&gt;</w:t>
        <w:br/>
        <w:t>і солодко розлігся&lt;br /&gt;</w:t>
        <w:br/>
        <w:t>такий звичайний леопард&lt;br /&gt;</w:t>
        <w:br/>
        <w:t>в такій звичайній клітці.</w:t>
      </w:r>
    </w:p>
    <w:p>
      <w:r>
        <w:br/>
        <w:t>А за вікном дзвенить трамвай,&lt;br /&gt;</w:t>
        <w:br/>
        <w:t>шумить ранкове місто.&lt;br /&gt;</w:t>
        <w:br/>
        <w:t>Гукає хлопчику: "Вставай!" —&lt;br /&gt;</w:t>
        <w:br/>
        <w:t>будильник голосистий.</w:t>
      </w:r>
    </w:p>
    <w:p>
      <w:r>
        <w:br/>
        <w:t>Так весело на світі жить,&lt;br /&gt;</w:t>
        <w:br/>
        <w:t>рости, учитись, бігать!&lt;br /&gt;</w:t>
        <w:br/>
        <w:t>На стінах сонечко дрижить,&lt;br /&gt;</w:t>
        <w:br/>
        <w:t>аж молоде од сміху.</w:t>
      </w:r>
    </w:p>
    <w:p>
      <w:r>
        <w:br/>
        <w:t>А паперовий Капітан&lt;br /&gt;</w:t>
        <w:br/>
        <w:t>не скаже нам нічого&lt;br /&gt;</w:t>
        <w:br/>
        <w:t>про те, чому стоїть не там&lt;br /&gt;</w:t>
        <w:br/>
        <w:t>кораблик, де учора.</w:t>
      </w:r>
    </w:p>
    <w:p>
      <w:r>
        <w:br/>
        <w:t>Чому подряпане чоло,&lt;br /&gt;</w:t>
        <w:br/>
        <w:t>а на руці — пов'язка.&lt;br /&gt;</w:t>
        <w:br/>
        <w:t>Мовчить.&lt;br /&gt;</w:t>
        <w:br/>
        <w:t>Мовчить.&lt;br /&gt;</w:t>
        <w:br/>
        <w:t>Дзвенить крилом&lt;br /&gt;</w:t>
        <w:br/>
        <w:t>ласкава птиця-казка.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казочка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