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Німеччина</w:t>
      </w:r>
    </w:p>
    <w:p>
      <w:r>
        <w:br/>
        <w:t xml:space="preserve"> Німеччина</w:t>
      </w:r>
    </w:p>
    <w:p>
      <w:r>
        <w:br/>
        <w:t>Зимова казка&lt;br /&gt;</w:t>
        <w:br/>
        <w:t>Писано в січні 1844 року</w:t>
      </w:r>
    </w:p>
    <w:p>
      <w:r>
        <w:br/>
        <w:t>Прощання з Парижем</w:t>
      </w:r>
    </w:p>
    <w:p>
      <w:r>
        <w:br/>
        <w:t>Прощай, чудовий мій Париж!&lt;br /&gt;</w:t>
        <w:br/>
        <w:t>Тебе я залишаю,&lt;br /&gt;</w:t>
        <w:br/>
        <w:t>Без краю сповнений чуттям&lt;br /&gt;</w:t>
        <w:br/>
        <w:t>І радістю — без краю.</w:t>
      </w:r>
    </w:p>
    <w:p>
      <w:r>
        <w:br/>
        <w:t>Моє німецьке серце біль&lt;br /&gt;</w:t>
        <w:br/>
        <w:t>Пойняв раптово нині,-&lt;br /&gt;</w:t>
        <w:br/>
        <w:t>Для нього лікар є, але він&lt;br /&gt;</w:t>
        <w:br/>
        <w:t>Живе на батьківщині.</w:t>
      </w:r>
    </w:p>
    <w:p>
      <w:r>
        <w:br/>
        <w:t>Той славний лікар серце моє&lt;br /&gt;</w:t>
        <w:br/>
        <w:t>Вилікував би за три дні,&lt;br /&gt;</w:t>
        <w:br/>
        <w:t>Але, признаюсь, лякають мене&lt;br /&gt;</w:t>
        <w:br/>
        <w:t>Його мікстури огидні.</w:t>
      </w:r>
    </w:p>
    <w:p>
      <w:r>
        <w:br/>
        <w:t>Прощай, веселий французький люд,&lt;br /&gt;</w:t>
        <w:br/>
        <w:t>Весь сповнений юним жаром!&lt;br /&gt;</w:t>
        <w:br/>
        <w:t>Дивацький біль жене мене геть,&lt;br /&gt;</w:t>
        <w:br/>
        <w:t>Та я вернусь незабаром.</w:t>
      </w:r>
    </w:p>
    <w:p>
      <w:r>
        <w:br/>
        <w:t>В'явіть, що згадую з сумом я&lt;br /&gt;</w:t>
        <w:br/>
        <w:t>Сьогодні про сморід торфу,&lt;br /&gt;</w:t>
        <w:br/>
        <w:t>Про вівці в люнебурзьких лугах,&lt;br /&gt;</w:t>
        <w:br/>
        <w:t>Про кислу капусту й моркву.</w:t>
      </w:r>
    </w:p>
    <w:p>
      <w:r>
        <w:br/>
        <w:t>Згадав я сморід тютюну&lt;br /&gt;</w:t>
        <w:br/>
        <w:t>І пиво з пузатих бочок,&lt;br /&gt;</w:t>
        <w:br/>
        <w:t>Нічних дозорів, гофратів, житняк,&lt;br /&gt;</w:t>
        <w:br/>
        <w:t>Білявих пасторських дочок.</w:t>
      </w:r>
    </w:p>
    <w:p>
      <w:r>
        <w:br/>
        <w:t>І матір згадується мені,-&lt;br /&gt;</w:t>
        <w:br/>
        <w:t>По правді сказать, давненько,&lt;br /&gt;</w:t>
        <w:br/>
        <w:t>Щось із тринадцять років, я&lt;br /&gt;</w:t>
        <w:br/>
        <w:t>Не бачив моєї неньки.</w:t>
      </w:r>
    </w:p>
    <w:p>
      <w:r>
        <w:br/>
        <w:t>Прощай, дружино, ти не збагнеш&lt;br /&gt;</w:t>
        <w:br/>
        <w:t>Суму, що рве мою душу,&lt;br /&gt;</w:t>
        <w:br/>
        <w:t>До серця я пригорну тебе&lt;br /&gt;</w:t>
        <w:br/>
        <w:t>І все-таки звідси рушу.</w:t>
      </w:r>
    </w:p>
    <w:p>
      <w:r>
        <w:br/>
        <w:t>Безмірні муки женуть мене&lt;br /&gt;</w:t>
        <w:br/>
        <w:t>Від щастя мого ясного —&lt;br /&gt;</w:t>
        <w:br/>
        <w:t>Повітря німецького треба мені.&lt;br /&gt;</w:t>
        <w:br/>
        <w:t>Сконаю я без нього.</w:t>
      </w:r>
    </w:p>
    <w:p>
      <w:r>
        <w:br/>
        <w:t>І страх, і мука, й шаленство в мені&lt;br /&gt;</w:t>
        <w:br/>
        <w:t>В болючих корчах тріпочуть,&lt;br /&gt;</w:t>
        <w:br/>
        <w:t>І навіть ногам увірвався терпець —&lt;br /&gt;</w:t>
        <w:br/>
        <w:t>На землю німецьку хочуть.</w:t>
      </w:r>
    </w:p>
    <w:p>
      <w:r>
        <w:br/>
        <w:t>Одужавши, в грудні я повернусь&lt;br /&gt;</w:t>
        <w:br/>
        <w:t>З Німеччини чи в січні,-&lt;br /&gt;</w:t>
        <w:br/>
        <w:t>Тоді вже найкращі тобі куплю&lt;br /&gt;</w:t>
        <w:br/>
        <w:t>Дарунки но?ворічні.</w:t>
      </w:r>
    </w:p>
    <w:p>
      <w:r>
        <w:br/>
        <w:t>I</w:t>
      </w:r>
    </w:p>
    <w:p>
      <w:r>
        <w:br/>
        <w:t>В сумному листо?паді це було,&lt;br /&gt;</w:t>
        <w:br/>
        <w:t>Похмурий час почався,&lt;br /&gt;</w:t>
        <w:br/>
        <w:t>Вже листя вітер з дерев зривав —&lt;br /&gt;</w:t>
        <w:br/>
        <w:t>В Німеччину я подався.</w:t>
      </w:r>
    </w:p>
    <w:p>
      <w:r>
        <w:br/>
        <w:t>Коли я на кордон прибув,&lt;br /&gt;</w:t>
        <w:br/>
        <w:t>Забилося серце щосили&lt;br /&gt;</w:t>
        <w:br/>
        <w:t>В грудях моїх, а правду сказать&lt;br /&gt;</w:t>
        <w:br/>
        <w:t>То й очі сльозу зронили.</w:t>
      </w:r>
    </w:p>
    <w:p>
      <w:r>
        <w:br/>
        <w:t>Коли ж я німецьку мову почув,&lt;br /&gt;</w:t>
        <w:br/>
        <w:t>Відчув себе дивно знов я;&lt;br /&gt;</w:t>
        <w:br/>
        <w:t>В цю мить, напевно, серце моє&lt;br /&gt;</w:t>
        <w:br/>
        <w:t>З приємністю вмилося кров'ю.</w:t>
      </w:r>
    </w:p>
    <w:p>
      <w:r>
        <w:br/>
        <w:t>Малу арфістку я чув — вона&lt;br /&gt;</w:t>
        <w:br/>
        <w:t>Співала з справжнім поривом,&lt;br /&gt;</w:t>
        <w:br/>
        <w:t>Але фальшиво, і все ж мене&lt;br /&gt;</w:t>
        <w:br/>
        <w:t>Своїм зворушила співом.</w:t>
      </w:r>
    </w:p>
    <w:p>
      <w:r>
        <w:br/>
        <w:t>Співала вона про кохання й сум,&lt;br /&gt;</w:t>
        <w:br/>
        <w:t>Про жертви і про спіткання&lt;br /&gt;</w:t>
        <w:br/>
        <w:t>Вгорі, у кращих світах, де всі&lt;br /&gt;</w:t>
        <w:br/>
        <w:t>Зникають людські страждання.</w:t>
      </w:r>
    </w:p>
    <w:p>
      <w:r>
        <w:br/>
        <w:t>Співала вона про поділ земний,&lt;br /&gt;</w:t>
        <w:br/>
        <w:t>Де щастя шукати годі,&lt;br /&gt;</w:t>
        <w:br/>
        <w:t>Про рай, де плаває душа&lt;br /&gt;</w:t>
        <w:br/>
        <w:t>У вічній насолоді.</w:t>
      </w:r>
    </w:p>
    <w:p>
      <w:r>
        <w:br/>
        <w:t>Співала вона відречення спів,&lt;br /&gt;</w:t>
        <w:br/>
        <w:t>Стару колисанку неба,&lt;br /&gt;</w:t>
        <w:br/>
        <w:t>Співають її, коли плаче народ,-&lt;br /&gt;</w:t>
        <w:br/>
        <w:t>І дурня зацитькати треба.</w:t>
      </w:r>
    </w:p>
    <w:p>
      <w:r>
        <w:br/>
        <w:t>Я знаю цю пісню, я знаю й цей текст,&lt;br /&gt;</w:t>
        <w:br/>
        <w:t>І авторів тих породу,&lt;br /&gt;</w:t>
        <w:br/>
        <w:t>Я знаю, що п'ють вони потай вино,&lt;br /&gt;</w:t>
        <w:br/>
        <w:t>А нам проповідують воду.</w:t>
      </w:r>
    </w:p>
    <w:p>
      <w:r>
        <w:br/>
        <w:t>Чудову пісню — пісню нову,&lt;br /&gt;</w:t>
        <w:br/>
        <w:t>О друзі, я буду співати!&lt;br /&gt;</w:t>
        <w:br/>
        <w:t>Ми хочемо царство небесне тут,&lt;br /&gt;</w:t>
        <w:br/>
        <w:t>На цій землі, збудувати.</w:t>
      </w:r>
    </w:p>
    <w:p>
      <w:r>
        <w:br/>
        <w:t>Ми щастя хочемо на землі,&lt;br /&gt;</w:t>
        <w:br/>
        <w:t>Уже нам годі муки;&lt;br /&gt;</w:t>
        <w:br/>
        <w:t>Хай пузо ледаче не стравить того,&lt;br /&gt;</w:t>
        <w:br/>
        <w:t>Що створять трудящі руки.</w:t>
      </w:r>
    </w:p>
    <w:p>
      <w:r>
        <w:br/>
        <w:t>Немало хліба дає земля,&lt;br /&gt;</w:t>
        <w:br/>
        <w:t>Стало б для всіх потроху&lt;br /&gt;</w:t>
        <w:br/>
        <w:t>Троянд, і миртів, і див, і краси,&lt;br /&gt;</w:t>
        <w:br/>
        <w:t>І цукрового гороху.</w:t>
      </w:r>
    </w:p>
    <w:p>
      <w:r>
        <w:br/>
        <w:t>Авжеж, гороху вистачить всім,&lt;br /&gt;</w:t>
        <w:br/>
        <w:t>Ось лиш стручки дозріють!&lt;br /&gt;</w:t>
        <w:br/>
        <w:t>Хай ангели та горобці&lt;br /&gt;</w:t>
        <w:br/>
        <w:t>Тим небом володіють.</w:t>
      </w:r>
    </w:p>
    <w:p>
      <w:r>
        <w:br/>
        <w:t>А виростуть крила по смерті в нас —&lt;br /&gt;</w:t>
        <w:br/>
        <w:t>Прилинем до вас у гості,&lt;br /&gt;</w:t>
        <w:br/>
        <w:t>Щоб скуштувати святих тортів&lt;br /&gt;</w:t>
        <w:br/>
        <w:t>У вашій святій високості.</w:t>
      </w:r>
    </w:p>
    <w:p>
      <w:r>
        <w:br/>
        <w:t>Чудова пісня — пісня нова!&lt;br /&gt;</w:t>
        <w:br/>
        <w:t>Мов скрипка і флейта грає!&lt;br /&gt;</w:t>
        <w:br/>
        <w:t>І Miserere геть зника,&lt;br /&gt;</w:t>
        <w:br/>
        <w:t>І дзвін погребний змовкає.</w:t>
      </w:r>
    </w:p>
    <w:p>
      <w:r>
        <w:br/>
        <w:t>Європу геній свободи обрав —&lt;br /&gt;</w:t>
        <w:br/>
        <w:t>За руки вони взялися,&lt;br /&gt;</w:t>
        <w:br/>
        <w:t>Без міри щасливі, і їхні уста&lt;br /&gt;</w:t>
        <w:br/>
        <w:t>У першім цілунку злилися.</w:t>
      </w:r>
    </w:p>
    <w:p>
      <w:r>
        <w:br/>
        <w:t>А те, що тут обійшлось без попів,&lt;br /&gt;</w:t>
        <w:br/>
        <w:t>Нам не завадить радіти.&lt;br /&gt;</w:t>
        <w:br/>
        <w:t>Нехай же молоді живуть&lt;br /&gt;</w:t>
        <w:br/>
        <w:t>І їхні майбутні діти!</w:t>
      </w:r>
    </w:p>
    <w:p>
      <w:r>
        <w:br/>
        <w:t>Весільний гімн — ця пісня моя,&lt;br /&gt;</w:t>
        <w:br/>
        <w:t>Найкраща, найновіша;&lt;br /&gt;</w:t>
        <w:br/>
        <w:t>Сходять зорі в моїй душі,&lt;br /&gt;</w:t>
        <w:br/>
        <w:t>І сяє чудова тиша.</w:t>
      </w:r>
    </w:p>
    <w:p>
      <w:r>
        <w:br/>
        <w:t>Натхненні зорі — потоком вогню&lt;br /&gt;</w:t>
        <w:br/>
        <w:t>Пливуть вони, рвуть загати,&lt;br /&gt;</w:t>
        <w:br/>
        <w:t>Я чую дивну силу в собі,&lt;br /&gt;</w:t>
        <w:br/>
        <w:t>Я міг би дуби ламати.</w:t>
      </w:r>
    </w:p>
    <w:p>
      <w:r>
        <w:br/>
        <w:t>На рідну землю я ступив,&lt;br /&gt;</w:t>
        <w:br/>
        <w:t>Неначе в чаклунські хвилі,&lt;br /&gt;</w:t>
        <w:br/>
        <w:t>До матері велетень доторкнувсь&lt;br /&gt;</w:t>
        <w:br/>
        <w:t>І знову зчувся на силі.</w:t>
      </w:r>
    </w:p>
    <w:p>
      <w:r>
        <w:br/>
        <w:t>ІІ</w:t>
      </w:r>
    </w:p>
    <w:p>
      <w:r>
        <w:br/>
        <w:t>Поки арфістка про небеса&lt;br /&gt;</w:t>
        <w:br/>
        <w:t>Співала і награвала,&lt;br /&gt;</w:t>
        <w:br/>
        <w:t>Прусська митниця мій чемодан&lt;br /&gt;</w:t>
        <w:br/>
        <w:t>Уважно оглядала.</w:t>
      </w:r>
    </w:p>
    <w:p>
      <w:r>
        <w:br/>
        <w:t>Спіднє, хустки, сорочки і штани —&lt;br /&gt;</w:t>
        <w:br/>
        <w:t>Витягли все з-під запорів:&lt;br /&gt;</w:t>
        <w:br/>
        <w:t>Шукали мережив, алмазів вони&lt;br /&gt;</w:t>
        <w:br/>
        <w:t>І заборонених творів.</w:t>
      </w:r>
    </w:p>
    <w:p>
      <w:r>
        <w:br/>
        <w:t>О дурні, при чому тут чемодан?&lt;br /&gt;</w:t>
        <w:br/>
        <w:t>Чого вам треба — я знаю,&lt;br /&gt;</w:t>
        <w:br/>
        <w:t>І ту контрабанду, що везу,&lt;br /&gt;</w:t>
        <w:br/>
        <w:t>Я в голові ховаю.</w:t>
      </w:r>
    </w:p>
    <w:p>
      <w:r>
        <w:br/>
        <w:t>Є в мене мережива дотепів там —&lt;br /&gt;</w:t>
        <w:br/>
        <w:t>Кращі брюссельських мережив,&lt;br /&gt;</w:t>
        <w:br/>
        <w:t>Коли б я їх витяг — напевно вас&lt;br /&gt;</w:t>
        <w:br/>
        <w:t>Не в жарт уколов би й збентежив.</w:t>
      </w:r>
    </w:p>
    <w:p>
      <w:r>
        <w:br/>
        <w:t>Є діаманти в моїй голові&lt;br /&gt;</w:t>
        <w:br/>
        <w:t>Прийдешньої свободи,&lt;br /&gt;</w:t>
        <w:br/>
        <w:t>Великого Незнайомця скарби,&lt;br /&gt;</w:t>
        <w:br/>
        <w:t>Нового бога клейноди.</w:t>
      </w:r>
    </w:p>
    <w:p>
      <w:r>
        <w:br/>
        <w:t>В моїй голові і книги є!&lt;br /&gt;</w:t>
        <w:br/>
        <w:t>Якщо одверто сказати,&lt;br /&gt;</w:t>
        <w:br/>
        <w:t>Моя голова — пташине гніздо&lt;br /&gt;</w:t>
        <w:br/>
        <w:t>Книжок для конфіскати.</w:t>
      </w:r>
    </w:p>
    <w:p>
      <w:r>
        <w:br/>
        <w:t>В бібліотеці сатани&lt;br /&gt;</w:t>
        <w:br/>
        <w:t>Важко знайти страшніші;&lt;br /&gt;</w:t>
        <w:br/>
        <w:t>Вони куди небезпечніші тих,&lt;br /&gt;</w:t>
        <w:br/>
        <w:t>Що фон Фаллерслебен пише.</w:t>
      </w:r>
    </w:p>
    <w:p>
      <w:r>
        <w:br/>
        <w:t>Тут зауважив один пасажир,&lt;br /&gt;</w:t>
        <w:br/>
        <w:t>Стоячи поруч зо мною,&lt;br /&gt;</w:t>
        <w:br/>
        <w:t>Що прусської митної спілки ланцюг&lt;br /&gt;</w:t>
        <w:br/>
        <w:t>Я маю перед собою.</w:t>
      </w:r>
    </w:p>
    <w:p>
      <w:r>
        <w:br/>
        <w:t>"Митна спілка,— сказав пасажир,-&lt;br /&gt;</w:t>
        <w:br/>
        <w:t>Народну зміцнить основу,&lt;br /&gt;</w:t>
        <w:br/>
        <w:t>Розбиту вітчизну з'єднає вона&lt;br /&gt;</w:t>
        <w:br/>
        <w:t>В єдине ціле знову.</w:t>
      </w:r>
    </w:p>
    <w:p>
      <w:r>
        <w:br/>
        <w:t>Вона нам зовнішню єдність дасть,&lt;br /&gt;</w:t>
        <w:br/>
        <w:t>Сказати б, матеріальну;&lt;br /&gt;</w:t>
        <w:br/>
        <w:t>Цензура ж духовну нам єдність дає,&lt;br /&gt;</w:t>
        <w:br/>
        <w:t>Воістину ідеальну.</w:t>
      </w:r>
    </w:p>
    <w:p>
      <w:r>
        <w:br/>
        <w:t>Цензура дбає, щоб в нас були&lt;br /&gt;</w:t>
        <w:br/>
        <w:t>Думка і совість єдині;&lt;br /&gt;</w:t>
        <w:br/>
        <w:t>Німеччини треба єдиної нам —&lt;br /&gt;</w:t>
        <w:br/>
        <w:t>І зовні і всередині".</w:t>
      </w:r>
    </w:p>
    <w:p>
      <w:r>
        <w:br/>
        <w:t>ІІІ</w:t>
      </w:r>
    </w:p>
    <w:p>
      <w:r>
        <w:br/>
        <w:t>В Аахенському соборі в труні&lt;br /&gt;</w:t>
        <w:br/>
        <w:t>Карл Магнус спочиває.&lt;br /&gt;</w:t>
        <w:br/>
        <w:t>Не думайте, що це Майєр Карл,-&lt;br /&gt;</w:t>
        <w:br/>
        <w:t>Той в Швабії проживає.</w:t>
      </w:r>
    </w:p>
    <w:p>
      <w:r>
        <w:br/>
        <w:t>Не хочу я мертвим бути й лежать&lt;br /&gt;</w:t>
        <w:br/>
        <w:t>Хоч би й з королем у парі.&lt;br /&gt;</w:t>
        <w:br/>
        <w:t>Я краще б маленьким поетом жив&lt;br /&gt;</w:t>
        <w:br/>
        <w:t>У Штуккерті на Неккарі.</w:t>
      </w:r>
    </w:p>
    <w:p>
      <w:r>
        <w:br/>
        <w:t>Нудьгують в Аахені навіть пси&lt;br /&gt;</w:t>
        <w:br/>
        <w:t>І так зітхають потиху:&lt;br /&gt;</w:t>
        <w:br/>
        <w:t>"Хоч ти нам, чужинче, дай штурхана —&lt;br /&gt;</w:t>
        <w:br/>
        <w:t>Вже й з того матимем втіху".</w:t>
      </w:r>
    </w:p>
    <w:p>
      <w:r>
        <w:br/>
        <w:t>В отому досить нудному гнізді&lt;br /&gt;</w:t>
        <w:br/>
        <w:t>З годину я барився.&lt;br /&gt;</w:t>
        <w:br/>
        <w:t>Побачив прусських військових знов —&lt;br /&gt;</w:t>
        <w:br/>
        <w:t>Цей тип не дуже змінився.</w:t>
      </w:r>
    </w:p>
    <w:p>
      <w:r>
        <w:br/>
        <w:t>І досі носять сірий плащ&lt;br /&gt;</w:t>
        <w:br/>
        <w:t>І високий червоний ковнір.&lt;br /&gt;</w:t>
        <w:br/>
        <w:t>("Червоне — це французька кров!" —&lt;br /&gt;</w:t>
        <w:br/>
        <w:t>Співав, як відомо, Кернер).</w:t>
      </w:r>
    </w:p>
    <w:p>
      <w:r>
        <w:br/>
        <w:t>Той самий дубовий народ-педант.&lt;br /&gt;</w:t>
        <w:br/>
        <w:t>Прямі кути й сьогодні&lt;br /&gt;</w:t>
        <w:br/>
        <w:t>У кожному русі, і всі з лиця&lt;br /&gt;</w:t>
        <w:br/>
        <w:t>Бундючні, тупі й холодні.</w:t>
      </w:r>
    </w:p>
    <w:p>
      <w:r>
        <w:br/>
        <w:t>Ще й досі гуде скам'янілий крок&lt;br /&gt;</w:t>
        <w:br/>
        <w:t>Ходульно, пихато, зухвало,&lt;br /&gt;</w:t>
        <w:br/>
        <w:t>Неначе вони проковтнули дубця,&lt;br /&gt;</w:t>
        <w:br/>
        <w:t>Яким їх колись лупцювали.</w:t>
      </w:r>
    </w:p>
    <w:p>
      <w:r>
        <w:br/>
        <w:t>О ні, той фухтель не зовсім зник —&lt;br /&gt;</w:t>
        <w:br/>
        <w:t>Тепер він у їхній суті,-&lt;br /&gt;</w:t>
        <w:br/>
        <w:t>Хоч дружнє "ти", а не давнє "він"&lt;br /&gt;</w:t>
        <w:br/>
        <w:t>Вживають ці типи надуті.</w:t>
      </w:r>
    </w:p>
    <w:p>
      <w:r>
        <w:br/>
        <w:t>З нового — лиш довгі вуса прийшли&lt;br /&gt;</w:t>
        <w:br/>
        <w:t>На зміну забутим косам:&lt;br /&gt;</w:t>
        <w:br/>
        <w:t>Коса, що ззаду висіла колись,&lt;br /&gt;</w:t>
        <w:br/>
        <w:t>Тепер висить під носом.</w:t>
      </w:r>
    </w:p>
    <w:p>
      <w:r>
        <w:br/>
        <w:t>В одежі кінноти з'явились також&lt;br /&gt;</w:t>
        <w:br/>
        <w:t>Раніш мені невідомі&lt;br /&gt;</w:t>
        <w:br/>
        <w:t>Подробиці,— варто відмітить шолом&lt;br /&gt;</w:t>
        <w:br/>
        <w:t>І стальний гострячок на шоломі.</w:t>
      </w:r>
    </w:p>
    <w:p>
      <w:r>
        <w:br/>
        <w:t>Ідею рицарства в тім гострячку&lt;br /&gt;</w:t>
        <w:br/>
        <w:t>Завзятий втілив романтик,-&lt;br /&gt;</w:t>
        <w:br/>
        <w:t>О, де ви, пані фон Монфокон&lt;br /&gt;</w:t>
        <w:br/>
        <w:t>І панове Фуке, Уланд, Тік!</w:t>
      </w:r>
    </w:p>
    <w:p>
      <w:r>
        <w:br/>
        <w:t>Нагадує він середні віки,&lt;br /&gt;</w:t>
        <w:br/>
        <w:t>Коли двірські посіпаки&lt;br /&gt;</w:t>
        <w:br/>
        <w:t>Плекали відданість в серцях&lt;br /&gt;</w:t>
        <w:br/>
        <w:t>І герб нашивали на с...</w:t>
      </w:r>
    </w:p>
    <w:p>
      <w:r>
        <w:br/>
        <w:t>Турніри, й служіння облудний культ,&lt;br /&gt;</w:t>
        <w:br/>
        <w:t>І здирства в хрестовім поході,&lt;br /&gt;</w:t>
        <w:br/>
        <w:t>Увесь нецензурний вік, коли&lt;br /&gt;</w:t>
        <w:br/>
        <w:t>Газет не було ще й в заводі.</w:t>
      </w:r>
    </w:p>
    <w:p>
      <w:r>
        <w:br/>
        <w:t>Так, так! Мені до вподоби шолом,&lt;br /&gt;</w:t>
        <w:br/>
        <w:t>Є в ньому дотепність найвища —&lt;br /&gt;</w:t>
        <w:br/>
        <w:t>У ньому виявивсь сам король,&lt;br /&gt;</w:t>
        <w:br/>
        <w:t>Але ж той гостряк — навіщо?</w:t>
      </w:r>
    </w:p>
    <w:p>
      <w:r>
        <w:br/>
        <w:t>Подумайте — що?, коли вдарить грім?&lt;br /&gt;</w:t>
        <w:br/>
        <w:t>Як легко буде тій спиці&lt;br /&gt;</w:t>
        <w:br/>
        <w:t>На ваше чоло притягнути з небес&lt;br /&gt;</w:t>
        <w:br/>
        <w:t>Наймодерніші блискавиці!</w:t>
      </w:r>
    </w:p>
    <w:p>
      <w:r>
        <w:br/>
        <w:t>А буде війна — треба також&lt;br /&gt;</w:t>
        <w:br/>
        <w:t>Легші шапки купувати:&lt;br /&gt;</w:t>
        <w:br/>
        <w:t>Середньовіччя шолом важкий&lt;br /&gt;</w:t>
        <w:br/>
        <w:t>Завадить швидко тікати.</w:t>
      </w:r>
    </w:p>
    <w:p>
      <w:r>
        <w:br/>
        <w:t>В Аахені знову я з орлом,&lt;br /&gt;</w:t>
        <w:br/>
        <w:t>Мені ненависним, стрівся.&lt;br /&gt;</w:t>
        <w:br/>
        <w:t>На мене з поштової вивіски він&lt;br /&gt;</w:t>
        <w:br/>
        <w:t>Отруйливо дивився.</w:t>
      </w:r>
    </w:p>
    <w:p>
      <w:r>
        <w:br/>
        <w:t>Огидний птах! Ще прийде час,&lt;br /&gt;</w:t>
        <w:br/>
        <w:t>І я тебе впіймаю,&lt;br /&gt;</w:t>
        <w:br/>
        <w:t>Тоді я вирву тобі хвоста&lt;br /&gt;</w:t>
        <w:br/>
        <w:t>І кігті геть одрубаю.</w:t>
      </w:r>
    </w:p>
    <w:p>
      <w:r>
        <w:br/>
        <w:t>Зажди, ти будеш таки вгорі&lt;br /&gt;</w:t>
        <w:br/>
        <w:t>Сидіти на жердині;&lt;br /&gt;</w:t>
        <w:br/>
        <w:t>І ми скличемо рейнських веселих стрільців&lt;br /&gt;</w:t>
        <w:br/>
        <w:t>На свято стрільби в долині.</w:t>
      </w:r>
    </w:p>
    <w:p>
      <w:r>
        <w:br/>
        <w:t>І той, хто зіб'є тебе униз,-&lt;br /&gt;</w:t>
        <w:br/>
        <w:t>Корона йому і держава!&lt;br /&gt;</w:t>
        <w:br/>
        <w:t>Ми вріжем туш і гукнемо:&lt;br /&gt;</w:t>
        <w:br/>
        <w:t>"Слава, коро?лю, слава!"</w:t>
      </w:r>
    </w:p>
    <w:p>
      <w:r>
        <w:br/>
        <w:t>IV</w:t>
      </w:r>
    </w:p>
    <w:p>
      <w:r>
        <w:br/>
        <w:t>Затемна я до Кельна прибув,&lt;br /&gt;</w:t>
        <w:br/>
        <w:t>Де Рейн хлюпотів без упину,&lt;br /&gt;</w:t>
        <w:br/>
        <w:t>І дух німецький мене сп'янив,&lt;br /&gt;</w:t>
        <w:br/>
        <w:t>Вплинувши в ту ж хвилину</w:t>
      </w:r>
    </w:p>
    <w:p>
      <w:r>
        <w:br/>
        <w:t>На мій апетит. Я одразу з'їв&lt;br /&gt;</w:t>
        <w:br/>
        <w:t>З шинкою миску яєшні,&lt;br /&gt;</w:t>
        <w:br/>
        <w:t>Вона пересолена була —&lt;br /&gt;</w:t>
        <w:br/>
        <w:t>Наліг я на вина тутешні.</w:t>
      </w:r>
    </w:p>
    <w:p>
      <w:r>
        <w:br/>
        <w:t>В зеленій римській чарці блищить&lt;br /&gt;</w:t>
        <w:br/>
        <w:t>Рейнвейн, мов золото, й досі,-&lt;br /&gt;</w:t>
        <w:br/>
        <w:t>А вип'єш декілька зайвих півкварт —&lt;br /&gt;</w:t>
        <w:br/>
        <w:t>Одразу закрутить у носі.</w:t>
      </w:r>
    </w:p>
    <w:p>
      <w:r>
        <w:br/>
        <w:t>Усе пішло в голові шкереберть,&lt;br /&gt;</w:t>
        <w:br/>
        <w:t>Блаженні хвилини настали,&lt;br /&gt;</w:t>
        <w:br/>
        <w:t>І я подався у морок нічний,&lt;br /&gt;</w:t>
        <w:br/>
        <w:t>В лункі півтемні квартали.</w:t>
      </w:r>
    </w:p>
    <w:p>
      <w:r>
        <w:br/>
        <w:t>Будинки розповідали мені&lt;br /&gt;</w:t>
        <w:br/>
        <w:t>І прірва вулиць пустельна&lt;br /&gt;</w:t>
        <w:br/>
        <w:t>Легенди давно минулих днів&lt;br /&gt;</w:t>
        <w:br/>
        <w:t>Святого міста Кельна.</w:t>
      </w:r>
    </w:p>
    <w:p>
      <w:r>
        <w:br/>
        <w:t>Колись в цьому місті попівський клір&lt;br /&gt;</w:t>
        <w:br/>
        <w:t>Проводив дні святебні,&lt;br /&gt;</w:t>
        <w:br/>
        <w:t>Тут Ульріх фон Гуттен викрив діла&lt;br /&gt;</w:t>
        <w:br/>
        <w:t>Темних людей ганебні.</w:t>
      </w:r>
    </w:p>
    <w:p>
      <w:r>
        <w:br/>
        <w:t>В канкані середньовічному тут&lt;br /&gt;</w:t>
        <w:br/>
        <w:t>Гасали ченці й черниці,&lt;br /&gt;</w:t>
        <w:br/>
        <w:t>Тут кельнський Менцель — Гохстратен писав&lt;br /&gt;</w:t>
        <w:br/>
        <w:t>Доно?сці препідлі й ниці.</w:t>
      </w:r>
    </w:p>
    <w:p>
      <w:r>
        <w:br/>
        <w:t>В полум'ї середньовічних кострів&lt;br /&gt;</w:t>
        <w:br/>
        <w:t>Книжки тут і люди палали,&lt;br /&gt;</w:t>
        <w:br/>
        <w:t>І дзвони в церквах при цьому гули,&lt;br /&gt;</w:t>
        <w:br/>
        <w:t>І "кіріє елейсон" співали.</w:t>
      </w:r>
    </w:p>
    <w:p>
      <w:r>
        <w:br/>
        <w:t>Тут парувались тупість і злість&lt;br /&gt;</w:t>
        <w:br/>
        <w:t>В пеській одвертій суті,&lt;br /&gt;</w:t>
        <w:br/>
        <w:t>Їхніх потомків знати й тепер&lt;br /&gt;</w:t>
        <w:br/>
        <w:t>З віронестерпної люті.</w:t>
      </w:r>
    </w:p>
    <w:p>
      <w:r>
        <w:br/>
        <w:t>Та що це? В місячнім сяйві я&lt;br /&gt;</w:t>
        <w:br/>
        <w:t>Бачу велику потвору,-&lt;br /&gt;</w:t>
        <w:br/>
        <w:t>З біса весь чорний Кельнський собор&lt;br /&gt;</w:t>
        <w:br/>
        <w:t>Огидно пнеться вгору.</w:t>
      </w:r>
    </w:p>
    <w:p>
      <w:r>
        <w:br/>
        <w:t>Бастілія духу це мала буть,&lt;br /&gt;</w:t>
        <w:br/>
        <w:t>І попи вже змовлялись ниці:&lt;br /&gt;</w:t>
        <w:br/>
        <w:t>"Німецький розум згноїмо&lt;br /&gt;</w:t>
        <w:br/>
        <w:t>Ми в цій гігантській в'язниці!"</w:t>
      </w:r>
    </w:p>
    <w:p>
      <w:r>
        <w:br/>
        <w:t>З'явився Лютер. "Стій!" — сказав,&lt;br /&gt;</w:t>
        <w:br/>
        <w:t>І після того слова&lt;br /&gt;</w:t>
        <w:br/>
        <w:t>Не зрушила ані на крок&lt;br /&gt;</w:t>
        <w:br/>
        <w:t>Собору побудова.</w:t>
      </w:r>
    </w:p>
    <w:p>
      <w:r>
        <w:br/>
        <w:t>Вони не скінчили його — й гаразд,&lt;br /&gt;</w:t>
        <w:br/>
        <w:t>Бо саме цим і зробили&lt;br /&gt;</w:t>
        <w:br/>
        <w:t>Символом нашого духу його&lt;br /&gt;</w:t>
        <w:br/>
        <w:t>Та протестантської сили.</w:t>
      </w:r>
    </w:p>
    <w:p>
      <w:r>
        <w:br/>
        <w:t>О бідні шельми — соборний союз!&lt;br /&gt;</w:t>
        <w:br/>
        <w:t>Чи вам слабкими руками&lt;br /&gt;</w:t>
        <w:br/>
        <w:t>Недобудований добудувать&lt;br /&gt;</w:t>
        <w:br/>
        <w:t>Цей форт панування над нами?!</w:t>
      </w:r>
    </w:p>
    <w:p>
      <w:r>
        <w:br/>
        <w:t>Безумний задум! Даремна річ&lt;br /&gt;</w:t>
        <w:br/>
        <w:t>Жебрати на діло боже,&lt;br /&gt;</w:t>
        <w:br/>
        <w:t>В єретиків та євреїв просить,-&lt;br /&gt;</w:t>
        <w:br/>
        <w:t>Ніщо вже не допоможе.</w:t>
      </w:r>
    </w:p>
    <w:p>
      <w:r>
        <w:br/>
        <w:t>Даремно уславлений Франц Ліст&lt;br /&gt;</w:t>
        <w:br/>
        <w:t>Для вас на храм концертує,&lt;br /&gt;</w:t>
        <w:br/>
        <w:t>Так само й талановитий король&lt;br /&gt;</w:t>
        <w:br/>
        <w:t>Даремно декламує.</w:t>
      </w:r>
    </w:p>
    <w:p>
      <w:r>
        <w:br/>
        <w:t>Собору Кельнського, поки й світ,&lt;br /&gt;</w:t>
        <w:br/>
        <w:t>Уже не добудують,&lt;br /&gt;</w:t>
        <w:br/>
        <w:t>Хоч швабські дурні каміння груз&lt;br /&gt;</w:t>
        <w:br/>
        <w:t>На корабель рихтують.</w:t>
      </w:r>
    </w:p>
    <w:p>
      <w:r>
        <w:br/>
        <w:t>Його не докінчать, даремний крик&lt;br /&gt;</w:t>
        <w:br/>
        <w:t>Сичів і круків потворних,-&lt;br /&gt;</w:t>
        <w:br/>
        <w:t>Тіні минулого звикли завжди&lt;br /&gt;</w:t>
        <w:br/>
        <w:t>Жити у вежах соборних.</w:t>
      </w:r>
    </w:p>
    <w:p>
      <w:r>
        <w:br/>
        <w:t>Уже зближаються часи&lt;br /&gt;</w:t>
        <w:br/>
        <w:t>Величні і незвичайні,&lt;br /&gt;</w:t>
        <w:br/>
        <w:t>Коли недовершений цей собор&lt;br /&gt;</w:t>
        <w:br/>
        <w:t>Ми візьмемо під стайні.</w:t>
      </w:r>
    </w:p>
    <w:p>
      <w:r>
        <w:br/>
        <w:t>"Як стане стайнею собор,&lt;br /&gt;</w:t>
        <w:br/>
        <w:t>Куди подітись мають&lt;br /&gt;</w:t>
        <w:br/>
        <w:t>Три східні царі, що в олтарі&lt;br /&gt;</w:t>
        <w:br/>
        <w:t>Соборному спочивають?"</w:t>
      </w:r>
    </w:p>
    <w:p>
      <w:r>
        <w:br/>
        <w:t>Чудне запитання я чую! В наш час&lt;br /&gt;</w:t>
        <w:br/>
        <w:t>Чи варт про дрібниці дбати?&lt;br /&gt;</w:t>
        <w:br/>
        <w:t>Тоді доведеться східним царям&lt;br /&gt;</w:t>
        <w:br/>
        <w:t>Притулку деінде шукати.</w:t>
      </w:r>
    </w:p>
    <w:p>
      <w:r>
        <w:br/>
        <w:t>А я б вам порадив їх посадить&lt;br /&gt;</w:t>
        <w:br/>
        <w:t>В три клітки з заліза міцного,&lt;br /&gt;</w:t>
        <w:br/>
        <w:t>Що в Мюнстері без ужитку висять&lt;br /&gt;</w:t>
        <w:br/>
        <w:t>На вежі Ламберта святого.</w:t>
      </w:r>
    </w:p>
    <w:p>
      <w:r>
        <w:br/>
        <w:t>Коли ж не вистачить одного&lt;br /&gt;</w:t>
        <w:br/>
        <w:t>Вам до тріумвірату —&lt;br /&gt;</w:t>
        <w:br/>
        <w:t>То замість східного царя&lt;br /&gt;</w:t>
        <w:br/>
        <w:t>Можна західного брати.</w:t>
      </w:r>
    </w:p>
    <w:p>
      <w:r>
        <w:br/>
        <w:t>V</w:t>
      </w:r>
    </w:p>
    <w:p>
      <w:r>
        <w:br/>
        <w:t>Як я на рейнський міст зійшов&lt;br /&gt;</w:t>
        <w:br/>
        <w:t>Біля причального валу,&lt;br /&gt;</w:t>
        <w:br/>
        <w:t>Побачив у місячнім сяйві Рейн,&lt;br /&gt;</w:t>
        <w:br/>
        <w:t>Що вдаль спливав помалу.</w:t>
      </w:r>
    </w:p>
    <w:p>
      <w:r>
        <w:br/>
        <w:t>Привіт тобі, мій батьку Рейн,&lt;br /&gt;</w:t>
        <w:br/>
        <w:t>Що тут було з тобою?&lt;br /&gt;</w:t>
        <w:br/>
        <w:t>Про тебе часто думав я&lt;br /&gt;</w:t>
        <w:br/>
        <w:t>З одчаєм і журбою.</w:t>
      </w:r>
    </w:p>
    <w:p>
      <w:r>
        <w:br/>
        <w:t>Сказав — і вловило в глибинах вод&lt;br /&gt;</w:t>
        <w:br/>
        <w:t>Печальні звуки вухо,-&lt;br /&gt;</w:t>
        <w:br/>
        <w:t>Неначе кашель старого душив,&lt;br /&gt;</w:t>
        <w:br/>
        <w:t>Стогнав він і дихав глухо:</w:t>
      </w:r>
    </w:p>
    <w:p>
      <w:r>
        <w:br/>
        <w:t>"З приїздом, хлопче! Приємно мені,&lt;br /&gt;</w:t>
        <w:br/>
        <w:t>Що ти не забув мене досі.&lt;br /&gt;</w:t>
        <w:br/>
        <w:t>Тринадцять літ не бачились ми,&lt;br /&gt;</w:t>
        <w:br/>
        <w:t>Мені погано жилося.</w:t>
      </w:r>
    </w:p>
    <w:p>
      <w:r>
        <w:br/>
        <w:t>Під Біберіхом я камінь ковтав.&lt;br /&gt;</w:t>
        <w:br/>
        <w:t>Не дуже це смачно. Ще ж гірші,&lt;br /&gt;</w:t>
        <w:br/>
        <w:t>Сказать по правді, для шлунка мого&lt;br /&gt;</w:t>
        <w:br/>
        <w:t>Нікласа Беккера вірші.</w:t>
      </w:r>
    </w:p>
    <w:p>
      <w:r>
        <w:br/>
        <w:t>Він пісню зложив про мене, що я&lt;br /&gt;</w:t>
        <w:br/>
        <w:t>Цнотлива мамина дочка,&lt;br /&gt;</w:t>
        <w:br/>
        <w:t>Яка уперто береже&lt;br /&gt;</w:t>
        <w:br/>
        <w:t>Незайманості віночка.</w:t>
      </w:r>
    </w:p>
    <w:p>
      <w:r>
        <w:br/>
        <w:t>Чуючи пісню безглузду цю,&lt;br /&gt;</w:t>
        <w:br/>
        <w:t>Я хочу лаятись, битись,&lt;br /&gt;</w:t>
        <w:br/>
        <w:t>Вирвати бороду сиву свою&lt;br /&gt;</w:t>
        <w:br/>
        <w:t>І в самому собі втопитись.</w:t>
      </w:r>
    </w:p>
    <w:p>
      <w:r>
        <w:br/>
        <w:t>Чи я ще незаймане дівча,&lt;br /&gt;</w:t>
        <w:br/>
        <w:t>Французи могли б сказати,-&lt;br /&gt;</w:t>
        <w:br/>
        <w:t>Побідні хвилі доводилось їм&lt;br /&gt;</w:t>
        <w:br/>
        <w:t>Не раз з моїми зливати.</w:t>
      </w:r>
    </w:p>
    <w:p>
      <w:r>
        <w:br/>
        <w:t>І пісня дурна, і співець не мудрець!&lt;br /&gt;</w:t>
        <w:br/>
        <w:t>Мене він зганьбив цинічно,&lt;br /&gt;</w:t>
        <w:br/>
        <w:t>І гірша річ — скомпрометував&lt;br /&gt;</w:t>
        <w:br/>
        <w:t>На все життя політично.</w:t>
      </w:r>
    </w:p>
    <w:p>
      <w:r>
        <w:br/>
        <w:t>Коли б французи вернулись до нас, —&lt;br /&gt;</w:t>
        <w:br/>
        <w:t>Мені червоніти треба,&lt;br /&gt;</w:t>
        <w:br/>
        <w:t>Мені, що, чекаючи їх, не раз&lt;br /&gt;</w:t>
        <w:br/>
        <w:t>З сльозами звертався до неба.</w:t>
      </w:r>
    </w:p>
    <w:p>
      <w:r>
        <w:br/>
        <w:t>Не криюся, дуже я їх любив.&lt;br /&gt;</w:t>
        <w:br/>
        <w:t>Ну, як там мої французята?&lt;br /&gt;</w:t>
        <w:br/>
        <w:t>Грають, співають, як і завжди?&lt;br /&gt;</w:t>
        <w:br/>
        <w:t>Ще білі в них штаненята?</w:t>
      </w:r>
    </w:p>
    <w:p>
      <w:r>
        <w:br/>
        <w:t>Хотів би я побачити їх,&lt;br /&gt;</w:t>
        <w:br/>
        <w:t>Не криюсь перед тобою.&lt;br /&gt;</w:t>
        <w:br/>
        <w:t>Але боюсь, бо вірші ті&lt;br /&gt;</w:t>
        <w:br/>
        <w:t>Вкрили мене ганьбою.</w:t>
      </w:r>
    </w:p>
    <w:p>
      <w:r>
        <w:br/>
        <w:t>Альфред де Мюссе, дотепний гамен,&lt;br /&gt;</w:t>
        <w:br/>
        <w:t>До нас прибуде з ними,&lt;br /&gt;</w:t>
        <w:br/>
        <w:t>Пробарабанить він на мені&lt;br /&gt;</w:t>
        <w:br/>
        <w:t>Свої тріскучі рими!"</w:t>
      </w:r>
    </w:p>
    <w:p>
      <w:r>
        <w:br/>
        <w:t>Отак побивався батько Рейн,&lt;br /&gt;</w:t>
        <w:br/>
        <w:t>Не міг розважитись знову.&lt;br /&gt;</w:t>
        <w:br/>
        <w:t>Щоб звеселить його, я сказав&lt;br /&gt;</w:t>
        <w:br/>
        <w:t>Розсудливу промову:</w:t>
      </w:r>
    </w:p>
    <w:p>
      <w:r>
        <w:br/>
        <w:t>"Не варт боятись, батьку, тобі&lt;br /&gt;</w:t>
        <w:br/>
        <w:t>Французьких ущипливих глузів,&lt;br /&gt;</w:t>
        <w:br/>
        <w:t>Давно вже змінились французи, й давно&lt;br /&gt;</w:t>
        <w:br/>
        <w:t>Змінились штани у французів.</w:t>
      </w:r>
    </w:p>
    <w:p>
      <w:r>
        <w:br/>
        <w:t>Не білі тепер — червоні штани,&lt;br /&gt;</w:t>
        <w:br/>
        <w:t>І ґудзики інші мають,&lt;br /&gt;</w:t>
        <w:br/>
        <w:t>Не грають вже, не гасають вже,&lt;br /&gt;</w:t>
        <w:br/>
        <w:t>А голови сумно схиляють.</w:t>
      </w:r>
    </w:p>
    <w:p>
      <w:r>
        <w:br/>
        <w:t>Все філософствують, на язиці&lt;br /&gt;</w:t>
        <w:br/>
        <w:t>В них Фіхте, Кант і Гегель,&lt;br /&gt;</w:t>
        <w:br/>
        <w:t>І курять тютюн, і пиво п'ють,&lt;br /&gt;</w:t>
        <w:br/>
        <w:t>І дехто гуляє в кегель.</w:t>
      </w:r>
    </w:p>
    <w:p>
      <w:r>
        <w:br/>
        <w:t>Вони філістери, як і ми,&lt;br /&gt;</w:t>
        <w:br/>
        <w:t>І це вже в них глибоко в серці,-&lt;br /&gt;</w:t>
        <w:br/>
        <w:t>Вже більше не вольтеріанці вони,&lt;br /&gt;</w:t>
        <w:br/>
        <w:t>А швидше генгстенбержці.</w:t>
      </w:r>
    </w:p>
    <w:p>
      <w:r>
        <w:br/>
        <w:t>Альфред де Мюссе, щоправда, гамен,&lt;br /&gt;</w:t>
        <w:br/>
        <w:t>Як і раніш, завзятий,&lt;br /&gt;</w:t>
        <w:br/>
        <w:t>Але не бійся — язика&lt;br /&gt;</w:t>
        <w:br/>
        <w:t>Йому ми зможемо втяти.</w:t>
      </w:r>
    </w:p>
    <w:p>
      <w:r>
        <w:br/>
        <w:t>Нехай барабанить посміє він&lt;br /&gt;</w:t>
        <w:br/>
        <w:t>Огидні свої епіграми,-&lt;br /&gt;</w:t>
        <w:br/>
        <w:t>Просвищем, як приймали його&lt;br /&gt;</w:t>
        <w:br/>
        <w:t>Не раз прекрасні дами.</w:t>
      </w:r>
    </w:p>
    <w:p>
      <w:r>
        <w:br/>
        <w:t>Отож забудь, мій батьку Рейн,&lt;br /&gt;</w:t>
        <w:br/>
        <w:t>Пісні? лихі. Чудову&lt;br /&gt;</w:t>
        <w:br/>
        <w:t>Почуєш пісню нову. Прощай!&lt;br /&gt;</w:t>
        <w:br/>
        <w:t>Ми скоро стрінемось знову",</w:t>
      </w:r>
    </w:p>
    <w:p>
      <w:r>
        <w:br/>
        <w:t>VI</w:t>
      </w:r>
    </w:p>
    <w:p>
      <w:r>
        <w:br/>
        <w:t>Услід за Паганіні ходив&lt;br /&gt;</w:t>
        <w:br/>
        <w:t>Свій Spiritus familiaris,&lt;br /&gt;</w:t>
        <w:br/>
        <w:t>Часом як пес, а часом з лиця —&lt;br /&gt;</w:t>
        <w:br/>
        <w:t>Небіжчик Георг Гарріс.</w:t>
      </w:r>
    </w:p>
    <w:p>
      <w:r>
        <w:br/>
        <w:t>Наполеон кожну грізну мить&lt;br /&gt;</w:t>
        <w:br/>
        <w:t>Бачив червоного мужа,&lt;br /&gt;</w:t>
        <w:br/>
        <w:t>Сократ мав демона свого;&lt;br /&gt;</w:t>
        <w:br/>
        <w:t>Це не уява недужа.</w:t>
      </w:r>
    </w:p>
    <w:p>
      <w:r>
        <w:br/>
        <w:t>І сам я, над письмовим столом&lt;br /&gt;</w:t>
        <w:br/>
        <w:t>Нічною схилившись порою,&lt;br /&gt;</w:t>
        <w:br/>
        <w:t>Не раз помічав, що в масці гість&lt;br /&gt;</w:t>
        <w:br/>
        <w:t>У мене стоїть за спиною.</w:t>
      </w:r>
    </w:p>
    <w:p>
      <w:r>
        <w:br/>
        <w:t>Ховав він щось під своїм плащем,&lt;br /&gt;</w:t>
        <w:br/>
        <w:t>Що тьмяно блискало зрідка.&lt;br /&gt;</w:t>
        <w:br/>
        <w:t>Я думав — сокира у нього там,&lt;br /&gt;</w:t>
        <w:br/>
        <w:t>Сокиру там мені видко.</w:t>
      </w:r>
    </w:p>
    <w:p>
      <w:r>
        <w:br/>
        <w:t>Кремезну він статуру мав,&lt;br /&gt;</w:t>
        <w:br/>
        <w:t>Очі на зорі схожі.&lt;br /&gt;</w:t>
        <w:br/>
        <w:t>Не заважаючи мені,&lt;br /&gt;</w:t>
        <w:br/>
        <w:t>Стояв він, мов на сторожі.</w:t>
      </w:r>
    </w:p>
    <w:p>
      <w:r>
        <w:br/>
        <w:t>Минули роки — вже я й забув&lt;br /&gt;</w:t>
        <w:br/>
        <w:t>Відвідини ті пекельні,&lt;br /&gt;</w:t>
        <w:br/>
        <w:t>Коли раптово зустрівся з ним&lt;br /&gt;</w:t>
        <w:br/>
        <w:t>Ясної ночі в Кельні.</w:t>
      </w:r>
    </w:p>
    <w:p>
      <w:r>
        <w:br/>
        <w:t>Задумано містом вночі я блукав&lt;br /&gt;</w:t>
        <w:br/>
        <w:t>І бачив його за собою,&lt;br /&gt;</w:t>
        <w:br/>
        <w:t>Як тінь свою; я спинявся — і він&lt;br /&gt;</w:t>
        <w:br/>
        <w:t>Спинявся разом зо мною.</w:t>
      </w:r>
    </w:p>
    <w:p>
      <w:r>
        <w:br/>
        <w:t>Спинявся він, наче мене дожидав,&lt;br /&gt;</w:t>
        <w:br/>
        <w:t>Рушав я — і тінь його чорну&lt;br /&gt;</w:t>
        <w:br/>
        <w:t>Волік за собою. Так ми прийшли&lt;br /&gt;</w:t>
        <w:br/>
        <w:t>Аж геть на площу соборну.</w:t>
      </w:r>
    </w:p>
    <w:p>
      <w:r>
        <w:br/>
        <w:t>Це стало нестерпно, і я повернувсь&lt;br /&gt;</w:t>
        <w:br/>
        <w:t>І крикнув: "Скажи мені в очі,&lt;br /&gt;</w:t>
        <w:br/>
        <w:t>Чого за мною ти ідеш&lt;br /&gt;</w:t>
        <w:br/>
        <w:t>В пустелі оцій серед ночі?</w:t>
      </w:r>
    </w:p>
    <w:p>
      <w:r>
        <w:br/>
        <w:t>Тебе зустрічаю я завжди,&lt;br /&gt;</w:t>
        <w:br/>
        <w:t>Коли світова задуха&lt;br /&gt;</w:t>
        <w:br/>
        <w:t>Груди стискає мої і горять&lt;br /&gt;</w:t>
        <w:br/>
        <w:t>В мозку блискавки духа.</w:t>
      </w:r>
    </w:p>
    <w:p>
      <w:r>
        <w:br/>
        <w:t>Чого ти дивишся й мовчиш?&lt;br /&gt;</w:t>
        <w:br/>
        <w:t>Скажи — що ти ховаєш&lt;br /&gt;</w:t>
        <w:br/>
        <w:t>Під темним плащем і що там блищить?&lt;br /&gt;</w:t>
        <w:br/>
        <w:t>Хто ти й чого бажаєш?"</w:t>
      </w:r>
    </w:p>
    <w:p>
      <w:r>
        <w:br/>
        <w:t>І привид одразу мені відповів&lt;br /&gt;</w:t>
        <w:br/>
        <w:t>Спокійно і флегматично:&lt;br /&gt;</w:t>
        <w:br/>
        <w:t>"Будь ласка, без нервів... Мене заклинать&lt;br /&gt;</w:t>
        <w:br/>
        <w:t>Не треба так патетично!</w:t>
      </w:r>
    </w:p>
    <w:p>
      <w:r>
        <w:br/>
        <w:t>Я зовсім не привид старовини,&lt;br /&gt;</w:t>
        <w:br/>
        <w:t>Не пугало з могили,&lt;br /&gt;</w:t>
        <w:br/>
        <w:t>Ані філософії мене,&lt;br /&gt;</w:t>
        <w:br/>
        <w:t>Ні красномовства не вчили.</w:t>
      </w:r>
    </w:p>
    <w:p>
      <w:r>
        <w:br/>
        <w:t>З натури практик я; завжди&lt;br /&gt;</w:t>
        <w:br/>
        <w:t>Мовчу й спокійний буваю.&lt;br /&gt;</w:t>
        <w:br/>
        <w:t>Та знай лиш — усе, що намислиш ти,&lt;br /&gt;</w:t>
        <w:br/>
        <w:t>Я у життя втіляю.</w:t>
      </w:r>
    </w:p>
    <w:p>
      <w:r>
        <w:br/>
        <w:t>Минуть віки — я не спинюсь,&lt;br /&gt;</w:t>
        <w:br/>
        <w:t>Покіль твою думку і мрію&lt;br /&gt;</w:t>
        <w:br/>
        <w:t>На дійсність не перетворю;&lt;br /&gt;</w:t>
        <w:br/>
        <w:t>Ти мислиш, а я дію.</w:t>
      </w:r>
    </w:p>
    <w:p>
      <w:r>
        <w:br/>
        <w:t>Так, ти суддя, я — слухняний кат;&lt;br /&gt;</w:t>
        <w:br/>
        <w:t>З покорою рабською, ревно&lt;br /&gt;</w:t>
        <w:br/>
        <w:t>Я здійснюю кожний твій вирок, хоча б&lt;br /&gt;</w:t>
        <w:br/>
        <w:t>Несправедливий запевно.</w:t>
      </w:r>
    </w:p>
    <w:p>
      <w:r>
        <w:br/>
        <w:t>З сокирою ліктора в Римі мав&lt;br /&gt;</w:t>
        <w:br/>
        <w:t>Консул перед собою,&lt;br /&gt;</w:t>
        <w:br/>
        <w:t>У тебе є свій ліктор, лиш він&lt;br /&gt;</w:t>
        <w:br/>
        <w:t>Сокиру несе за тобою.</w:t>
      </w:r>
    </w:p>
    <w:p>
      <w:r>
        <w:br/>
        <w:t>Твій ліктор — я, за тобою йду&lt;br /&gt;</w:t>
        <w:br/>
        <w:t>І маю в руці завжди я&lt;br /&gt;</w:t>
        <w:br/>
        <w:t>Блискучу сокиру свою, бо я —&lt;br /&gt;</w:t>
        <w:br/>
        <w:t>Думок твоїх втілена дія".</w:t>
      </w:r>
    </w:p>
    <w:p>
      <w:r>
        <w:br/>
        <w:t>VII</w:t>
      </w:r>
    </w:p>
    <w:p>
      <w:r>
        <w:br/>
        <w:t>Мов ангели приспали мене,&lt;br /&gt;</w:t>
        <w:br/>
        <w:t>Отак заснув я вдома.&lt;br /&gt;</w:t>
        <w:br/>
        <w:t>В німецьких перинах добре спать,&lt;br /&gt;</w:t>
        <w:br/>
        <w:t>М'які вони, як відомо.</w:t>
      </w:r>
    </w:p>
    <w:p>
      <w:r>
        <w:br/>
        <w:t>Як часто за вами я сумував,&lt;br /&gt;</w:t>
        <w:br/>
        <w:t>Вітчизняні перини,&lt;br /&gt;</w:t>
        <w:br/>
        <w:t>Коли ночами лежав без сну&lt;br /&gt;</w:t>
        <w:br/>
        <w:t>На твердих сінниках чужини.</w:t>
      </w:r>
    </w:p>
    <w:p>
      <w:r>
        <w:br/>
        <w:t>Чудова перина — чудовий сон&lt;br /&gt;</w:t>
        <w:br/>
        <w:t>На тебе навіває.&lt;br /&gt;</w:t>
        <w:br/>
        <w:t>Німецька душа від пут земних&lt;br /&gt;</w:t>
        <w:br/>
        <w:t>Лиш тут відпочиває.</w:t>
      </w:r>
    </w:p>
    <w:p>
      <w:r>
        <w:br/>
        <w:t>Вона тут вільна й вільно летить&lt;br /&gt;</w:t>
        <w:br/>
        <w:t>У вись небесну прозору.&lt;br /&gt;</w:t>
        <w:br/>
        <w:t>О душе німецька, як гордо в снах&lt;br /&gt;</w:t>
        <w:br/>
        <w:t>Ти піднімаєшся вгору!</w:t>
      </w:r>
    </w:p>
    <w:p>
      <w:r>
        <w:br/>
        <w:t>Сам бог перед тобою — ніщо!&lt;br /&gt;</w:t>
        <w:br/>
        <w:t>Крилом в небеснім просторі&lt;br /&gt;</w:t>
        <w:br/>
        <w:t>До блиску начищаєш ти&lt;br /&gt;</w:t>
        <w:br/>
        <w:t>Малі зустрічні зорі.</w:t>
      </w:r>
    </w:p>
    <w:p>
      <w:r>
        <w:br/>
        <w:t>Французам і руським належить земля,&lt;br /&gt;</w:t>
        <w:br/>
        <w:t>На морі — панують бритти,&lt;br /&gt;</w:t>
        <w:br/>
        <w:t>Зате ми пануємо в царстві мрій —&lt;br /&gt;</w:t>
        <w:br/>
        <w:t>О, тут нас не розбити!</w:t>
      </w:r>
    </w:p>
    <w:p>
      <w:r>
        <w:br/>
        <w:t>Тут ми єдині, і тут вже ми&lt;br /&gt;</w:t>
        <w:br/>
        <w:t>Не коримось нікому,-&lt;br /&gt;</w:t>
        <w:br/>
        <w:t>Інші народи, щоправда, живуть&lt;br /&gt;</w:t>
        <w:br/>
        <w:t>На грунті більш твердому.</w:t>
      </w:r>
    </w:p>
    <w:p>
      <w:r>
        <w:br/>
        <w:t>Заснув я, і приснилось мені,&lt;br /&gt;</w:t>
        <w:br/>
        <w:t>Що в місячнім сяйві ясному&lt;br /&gt;</w:t>
        <w:br/>
        <w:t>Лункими завулками знову я&lt;br /&gt;</w:t>
        <w:br/>
        <w:t>Блукаю по Кельну нічному.</w:t>
      </w:r>
    </w:p>
    <w:p>
      <w:r>
        <w:br/>
        <w:t>І знову слідом за мною йшов&lt;br /&gt;</w:t>
        <w:br/>
        <w:t>Мій чорний супутник незмінно,&lt;br /&gt;</w:t>
        <w:br/>
        <w:t>І я від утоми не чув уже ніг,&lt;br /&gt;</w:t>
        <w:br/>
        <w:t>Але ми брели невпинно.</w:t>
      </w:r>
    </w:p>
    <w:p>
      <w:r>
        <w:br/>
        <w:t>Ми далі брели, і серце моє&lt;br /&gt;</w:t>
        <w:br/>
        <w:t>Розкрилось, наче рана,&lt;br /&gt;</w:t>
        <w:br/>
        <w:t>І з рани серця по краплі кров&lt;br /&gt;</w:t>
        <w:br/>
        <w:t>Сочилася багряна.</w:t>
      </w:r>
    </w:p>
    <w:p>
      <w:r>
        <w:br/>
        <w:t>Я часом у кров свою пальці вмочав&lt;br /&gt;</w:t>
        <w:br/>
        <w:t>І часом зупинявся&lt;br /&gt;</w:t>
        <w:br/>
        <w:t>Біля одвірків — і знак на них,&lt;br /&gt;</w:t>
        <w:br/>
        <w:t>Кривавий знак залишався.</w:t>
      </w:r>
    </w:p>
    <w:p>
      <w:r>
        <w:br/>
        <w:t>І щоразу, коли я дім&lt;br /&gt;</w:t>
        <w:br/>
        <w:t>Отак відзначував, дальній&lt;br /&gt;</w:t>
        <w:br/>
        <w:t>Вчувався дзвін похоронний мені,&lt;br /&gt;</w:t>
        <w:br/>
        <w:t>Болючий, тихий, печальний.</w:t>
      </w:r>
    </w:p>
    <w:p>
      <w:r>
        <w:br/>
        <w:t>Та вже на небі місяць блідий&lt;br /&gt;</w:t>
        <w:br/>
        <w:t>Зникав у темній запоні,&lt;br /&gt;</w:t>
        <w:br/>
        <w:t>І дикі хмари летіли вдаль&lt;br /&gt;</w:t>
        <w:br/>
        <w:t>Повз нього, як чорні коні.</w:t>
      </w:r>
    </w:p>
    <w:p>
      <w:r>
        <w:br/>
        <w:t>Ми довго блукали й нарешті прийшли&lt;br /&gt;</w:t>
        <w:br/>
        <w:t>Знов на соборну площу,&lt;br /&gt;</w:t>
        <w:br/>
        <w:t>Собор одкритий навстіж стояв,&lt;br /&gt;</w:t>
        <w:br/>
        <w:t>І ми зайшли, як на прощу.</w:t>
      </w:r>
    </w:p>
    <w:p>
      <w:r>
        <w:br/>
        <w:t>Всевладно тут панували смерть,&lt;br /&gt;</w:t>
        <w:br/>
        <w:t>І ніч, і глухе мовчання;&lt;br /&gt;</w:t>
        <w:br/>
        <w:t>Підкреслювало темноту&lt;br /&gt;</w:t>
        <w:br/>
        <w:t>Свічок і лампад блищання.</w:t>
      </w:r>
    </w:p>
    <w:p>
      <w:r>
        <w:br/>
        <w:t>Я довго блукав вздовж високих колон&lt;br /&gt;</w:t>
        <w:br/>
        <w:t>Повільною ходою,&lt;br /&gt;</w:t>
        <w:br/>
        <w:t>І кроки мого супутника чув —&lt;br /&gt;</w:t>
        <w:br/>
        <w:t>І тут він був зо мною.</w:t>
      </w:r>
    </w:p>
    <w:p>
      <w:r>
        <w:br/>
        <w:t>Та ось прийшли ми в темний куток,&lt;br /&gt;</w:t>
        <w:br/>
        <w:t>Де тьмяно свічки блищали&lt;br /&gt;</w:t>
        <w:br/>
        <w:t>На діамантах та золоті,— тут&lt;br /&gt;</w:t>
        <w:br/>
        <w:t>Три східні царі лежали.</w:t>
      </w:r>
    </w:p>
    <w:p>
      <w:r>
        <w:br/>
        <w:t>Та три царі, що мали б лежать&lt;br /&gt;</w:t>
        <w:br/>
        <w:t>У раках старовинних,-&lt;br /&gt;</w:t>
        <w:br/>
        <w:t>О дивна річ! Сиділи вони&lt;br /&gt;</w:t>
        <w:br/>
        <w:t>На власних домовинах.</w:t>
      </w:r>
    </w:p>
    <w:p>
      <w:r>
        <w:br/>
        <w:t>Ті три кістяки в фантастичнім вбранні,&lt;br /&gt;</w:t>
        <w:br/>
        <w:t>В коронах, що блищали&lt;br /&gt;</w:t>
        <w:br/>
        <w:t>На мертвих го?ловах, бе?рла в руках&lt;br /&gt;</w:t>
        <w:br/>
        <w:t>Своїх костяних тримали.</w:t>
      </w:r>
    </w:p>
    <w:p>
      <w:r>
        <w:br/>
        <w:t>Мов ляльки на шворках, здіймали вони&lt;br /&gt;</w:t>
        <w:br/>
        <w:t>Давно уже мертві кості,&lt;br /&gt;</w:t>
        <w:br/>
        <w:t>Смерділи гниллю, а разом з тим&lt;br /&gt;</w:t>
        <w:br/>
        <w:t>І ладаном до млості.</w:t>
      </w:r>
    </w:p>
    <w:p>
      <w:r>
        <w:br/>
        <w:t>Один навіть рота був розкрив,&lt;br /&gt;</w:t>
        <w:br/>
        <w:t>Щоб довгу промову сказати.&lt;br /&gt;</w:t>
        <w:br/>
        <w:t>Він добре мені пояснив, чому&lt;br /&gt;</w:t>
        <w:br/>
        <w:t>Я мушу його шанувати.</w:t>
      </w:r>
    </w:p>
    <w:p>
      <w:r>
        <w:br/>
        <w:t>По-перше, тому, що він мрець,&lt;br /&gt;</w:t>
        <w:br/>
        <w:t>По-друге,— король, зрозуміло,&lt;br /&gt;</w:t>
        <w:br/>
        <w:t>По-третє, ще й тому, що він святий,-&lt;br /&gt;</w:t>
        <w:br/>
        <w:t>Мене це це зворушило.</w:t>
      </w:r>
    </w:p>
    <w:p>
      <w:r>
        <w:br/>
        <w:t>І я йому, сміючись, відповів:&lt;br /&gt;</w:t>
        <w:br/>
        <w:t>"Даремно себе ти бентежиш!&lt;br /&gt;</w:t>
        <w:br/>
        <w:t>Я добре знаю — минулим часам&lt;br /&gt;</w:t>
        <w:br/>
        <w:t>Увесь ти давно належиш!</w:t>
      </w:r>
    </w:p>
    <w:p>
      <w:r>
        <w:br/>
        <w:t>Геть звідси, геть! З глибоких могил&lt;br /&gt;</w:t>
        <w:br/>
        <w:t>На світло ви вийшли всує!&lt;br /&gt;</w:t>
        <w:br/>
        <w:t>Скарби цієї капели життя,&lt;br /&gt;</w:t>
        <w:br/>
        <w:t>Живе життя конфіскує!</w:t>
      </w:r>
    </w:p>
    <w:p>
      <w:r>
        <w:br/>
        <w:t>Весела кіннота майбутнього тут&lt;br /&gt;</w:t>
        <w:br/>
        <w:t>Має постоєм стати;&lt;br /&gt;</w:t>
        <w:br/>
        <w:t>Добром не підете звідси — ми вас&lt;br /&gt;</w:t>
        <w:br/>
        <w:t>Прикладами будемо гнати!"</w:t>
      </w:r>
    </w:p>
    <w:p>
      <w:r>
        <w:br/>
        <w:t>І я на привид свій озирнувсь&lt;br /&gt;</w:t>
        <w:br/>
        <w:t>По цих словах суворих —&lt;br /&gt;</w:t>
        <w:br/>
        <w:t>Сокира блищала в його руках,&lt;br /&gt;</w:t>
        <w:br/>
        <w:t>І він зрозумів мій порух.</w:t>
      </w:r>
    </w:p>
    <w:p>
      <w:r>
        <w:br/>
        <w:t>Наблизивсь він і тую ж мить&lt;br /&gt;</w:t>
        <w:br/>
        <w:t>Сокирою став навально&lt;br /&gt;</w:t>
        <w:br/>
        <w:t>Трощити кістки забобонів старих&lt;br /&gt;</w:t>
        <w:br/>
        <w:t>І нищити їх безжально.</w:t>
      </w:r>
    </w:p>
    <w:p>
      <w:r>
        <w:br/>
        <w:t>Луна озвалась з усіх кутків,&lt;br /&gt;</w:t>
        <w:br/>
        <w:t>І струмінь кривавий рвонувся&lt;br /&gt;</w:t>
        <w:br/>
        <w:t>Страшним потоком з моїх грудей —&lt;br /&gt;</w:t>
        <w:br/>
        <w:t>І раптом я проснувся.</w:t>
      </w:r>
    </w:p>
    <w:p>
      <w:r>
        <w:br/>
        <w:t>VIII</w:t>
      </w:r>
    </w:p>
    <w:p>
      <w:r>
        <w:br/>
        <w:t>З Кельна до Гагена пошта бере&lt;br /&gt;</w:t>
        <w:br/>
        <w:t>П'ять талерів в прусській монеті,&lt;br /&gt;</w:t>
        <w:br/>
        <w:t>Але в диліжансі місць не було,-&lt;br /&gt;</w:t>
        <w:br/>
        <w:t>Я рушив в одкритій кареті.</w:t>
      </w:r>
    </w:p>
    <w:p>
      <w:r>
        <w:br/>
        <w:t>Осінній ранок, сіра мла,&lt;br /&gt;</w:t>
        <w:br/>
        <w:t>Лежить далина безмовна;&lt;br /&gt;</w:t>
        <w:br/>
        <w:t>Повзем у багнах, але душа —&lt;br /&gt;</w:t>
        <w:br/>
        <w:t>Душа моя щастя повна.</w:t>
      </w:r>
    </w:p>
    <w:p>
      <w:r>
        <w:br/>
        <w:t>Це рідний вітер гаряче&lt;br /&gt;</w:t>
        <w:br/>
        <w:t>Цілує мене щохвилини;&lt;br /&gt;</w:t>
        <w:br/>
        <w:t>А це багно на шляху — багно&lt;br /&gt;</w:t>
        <w:br/>
        <w:t>Коханої батьківщини!</w:t>
      </w:r>
    </w:p>
    <w:p>
      <w:r>
        <w:br/>
        <w:t>Як давні знайомі, коні хвостом&lt;br /&gt;</w:t>
        <w:br/>
        <w:t>Крутили привітливо й чемно;&lt;br /&gt;</w:t>
        <w:br/>
        <w:t>Мов яблука для Аталанти, пахтів&lt;br /&gt;</w:t>
        <w:br/>
        <w:t>Їх гній для мене приємно.</w:t>
      </w:r>
    </w:p>
    <w:p>
      <w:r>
        <w:br/>
        <w:t>Минули Мюльгейм. Чудовий народ,&lt;br /&gt;</w:t>
        <w:br/>
        <w:t>І місто теж, нівроку.&lt;br /&gt;</w:t>
        <w:br/>
        <w:t>Востаннє я тут у травні був&lt;br /&gt;</w:t>
        <w:br/>
        <w:t>Тридцять першого року.</w:t>
      </w:r>
    </w:p>
    <w:p>
      <w:r>
        <w:br/>
        <w:t>Тоді усе навкруги цвіло,&lt;br /&gt;</w:t>
        <w:br/>
        <w:t>Про щастя пташки співали,&lt;br /&gt;</w:t>
        <w:br/>
        <w:t>Сміялось сонце в небесах,&lt;br /&gt;</w:t>
        <w:br/>
        <w:t>А люди надіялись, ждали —</w:t>
      </w:r>
    </w:p>
    <w:p>
      <w:r>
        <w:br/>
        <w:t>Гадали: охлялих рицарів рать&lt;br /&gt;</w:t>
        <w:br/>
        <w:t>Чкурне по шляхах завізних,&lt;br /&gt;</w:t>
        <w:br/>
        <w:t>Прощальний келих ми їм наллємо&lt;br /&gt;</w:t>
        <w:br/>
        <w:t>З довгих пляшок залізних.</w:t>
      </w:r>
    </w:p>
    <w:p>
      <w:r>
        <w:br/>
        <w:t>І вільна воля прийде до нас&lt;br /&gt;</w:t>
        <w:br/>
        <w:t>З біло-синьо-червоним штандартом,-&lt;br /&gt;</w:t>
        <w:br/>
        <w:t>Можливо, вона підведе з труни&lt;br /&gt;</w:t>
        <w:br/>
        <w:t>Мертвого Бонапарта.</w:t>
      </w:r>
    </w:p>
    <w:p>
      <w:r>
        <w:br/>
        <w:t>О боже! І досі рицарство тут!&lt;br /&gt;</w:t>
        <w:br/>
        <w:t>Ті йолопи та боягузи,&lt;br /&gt;</w:t>
        <w:br/>
        <w:t>Що, наче мощі, сюди прибули,&lt;br /&gt;</w:t>
        <w:br/>
        <w:t>Нажерли в нас добре пузо!</w:t>
      </w:r>
    </w:p>
    <w:p>
      <w:r>
        <w:br/>
        <w:t>Сволота бліда, що вигляд колись&lt;br /&gt;</w:t>
        <w:br/>
        <w:t>Любові й надії мала,&lt;br /&gt;</w:t>
        <w:br/>
        <w:t>На наших винах червоні носи&lt;br /&gt;</w:t>
        <w:br/>
        <w:t>Давно собі насмоктала.</w:t>
      </w:r>
    </w:p>
    <w:p>
      <w:r>
        <w:br/>
        <w:t>Тепер свободі рушати на штурм&lt;br /&gt;</w:t>
        <w:br/>
        <w:t>Нелегко — болять в неї крижі.&lt;br /&gt;</w:t>
        <w:br/>
        <w:t>Сумно звисають з веж прапори&lt;br /&gt;</w:t>
        <w:br/>
        <w:t>Триколірні в Парижі.</w:t>
      </w:r>
    </w:p>
    <w:p>
      <w:r>
        <w:br/>
        <w:t>Хоч дійсно був імператор воскрес,&lt;br /&gt;</w:t>
        <w:br/>
        <w:t>Та англійське червище кляте&lt;br /&gt;</w:t>
        <w:br/>
        <w:t>Його втихомирило, і він&lt;br /&gt;</w:t>
        <w:br/>
        <w:t>Дав себе знов закопати.</w:t>
      </w:r>
    </w:p>
    <w:p>
      <w:r>
        <w:br/>
        <w:t>Золоту колісницю бачив я сам,&lt;br /&gt;</w:t>
        <w:br/>
        <w:t>Коли його тіло стрічали,&lt;br /&gt;</w:t>
        <w:br/>
        <w:t>І богинь перемоги золотих,&lt;br /&gt;</w:t>
        <w:br/>
        <w:t>Що труну золоту тримали.</w:t>
      </w:r>
    </w:p>
    <w:p>
      <w:r>
        <w:br/>
        <w:t>Повагом вздовж Єлісейських Полів,&lt;br /&gt;</w:t>
        <w:br/>
        <w:t>Крізь Тріумфальні ворота,&lt;br /&gt;</w:t>
        <w:br/>
        <w:t>Процесія йшла — був сніг, і туман,&lt;br /&gt;</w:t>
        <w:br/>
        <w:t>І чвиря, й огидна сльота.</w:t>
      </w:r>
    </w:p>
    <w:p>
      <w:r>
        <w:br/>
        <w:t>Фальшиво гримів розпачливий марш —&lt;br /&gt;</w:t>
        <w:br/>
        <w:t>Оркестр потерпав страшенно&lt;br /&gt;</w:t>
        <w:br/>
        <w:t>Від лютої стужі. З штандартів орли&lt;br /&gt;</w:t>
        <w:br/>
        <w:t>Сумно дивились на мене.</w:t>
      </w:r>
    </w:p>
    <w:p>
      <w:r>
        <w:br/>
        <w:t>Натхнення було в очах у людей,&lt;br /&gt;</w:t>
        <w:br/>
        <w:t>Охоплених снами старими,-&lt;br /&gt;</w:t>
        <w:br/>
        <w:t>Це привид казковий імперії знов&lt;br /&gt;</w:t>
        <w:br/>
        <w:t>Підводився перед ними.</w:t>
      </w:r>
    </w:p>
    <w:p>
      <w:r>
        <w:br/>
        <w:t>В той день я плакав. Очі мої&lt;br /&gt;</w:t>
        <w:br/>
        <w:t>Туманом сліз застилало,&lt;br /&gt;</w:t>
        <w:br/>
        <w:t>Коли я почув, як з тисячі уст&lt;br /&gt;</w:t>
        <w:br/>
        <w:t>"Vive l'Empereur!" пролунало.</w:t>
      </w:r>
    </w:p>
    <w:p>
      <w:r>
        <w:br/>
        <w:t>IX</w:t>
      </w:r>
    </w:p>
    <w:p>
      <w:r>
        <w:br/>
        <w:t>Ранком — три чверті на восьму було —&lt;br /&gt;</w:t>
        <w:br/>
        <w:t>З Кельна ми виїжджали.&lt;br /&gt;</w:t>
        <w:br/>
        <w:t>До Гагена ми прибули біля трьох,&lt;br /&gt;</w:t>
        <w:br/>
        <w:t>Саме на стіл подавали.</w:t>
      </w:r>
    </w:p>
    <w:p>
      <w:r>
        <w:br/>
        <w:t>Обід чекав. Була тут сповна&lt;br /&gt;</w:t>
        <w:br/>
        <w:t>Вся старонімецька страва.&lt;br /&gt;</w:t>
        <w:br/>
        <w:t>Привіт, капусто кисла, тобі,&lt;br /&gt;</w:t>
        <w:br/>
        <w:t>І твоїм ароматам — слава!</w:t>
      </w:r>
    </w:p>
    <w:p>
      <w:r>
        <w:br/>
        <w:t>Каштани в капусті (у матері я&lt;br /&gt;</w:t>
        <w:br/>
        <w:t>Любив їх) — річ знаменита!&lt;br /&gt;</w:t>
        <w:br/>
        <w:t>О рідна тараня, яка ти смачна,&lt;br /&gt;</w:t>
        <w:br/>
        <w:t>Олією мудро полита.</w:t>
      </w:r>
    </w:p>
    <w:p>
      <w:r>
        <w:br/>
        <w:t>Для серця чулого назавжди&lt;br /&gt;</w:t>
        <w:br/>
        <w:t>Лишиться вітчизна мила,&lt;br /&gt;</w:t>
        <w:br/>
        <w:t>Яйце й оселедець я також люблю,&lt;br /&gt;</w:t>
        <w:br/>
        <w:t>Коли їх засмажити вміло.</w:t>
      </w:r>
    </w:p>
    <w:p>
      <w:r>
        <w:br/>
        <w:t>Вмлівали ковбаски на сковороді,&lt;br /&gt;</w:t>
        <w:br/>
        <w:t>Дрозди під мусом, неначе&lt;br /&gt;</w:t>
        <w:br/>
        <w:t>Засмажені янголята святі,&lt;br /&gt;</w:t>
        <w:br/>
        <w:t>Пищали: "З приїздом, земляче!"</w:t>
      </w:r>
    </w:p>
    <w:p>
      <w:r>
        <w:br/>
        <w:t>"Привіт, земляче! — мліли вони,-&lt;br /&gt;</w:t>
        <w:br/>
        <w:t>Як довго ти не з'являвся!&lt;br /&gt;</w:t>
        <w:br/>
        <w:t>Щось дуже ти довго із птаством чужим&lt;br /&gt;</w:t>
        <w:br/>
        <w:t>В чужій чужині тулявся!"</w:t>
      </w:r>
    </w:p>
    <w:p>
      <w:r>
        <w:br/>
        <w:t>І гуска стояла на столі,&lt;br /&gt;</w:t>
        <w:br/>
        <w:t>Істота привітлива й мила,-&lt;br /&gt;</w:t>
        <w:br/>
        <w:t>Здається, коли ми молодші були,&lt;br /&gt;</w:t>
        <w:br/>
        <w:t>Вона мене дуже любила.</w:t>
      </w:r>
    </w:p>
    <w:p>
      <w:r>
        <w:br/>
        <w:t>Вона підморгувала мені&lt;br /&gt;</w:t>
        <w:br/>
        <w:t>Так віддано, ніжно, мило!&lt;br /&gt;</w:t>
        <w:br/>
        <w:t>Душа в неї справді м'яка була,&lt;br /&gt;</w:t>
        <w:br/>
        <w:t>Але твердувате тіло.</w:t>
      </w:r>
    </w:p>
    <w:p>
      <w:r>
        <w:br/>
        <w:t>Свинячу голову внесли&lt;br /&gt;</w:t>
        <w:br/>
        <w:t>На олов'янім підносі:&lt;br /&gt;</w:t>
        <w:br/>
        <w:t>Безсмертним лавром квітчають у нас&lt;br /&gt;</w:t>
        <w:br/>
        <w:t>Свинячі пики і досі.</w:t>
      </w:r>
    </w:p>
    <w:p>
      <w:r>
        <w:br/>
        <w:t>Х</w:t>
      </w:r>
    </w:p>
    <w:p>
      <w:r>
        <w:br/>
        <w:t>За Гагеном настала ніч.&lt;br /&gt;</w:t>
        <w:br/>
        <w:t>Немало я потрусився&lt;br /&gt;</w:t>
        <w:br/>
        <w:t>Від лютого холоду. Тільки в корчмі&lt;br /&gt;</w:t>
        <w:br/>
        <w:t>В Унні я трохи зігрівся.</w:t>
      </w:r>
    </w:p>
    <w:p>
      <w:r>
        <w:br/>
        <w:t>Дівча гарненьке там мені&lt;br /&gt;</w:t>
        <w:br/>
        <w:t>Чудовий пунш зготувало.&lt;br /&gt;</w:t>
        <w:br/>
        <w:t>Волосся було в неї — жовтий шовк,&lt;br /&gt;</w:t>
        <w:br/>
        <w:t>А очі — порівнянь мало!</w:t>
      </w:r>
    </w:p>
    <w:p>
      <w:r>
        <w:br/>
        <w:t>Приємно чути мені було&lt;br /&gt;</w:t>
        <w:br/>
        <w:t>Вестфальську чудну вимову.&lt;br /&gt;</w:t>
        <w:br/>
        <w:t>Знайомий напій нагадав мені&lt;br /&gt;</w:t>
        <w:br/>
        <w:t>Компанію чудову —</w:t>
      </w:r>
    </w:p>
    <w:p>
      <w:r>
        <w:br/>
        <w:t>Чудових вестфальців, з якими колись&lt;br /&gt;</w:t>
        <w:br/>
        <w:t>Пиячили ми в Геттінгені&lt;br /&gt;</w:t>
        <w:br/>
        <w:t>Покіль не падали геть під стіл,&lt;br /&gt;</w:t>
        <w:br/>
        <w:t>Як вустілка, п'яні й блаженні.</w:t>
      </w:r>
    </w:p>
    <w:p>
      <w:r>
        <w:br/>
        <w:t>Я так їх гаряче завжди любив,&lt;br /&gt;</w:t>
        <w:br/>
        <w:t>Отих вестфальців мирних,&lt;br /&gt;</w:t>
        <w:br/>
        <w:t>Надійних, вірних, міцних людей,&lt;br /&gt;</w:t>
        <w:br/>
        <w:t>Немудрих і нелицемірних.</w:t>
      </w:r>
    </w:p>
    <w:p>
      <w:r>
        <w:br/>
        <w:t>Які дуелянти чудові вони —&lt;br /&gt;</w:t>
        <w:br/>
        <w:t>Герої, подиву варті!&lt;br /&gt;</w:t>
        <w:br/>
        <w:t>Як влучно і чесно прямують удар&lt;br /&gt;</w:t>
        <w:br/>
        <w:t>На терці і на кварті!</w:t>
      </w:r>
    </w:p>
    <w:p>
      <w:r>
        <w:br/>
        <w:t>Фехтують добре, добре п'ють,&lt;br /&gt;</w:t>
        <w:br/>
        <w:t>А руки в дружнім пориві&lt;br /&gt;</w:t>
        <w:br/>
        <w:t>Тобі стискають, ронять сльозу,&lt;br /&gt;</w:t>
        <w:br/>
        <w:t>Немов дуби чутливі.</w:t>
      </w:r>
    </w:p>
    <w:p>
      <w:r>
        <w:br/>
        <w:t>Хай небо боронить, бадьорий народ,&lt;br /&gt;</w:t>
        <w:br/>
        <w:t>Твої поля й отави&lt;br /&gt;</w:t>
        <w:br/>
        <w:t>Від подвигів і від війни,&lt;br /&gt;</w:t>
        <w:br/>
        <w:t>Від героїзму і слави.</w:t>
      </w:r>
    </w:p>
    <w:p>
      <w:r>
        <w:br/>
        <w:t>Нехай господь юнакам твоїм&lt;br /&gt;</w:t>
        <w:br/>
        <w:t>Найлегший шле екзамен,&lt;br /&gt;</w:t>
        <w:br/>
        <w:t>Нехай щасливо до шлюбу йдуть&lt;br /&gt;</w:t>
        <w:br/>
        <w:t>Дівчата твої — Amen!</w:t>
      </w:r>
    </w:p>
    <w:p>
      <w:r>
        <w:br/>
        <w:t>XI</w:t>
      </w:r>
    </w:p>
    <w:p>
      <w:r>
        <w:br/>
        <w:t>Аж ось він, Тевтобурзький ліс,&lt;br /&gt;</w:t>
        <w:br/>
        <w:t>Що Таціт заніс в аннали.&lt;br /&gt;</w:t>
        <w:br/>
        <w:t>Аж ось класичні багна ті,&lt;br /&gt;</w:t>
        <w:br/>
        <w:t>Що Вару могилою стали!</w:t>
      </w:r>
    </w:p>
    <w:p>
      <w:r>
        <w:br/>
        <w:t>Його подолав тут херусків князь,&lt;br /&gt;</w:t>
        <w:br/>
        <w:t>Герман, со рицарі дужі.&lt;br /&gt;</w:t>
        <w:br/>
        <w:t>Німецький національний дух&lt;br /&gt;</w:t>
        <w:br/>
        <w:t>Родився в цій калюжі.</w:t>
      </w:r>
    </w:p>
    <w:p>
      <w:r>
        <w:br/>
        <w:t>З своїми білявими ордами тут&lt;br /&gt;</w:t>
        <w:br/>
        <w:t>Не виграв би Герман бою —&lt;br /&gt;</w:t>
        <w:br/>
        <w:t>Свободи німецької не було б,&lt;br /&gt;</w:t>
        <w:br/>
        <w:t>Під Римом жили б ми з тобою.</w:t>
      </w:r>
    </w:p>
    <w:p>
      <w:r>
        <w:br/>
        <w:t>У нашій вітчизні мали б ми&lt;br /&gt;</w:t>
        <w:br/>
        <w:t>По-римському говорити.&lt;br /&gt;</w:t>
        <w:br/>
        <w:t>У Мюнхені весталки жили б,&lt;br /&gt;</w:t>
        <w:br/>
        <w:t>А шваби були б — квірити.</w:t>
      </w:r>
    </w:p>
    <w:p>
      <w:r>
        <w:br/>
        <w:t>Гаруснексом був би Генгстерберг,&lt;br /&gt;</w:t>
        <w:br/>
        <w:t>У кишках бичачих копався б.&lt;br /&gt;</w:t>
        <w:br/>
        <w:t>З Неандера також був би авгур —&lt;br /&gt;</w:t>
        <w:br/>
        <w:t>На льоті пташок він знався б.</w:t>
      </w:r>
    </w:p>
    <w:p>
      <w:r>
        <w:br/>
        <w:t>Бірх-Пфайфер смоктала б терпентин,&lt;br /&gt;</w:t>
        <w:br/>
        <w:t>Як римські дами смоктали,-&lt;br /&gt;</w:t>
        <w:br/>
        <w:t>Кажуть, від того сечу вони&lt;br /&gt;</w:t>
        <w:br/>
        <w:t>Напрочуд пахучу мали.</w:t>
      </w:r>
    </w:p>
    <w:p>
      <w:r>
        <w:br/>
        <w:t>Не стерво німецьке б Раумер був,&lt;br /&gt;</w:t>
        <w:br/>
        <w:t>А справжній римський Стервацій.&lt;br /&gt;</w:t>
        <w:br/>
        <w:t>А наш Фрейліграт писав би без рим,&lt;br /&gt;</w:t>
        <w:br/>
        <w:t>Як в минулому Флакк Горацій.</w:t>
      </w:r>
    </w:p>
    <w:p>
      <w:r>
        <w:br/>
        <w:t>Грубий жебрак, наш татко Ян,&lt;br /&gt;</w:t>
        <w:br/>
        <w:t>Звався б тепер Грубіанус.&lt;br /&gt;</w:t>
        <w:br/>
        <w:t>Me Hercule! Масман знав би латинь,&lt;br /&gt;</w:t>
        <w:br/>
        <w:t>Цей Маркус Тулліус Масманус.</w:t>
      </w:r>
    </w:p>
    <w:p>
      <w:r>
        <w:br/>
        <w:t>Борці за правду йшли б у нас&lt;br /&gt;</w:t>
        <w:br/>
        <w:t>На левів, гієн та шакалів —&lt;br /&gt;</w:t>
        <w:br/>
        <w:t>В цирк, на арену, а не, як тепер,&lt;br /&gt;</w:t>
        <w:br/>
        <w:t>На псів з жалюгідних журналів.</w:t>
      </w:r>
    </w:p>
    <w:p>
      <w:r>
        <w:br/>
        <w:t>Один Нерон у нас би був,&lt;br /&gt;</w:t>
        <w:br/>
        <w:t>Не тридцять шість Неронів.&lt;br /&gt;</w:t>
        <w:br/>
        <w:t>Ми вени вріза?ли б собі, щоб спастись&lt;br /&gt;</w:t>
        <w:br/>
        <w:t>Від рабства та шпіонів.</w:t>
      </w:r>
    </w:p>
    <w:p>
      <w:r>
        <w:br/>
        <w:t>Шеллінг став би Сенекою в нас&lt;br /&gt;</w:t>
        <w:br/>
        <w:t>І тим самим скинчив би конфліктом.&lt;br /&gt;</w:t>
        <w:br/>
        <w:t>Корнеліусу могли б ми сказать:&lt;br /&gt;</w:t>
        <w:br/>
        <w:t>"Cacatum non est pictum!"</w:t>
      </w:r>
    </w:p>
    <w:p>
      <w:r>
        <w:br/>
        <w:t>Ура! Наш Герман виграв бій,&lt;br /&gt;</w:t>
        <w:br/>
        <w:t>І римляни геть ушились.&lt;br /&gt;</w:t>
        <w:br/>
        <w:t>Вар з легіонами трупом поліг,&lt;br /&gt;</w:t>
        <w:br/>
        <w:t>І німцями ми залишились.</w:t>
      </w:r>
    </w:p>
    <w:p>
      <w:r>
        <w:br/>
        <w:t>І німці ми, й німецька в нас&lt;br /&gt;</w:t>
        <w:br/>
        <w:t>Мова, повна приваби:&lt;br /&gt;</w:t>
        <w:br/>
        <w:t>Осел — це осел, а не asinus,&lt;br /&gt;</w:t>
        <w:br/>
        <w:t>А шваби — звісно — шваби.</w:t>
      </w:r>
    </w:p>
    <w:p>
      <w:r>
        <w:br/>
        <w:t>Раумер німецьким стервом лишивсь,&lt;br /&gt;</w:t>
        <w:br/>
        <w:t>Ловець орденів та дотацій.&lt;br /&gt;</w:t>
        <w:br/>
        <w:t>І в риму пише Фрейліграт,&lt;br /&gt;</w:t>
        <w:br/>
        <w:t>З нього не вийшов Горацій.</w:t>
      </w:r>
    </w:p>
    <w:p>
      <w:r>
        <w:br/>
        <w:t>Масман латини не знає ні в зуб,&lt;br /&gt;</w:t>
        <w:br/>
        <w:t>Бірх-Пфайфер пише драми,-&lt;br /&gt;</w:t>
        <w:br/>
        <w:t>Вона не смокче терпентин,&lt;br /&gt;</w:t>
        <w:br/>
        <w:t>Як римські галантні дами.</w:t>
      </w:r>
    </w:p>
    <w:p>
      <w:r>
        <w:br/>
        <w:t>О Герман, вдячні ми тобі!&lt;br /&gt;</w:t>
        <w:br/>
        <w:t>Недурно ж, повний блиску,&lt;br /&gt;</w:t>
        <w:br/>
        <w:t>У Детмольді пам'ятник ставлять тобі;&lt;br /&gt;</w:t>
        <w:br/>
        <w:t>Я теж зголосивсь на підписку.</w:t>
      </w:r>
    </w:p>
    <w:p>
      <w:r>
        <w:br/>
        <w:t>XII</w:t>
      </w:r>
    </w:p>
    <w:p>
      <w:r>
        <w:br/>
        <w:t>У лісі густому бричка повзла&lt;br /&gt;</w:t>
        <w:br/>
        <w:t>Повільно. Вже затемна&lt;br /&gt;</w:t>
        <w:br/>
        <w:t>Зламалося колесо. Стоїмо.&lt;br /&gt;</w:t>
        <w:br/>
        <w:t>Пригода неприємна.</w:t>
      </w:r>
    </w:p>
    <w:p>
      <w:r>
        <w:br/>
        <w:t>Встає поштар, іде в село,&lt;br /&gt;</w:t>
        <w:br/>
        <w:t>А я один чекаю&lt;br /&gt;</w:t>
        <w:br/>
        <w:t>В нічному лісі — і виття&lt;br /&gt;</w:t>
        <w:br/>
        <w:t>Жахливе зачуваю.</w:t>
      </w:r>
    </w:p>
    <w:p>
      <w:r>
        <w:br/>
        <w:t>Це виють навколо люті вовки&lt;br /&gt;</w:t>
        <w:br/>
        <w:t>Голодними голосами.&lt;br /&gt;</w:t>
        <w:br/>
        <w:t>Голодні очі в темноті&lt;br /&gt;</w:t>
        <w:br/>
        <w:t>Горять, пливуть свічками.</w:t>
      </w:r>
    </w:p>
    <w:p>
      <w:r>
        <w:br/>
        <w:t>Прочули, напевно, про мій приїзд,&lt;br /&gt;</w:t>
        <w:br/>
        <w:t>Зібрали вовчий кворум,&lt;br /&gt;</w:t>
        <w:br/>
        <w:t>Вогнями освітили ліс&lt;br /&gt;</w:t>
        <w:br/>
        <w:t>І заспівали хором.</w:t>
      </w:r>
    </w:p>
    <w:p>
      <w:r>
        <w:br/>
        <w:t>Мені на честь заспівали вони&lt;br /&gt;</w:t>
        <w:br/>
        <w:t>Цю серенаду чудову!&lt;br /&gt;</w:t>
        <w:br/>
        <w:t>Я в гідну позу миттю став&lt;br /&gt;</w:t>
        <w:br/>
        <w:t>І теплу сказав їм промову:</w:t>
      </w:r>
    </w:p>
    <w:p>
      <w:r>
        <w:br/>
        <w:t>"Братове вовки! Душа моя&lt;br /&gt;</w:t>
        <w:br/>
        <w:t>У вашім гурті радіє,&lt;br /&gt;</w:t>
        <w:br/>
        <w:t>Де стільки шляхетних вовчих душ&lt;br /&gt;</w:t>
        <w:br/>
        <w:t>З любов'ю до мене виє!</w:t>
      </w:r>
    </w:p>
    <w:p>
      <w:r>
        <w:br/>
        <w:t>Словами важко мені сказать,&lt;br /&gt;</w:t>
        <w:br/>
        <w:t>Що? зараз я почуваю.&lt;br /&gt;</w:t>
        <w:br/>
        <w:t>Ох, я оцю чудову мить&lt;br /&gt;</w:t>
        <w:br/>
        <w:t>Навік запам'ятаю.</w:t>
      </w:r>
    </w:p>
    <w:p>
      <w:r>
        <w:br/>
        <w:t>Спасибі, що ваша зграя мене&lt;br /&gt;</w:t>
        <w:br/>
        <w:t>З довірою зустріла,&lt;br /&gt;</w:t>
        <w:br/>
        <w:t>Тим більше, що ви у скрутну мить&lt;br /&gt;</w:t>
        <w:br/>
        <w:t>Радо ставали до діла.</w:t>
      </w:r>
    </w:p>
    <w:p>
      <w:r>
        <w:br/>
        <w:t>В мені не помилились ви,-&lt;br /&gt;</w:t>
        <w:br/>
        <w:t>Варто також відзнаки,&lt;br /&gt;</w:t>
        <w:br/>
        <w:t>Що ви не вірили тим, хто казав,&lt;br /&gt;</w:t>
        <w:br/>
        <w:t>Що я перебіг у собаки,</w:t>
      </w:r>
    </w:p>
    <w:p>
      <w:r>
        <w:br/>
        <w:t>Що зрадник я і, дайте лиш час,&lt;br /&gt;</w:t>
        <w:br/>
        <w:t>Піду в овечі гофрати,-&lt;br /&gt;</w:t>
        <w:br/>
        <w:t>Подібним наклепникам мені&lt;br /&gt;</w:t>
        <w:br/>
        <w:t>Не личить відповідати.</w:t>
      </w:r>
    </w:p>
    <w:p>
      <w:r>
        <w:br/>
        <w:t>Овеча шкура, що я часом&lt;br /&gt;</w:t>
        <w:br/>
        <w:t>Вдягав, щоб зігріти плечі,&lt;br /&gt;</w:t>
        <w:br/>
        <w:t>Вірте, не так мене гріла, щоб я&lt;br /&gt;</w:t>
        <w:br/>
        <w:t>Мріяв про щастя овече.</w:t>
      </w:r>
    </w:p>
    <w:p>
      <w:r>
        <w:br/>
        <w:t>Я не вівця, не собака я,&lt;br /&gt;</w:t>
        <w:br/>
        <w:t>Не гофрат, повний жовчі,&lt;br /&gt;</w:t>
        <w:br/>
        <w:t>Я вовк, як був, і серце моє,&lt;br /&gt;</w:t>
        <w:br/>
        <w:t>І зуби у мене вовчі.</w:t>
      </w:r>
    </w:p>
    <w:p>
      <w:r>
        <w:br/>
        <w:t>Я во?вком вовк, і моє виття&lt;br /&gt;</w:t>
        <w:br/>
        <w:t>На ваше вельми схоже —&lt;br /&gt;</w:t>
        <w:br/>
        <w:t>Допомагайте самі собі,&lt;br /&gt;</w:t>
        <w:br/>
        <w:t>То й бог вам допоможе!"</w:t>
      </w:r>
    </w:p>
    <w:p>
      <w:r>
        <w:br/>
        <w:t>Таку промову я сказав&lt;br /&gt;</w:t>
        <w:br/>
        <w:t>Без підготовки в кареті,&lt;br /&gt;</w:t>
        <w:br/>
        <w:t>Її, перебріхану, вмістив&lt;br /&gt;</w:t>
        <w:br/>
        <w:t>Кольб у "Загальній газеті".</w:t>
      </w:r>
    </w:p>
    <w:p>
      <w:r>
        <w:br/>
        <w:t>XIII</w:t>
      </w:r>
    </w:p>
    <w:p>
      <w:r>
        <w:br/>
        <w:t>Під Падерборном сонце зійшло,&lt;br /&gt;</w:t>
        <w:br/>
        <w:t>З небес позираючи мляво.&lt;br /&gt;</w:t>
        <w:br/>
        <w:t>Освітлювать нашу землю дурну —&lt;br /&gt;</w:t>
        <w:br/>
        <w:t>Це й справді безглузда справа.</w:t>
      </w:r>
    </w:p>
    <w:p>
      <w:r>
        <w:br/>
        <w:t>З одного боку світла даси,&lt;br /&gt;</w:t>
        <w:br/>
        <w:t>Як час з тім поспішати&lt;br /&gt;</w:t>
        <w:br/>
        <w:t>На другий, бо перший в тьму почина&lt;br /&gt;</w:t>
        <w:br/>
        <w:t>Тим часом поринати.</w:t>
      </w:r>
    </w:p>
    <w:p>
      <w:r>
        <w:br/>
        <w:t>Сізіфів камінь котиться вниз;&lt;br /&gt;</w:t>
        <w:br/>
        <w:t>Марно доньки Даная&lt;br /&gt;</w:t>
        <w:br/>
        <w:t>Наповнюють діжку; сонце теж&lt;br /&gt;</w:t>
        <w:br/>
        <w:t>Даремно млу розганяє.</w:t>
      </w:r>
    </w:p>
    <w:p>
      <w:r>
        <w:br/>
        <w:t>Коли розійшовся нічний туман,&lt;br /&gt;</w:t>
        <w:br/>
        <w:t>Побачив я край дороги&lt;br /&gt;</w:t>
        <w:br/>
        <w:t>В ранковому світлі на хресті&lt;br /&gt;</w:t>
        <w:br/>
        <w:t>Обличчя розп'ятого бога.</w:t>
      </w:r>
    </w:p>
    <w:p>
      <w:r>
        <w:br/>
        <w:t>Мій бідний родич, бачу тебе —&lt;br /&gt;</w:t>
        <w:br/>
        <w:t>І серце моє сумує,&lt;br /&gt;</w:t>
        <w:br/>
        <w:t>Спаситель людства, що наші гріхи&lt;br /&gt;</w:t>
        <w:br/>
        <w:t>Бравсь іскупити всує!</w:t>
      </w:r>
    </w:p>
    <w:p>
      <w:r>
        <w:br/>
        <w:t>Негарно з тобою вони повелись,&lt;br /&gt;</w:t>
        <w:br/>
        <w:t>Пани з високої ради.&lt;br /&gt;</w:t>
        <w:br/>
        <w:t>Та хто ж велів виступати тобі&lt;br /&gt;</w:t>
        <w:br/>
        <w:t>Супроти церкви та влади?</w:t>
      </w:r>
    </w:p>
    <w:p>
      <w:r>
        <w:br/>
        <w:t>На жаль, за твоєї доби книжок&lt;br /&gt;</w:t>
        <w:br/>
        <w:t>Не вміли ще друкувати,&lt;br /&gt;</w:t>
        <w:br/>
        <w:t>Не то спокійненько ти б видав свої&lt;br /&gt;</w:t>
        <w:br/>
        <w:t>З небесних питань трактати.</w:t>
      </w:r>
    </w:p>
    <w:p>
      <w:r>
        <w:br/>
        <w:t>Хоч цензор і викреслив би з них&lt;br /&gt;</w:t>
        <w:br/>
        <w:t>Думки щодо лиха земного —&lt;br /&gt;</w:t>
        <w:br/>
        <w:t>Цензура урятувала б тебе&lt;br /&gt;</w:t>
        <w:br/>
        <w:t>Від розп'яття страшного.</w:t>
      </w:r>
    </w:p>
    <w:p>
      <w:r>
        <w:br/>
        <w:t>Було б нагірне казання тобі&lt;br /&gt;</w:t>
        <w:br/>
        <w:t>На інший текст проказати,&lt;br /&gt;</w:t>
        <w:br/>
        <w:t>Душі і таланту ти досить мав&lt;br /&gt;</w:t>
        <w:br/>
        <w:t>І міг би попів не займати!</w:t>
      </w:r>
    </w:p>
    <w:p>
      <w:r>
        <w:br/>
        <w:t>Мінял та банкірів ти з храму прогнав,&lt;br /&gt;</w:t>
        <w:br/>
        <w:t>Бича ухопивши в руку,-&lt;br /&gt;</w:t>
        <w:br/>
        <w:t>Нещасний, ти висиш тепер на хресті —&lt;br /&gt;</w:t>
        <w:br/>
        <w:t>Ідеалістам в науку.</w:t>
      </w:r>
    </w:p>
    <w:p>
      <w:r>
        <w:br/>
        <w:t>XIV</w:t>
      </w:r>
    </w:p>
    <w:p>
      <w:r>
        <w:br/>
        <w:t>Вологий вітер, холодний край,&lt;br /&gt;</w:t>
        <w:br/>
        <w:t>Дороги не подолати.&lt;br /&gt;</w:t>
        <w:br/>
        <w:t>А в серці моєму бринить і дзвенить:&lt;br /&gt;</w:t>
        <w:br/>
        <w:t>"Сонце, пломінь відплати!"</w:t>
      </w:r>
    </w:p>
    <w:p>
      <w:r>
        <w:br/>
        <w:t>Співала пісню з приспівом цим&lt;br /&gt;</w:t>
        <w:br/>
        <w:t>Не раз мені няня, бувало.&lt;br /&gt;</w:t>
        <w:br/>
        <w:t>Це "Сонце, пломінь відплати!" — мені"&lt;br /&gt;</w:t>
        <w:br/>
        <w:t>Як сурма в лісі, звучало.</w:t>
      </w:r>
    </w:p>
    <w:p>
      <w:r>
        <w:br/>
        <w:t>Про вбивцю в пісні мова йшла,&lt;br /&gt;</w:t>
        <w:br/>
        <w:t>Що жив би в щасті й нині,&lt;br /&gt;</w:t>
        <w:br/>
        <w:t>Але його мертвого люди знайшли&lt;br /&gt;</w:t>
        <w:br/>
        <w:t>У лісі на вербині.</w:t>
      </w:r>
    </w:p>
    <w:p>
      <w:r>
        <w:br/>
        <w:t>І вирок, прибитий до верби,&lt;br /&gt;</w:t>
        <w:br/>
        <w:t>Можна було прочитати.&lt;br /&gt;</w:t>
        <w:br/>
        <w:t>Повісили месники Феми його.&lt;br /&gt;</w:t>
        <w:br/>
        <w:t>"Сонце, пломінь відплати!"</w:t>
      </w:r>
    </w:p>
    <w:p>
      <w:r>
        <w:br/>
        <w:t>Оскарженцем сонце було на суді,&lt;br /&gt;</w:t>
        <w:br/>
        <w:t>Воно вимагало страти.&lt;br /&gt;</w:t>
        <w:br/>
        <w:t>І чувсь передсмертний Оттілії крик:&lt;br /&gt;</w:t>
        <w:br/>
        <w:t>"Сонце, пломінь відплати!"</w:t>
      </w:r>
    </w:p>
    <w:p>
      <w:r>
        <w:br/>
        <w:t>Згадаю цю пісню — згадаю враз&lt;br /&gt;</w:t>
        <w:br/>
        <w:t>І няню мою стареньку,&lt;br /&gt;</w:t>
        <w:br/>
        <w:t>Я бачу знов її темне лице,&lt;br /&gt;</w:t>
        <w:br/>
        <w:t>Кожну зморшку маленьку.</w:t>
      </w:r>
    </w:p>
    <w:p>
      <w:r>
        <w:br/>
        <w:t>Сама вона з Мюнстера родом була&lt;br /&gt;</w:t>
        <w:br/>
        <w:t>І дуже багато знала&lt;br /&gt;</w:t>
        <w:br/>
        <w:t>Народних пісень і страшні казки&lt;br /&gt;</w:t>
        <w:br/>
        <w:t>Чудово розповідала.</w:t>
      </w:r>
    </w:p>
    <w:p>
      <w:r>
        <w:br/>
        <w:t>Як билося серце моє, коли в них&lt;br /&gt;</w:t>
        <w:br/>
        <w:t>Про королівну йшлося,&lt;br /&gt;</w:t>
        <w:br/>
        <w:t>Що, в лузі сидячи, золоте&lt;br /&gt;</w:t>
        <w:br/>
        <w:t>Розчісувала волосся.</w:t>
      </w:r>
    </w:p>
    <w:p>
      <w:r>
        <w:br/>
        <w:t>У лузі гуси вона пасла,&lt;br /&gt;</w:t>
        <w:br/>
        <w:t>А ввечері, як гнала&lt;br /&gt;</w:t>
        <w:br/>
        <w:t>Ті гуси до двору, біля воріт&lt;br /&gt;</w:t>
        <w:br/>
        <w:t>Замислена ставала.</w:t>
      </w:r>
    </w:p>
    <w:p>
      <w:r>
        <w:br/>
        <w:t>Кінську голову над ворітьми&lt;br /&gt;</w:t>
        <w:br/>
        <w:t>Бачила в ту хвилину,&lt;br /&gt;</w:t>
        <w:br/>
        <w:t>Голову бідного коня,&lt;br /&gt;</w:t>
        <w:br/>
        <w:t>Що привіз її на чужину.</w:t>
      </w:r>
    </w:p>
    <w:p>
      <w:r>
        <w:br/>
        <w:t>Принцеси голосок тремтів:&lt;br /&gt;</w:t>
        <w:br/>
        <w:t>"О Фа?ладо, що з тобою?"&lt;br /&gt;</w:t>
        <w:br/>
        <w:t>А кінський череп шепотів:&lt;br /&gt;</w:t>
        <w:br/>
        <w:t>"І ти не маєш спокою!"</w:t>
      </w:r>
    </w:p>
    <w:p>
      <w:r>
        <w:br/>
        <w:t>Принцеси голосок тремтів:&lt;br /&gt;</w:t>
        <w:br/>
        <w:t>"Коли б моя ненька знала!"&lt;br /&gt;</w:t>
        <w:br/>
        <w:t>А кінський череп шепотів:&lt;br /&gt;</w:t>
        <w:br/>
        <w:t>"Була б вона сконала!"</w:t>
      </w:r>
    </w:p>
    <w:p>
      <w:r>
        <w:br/>
        <w:t>Тамуючи подих, я прислуха?всь,&lt;br /&gt;</w:t>
        <w:br/>
        <w:t>І серце стискалося знову,&lt;br /&gt;</w:t>
        <w:br/>
        <w:t>Коли починала няня моя&lt;br /&gt;</w:t>
        <w:br/>
        <w:t>Тихенько про Ротбарта мову.</w:t>
      </w:r>
    </w:p>
    <w:p>
      <w:r>
        <w:br/>
        <w:t>Вона запевняла мене, що король&lt;br /&gt;</w:t>
        <w:br/>
        <w:t>Не вмер, як інші герої,&lt;br /&gt;</w:t>
        <w:br/>
        <w:t>Живе він потай в одній горі&lt;br /&gt;</w:t>
        <w:br/>
        <w:t>З товаришами по зброї.</w:t>
      </w:r>
    </w:p>
    <w:p>
      <w:r>
        <w:br/>
        <w:t>Кіфгейзер зветься та гора,&lt;br /&gt;</w:t>
        <w:br/>
        <w:t>І є в ній підземні ходи,&lt;br /&gt;</w:t>
        <w:br/>
        <w:t>Лампади освітлюють мовчазні&lt;br /&gt;</w:t>
        <w:br/>
        <w:t>Підземних залів зводи.</w:t>
      </w:r>
    </w:p>
    <w:p>
      <w:r>
        <w:br/>
        <w:t>Велика стайня — перший зал,&lt;br /&gt;</w:t>
        <w:br/>
        <w:t>У чепраках чудовних&lt;br /&gt;</w:t>
        <w:br/>
        <w:t>Стоять сто тисяч жеребців&lt;br /&gt;</w:t>
        <w:br/>
        <w:t>Там біля ясел повних.</w:t>
      </w:r>
    </w:p>
    <w:p>
      <w:r>
        <w:br/>
        <w:t>Вони осідлані стоять,&lt;br /&gt;</w:t>
        <w:br/>
        <w:t>Не загримить копито,&lt;br /&gt;</w:t>
        <w:br/>
        <w:t>Ні збруя не брязне, іржання не чуть,&lt;br /&gt;</w:t>
        <w:br/>
        <w:t>Немов з чавуна їх відлито.</w:t>
      </w:r>
    </w:p>
    <w:p>
      <w:r>
        <w:br/>
        <w:t>Соломи повен другий зал,&lt;br /&gt;</w:t>
        <w:br/>
        <w:t>На ній лежать солдати,&lt;br /&gt;</w:t>
        <w:br/>
        <w:t>Багато тисяч бородачів,-&lt;br /&gt;</w:t>
        <w:br/>
        <w:t>Важко таких підібрати.</w:t>
      </w:r>
    </w:p>
    <w:p>
      <w:r>
        <w:br/>
        <w:t>Вони озброєні до зубів,&lt;br /&gt;</w:t>
        <w:br/>
        <w:t>Але всі ці герої&lt;br /&gt;</w:t>
        <w:br/>
        <w:t>В могутньому сні, як мертві, лежать,&lt;br /&gt;</w:t>
        <w:br/>
        <w:t>Поснули біля зброї.</w:t>
      </w:r>
    </w:p>
    <w:p>
      <w:r>
        <w:br/>
        <w:t>А в третім залі зброї гора:&lt;br /&gt;</w:t>
        <w:br/>
        <w:t>Шоломи з срібла та криці,&lt;br /&gt;</w:t>
        <w:br/>
        <w:t>Довгі списи, сокири, мечі&lt;br /&gt;</w:t>
        <w:br/>
        <w:t>І старофранкські рушниці.</w:t>
      </w:r>
    </w:p>
    <w:p>
      <w:r>
        <w:br/>
        <w:t>Гармат не багато, та досить було б&lt;br /&gt;</w:t>
        <w:br/>
        <w:t>Для ворогів на трофеї.&lt;br /&gt;</w:t>
        <w:br/>
        <w:t>І прапор чорно-червоно-злотий&lt;br /&gt;</w:t>
        <w:br/>
        <w:t>Висить біля зброї цієї.</w:t>
      </w:r>
    </w:p>
    <w:p>
      <w:r>
        <w:br/>
        <w:t>В четвертім залі кайзер сидить&lt;br /&gt;</w:t>
        <w:br/>
        <w:t>Чимало сторіч на троні —&lt;br /&gt;</w:t>
        <w:br/>
        <w:t>На каміннім стільці за камінним столом,&lt;br /&gt;</w:t>
        <w:br/>
        <w:t>У мантії і в короні.</w:t>
      </w:r>
    </w:p>
    <w:p>
      <w:r>
        <w:br/>
        <w:t>На землю падає борода,&lt;br /&gt;</w:t>
        <w:br/>
        <w:t>Мов полум'я багрове,&lt;br /&gt;</w:t>
        <w:br/>
        <w:t>І часом розплющує очі він,&lt;br /&gt;</w:t>
        <w:br/>
        <w:t>А часом нахмурює брови.</w:t>
      </w:r>
    </w:p>
    <w:p>
      <w:r>
        <w:br/>
        <w:t>Спить чи тільки замисливсь він?&lt;br /&gt;</w:t>
        <w:br/>
        <w:t>З певністю важко сказати.&lt;br /&gt;</w:t>
        <w:br/>
        <w:t>Коли ж настане слушний час,&lt;br /&gt;</w:t>
        <w:br/>
        <w:t>Треба лиха чекати.</w:t>
      </w:r>
    </w:p>
    <w:p>
      <w:r>
        <w:br/>
        <w:t>Він прапора схопить і кине клич:&lt;br /&gt;</w:t>
        <w:br/>
        <w:t>"На коні! Гей, на коні!"&lt;br /&gt;</w:t>
        <w:br/>
        <w:t>Його кіннота схопиться вмить,&lt;br /&gt;</w:t>
        <w:br/>
        <w:t>Готова до бою й погоні.</w:t>
      </w:r>
    </w:p>
    <w:p>
      <w:r>
        <w:br/>
        <w:t>І кожний скочить на коня,&lt;br /&gt;</w:t>
        <w:br/>
        <w:t>І коні вже чують дорогу,&lt;br /&gt;</w:t>
        <w:br/>
        <w:t>І рвуться в громохкий стривожений світ,&lt;br /&gt;</w:t>
        <w:br/>
        <w:t>І сурми сурмлять тривогу.</w:t>
      </w:r>
    </w:p>
    <w:p>
      <w:r>
        <w:br/>
        <w:t>Чудово мчать, чудово б'ють,&lt;br /&gt;</w:t>
        <w:br/>
        <w:t>Бо виспалися солдати!&lt;br /&gt;</w:t>
        <w:br/>
        <w:t>Суворо буде судити король —&lt;br /&gt;</w:t>
        <w:br/>
        <w:t>Убивць він хоче скарати.</w:t>
      </w:r>
    </w:p>
    <w:p>
      <w:r>
        <w:br/>
        <w:t>Убивць, що, милу і дорогу,&lt;br /&gt;</w:t>
        <w:br/>
        <w:t>Змогли у труну загнати&lt;br /&gt;</w:t>
        <w:br/>
        <w:t>Злотоволосу Германію,-&lt;br /&gt;</w:t>
        <w:br/>
        <w:t>"Сонце, пломінь відплати!"</w:t>
      </w:r>
    </w:p>
    <w:p>
      <w:r>
        <w:br/>
        <w:t>І тих, що засіли в замках своїх&lt;br /&gt;</w:t>
        <w:br/>
        <w:t>За мури і за фоси,&lt;br /&gt;</w:t>
        <w:br/>
        <w:t>Їх теж не помилує смертна петля&lt;br /&gt;</w:t>
        <w:br/>
        <w:t>Суворого Барбаросси.</w:t>
      </w:r>
    </w:p>
    <w:p>
      <w:r>
        <w:br/>
        <w:t>О як нас чарують забуті казки,&lt;br /&gt;</w:t>
        <w:br/>
        <w:t>Що няня вміла складати!&lt;br /&gt;</w:t>
        <w:br/>
        <w:t>Щемить марновірне серце моє:&lt;br /&gt;</w:t>
        <w:br/>
        <w:t>"Сонце, пломінь відплати!"</w:t>
      </w:r>
    </w:p>
    <w:p>
      <w:r>
        <w:br/>
        <w:t>XV</w:t>
      </w:r>
    </w:p>
    <w:p>
      <w:r>
        <w:br/>
        <w:t>Немов крижаними голками, дощ&lt;br /&gt;</w:t>
        <w:br/>
        <w:t>Січе й січе щосили.&lt;br /&gt;</w:t>
        <w:br/>
        <w:t>Повисли у коней сумно хвости,&lt;br /&gt;</w:t>
        <w:br/>
        <w:t>Й самі вже вони спітніли.</w:t>
      </w:r>
    </w:p>
    <w:p>
      <w:r>
        <w:br/>
        <w:t>У свій ріжок дудить поштар,&lt;br /&gt;</w:t>
        <w:br/>
        <w:t>Цю давню перегру я знаю:&lt;br /&gt;</w:t>
        <w:br/>
        <w:t>"Три вершники виїхали з воріт".&lt;br /&gt;</w:t>
        <w:br/>
        <w:t>Здається, я засинаю.</w:t>
      </w:r>
    </w:p>
    <w:p>
      <w:r>
        <w:br/>
        <w:t>Мене схилило — я заснув,&lt;br /&gt;</w:t>
        <w:br/>
        <w:t>І сон мені дивний снився,&lt;br /&gt;</w:t>
        <w:br/>
        <w:t>Неначе я в казковій горі&lt;br /&gt;</w:t>
        <w:br/>
        <w:t>У Ротбарта опинився.</w:t>
      </w:r>
    </w:p>
    <w:p>
      <w:r>
        <w:br/>
        <w:t>Сидів він не на каміннім стільці&lt;br /&gt;</w:t>
        <w:br/>
        <w:t>За камінним столом, як скульптура,&lt;br /&gt;</w:t>
        <w:br/>
        <w:t>І постать його не така була,&lt;br /&gt;</w:t>
        <w:br/>
        <w:t>Як уявляють, похмура.</w:t>
      </w:r>
    </w:p>
    <w:p>
      <w:r>
        <w:br/>
        <w:t>Зо мною по залах підземних він,&lt;br /&gt;</w:t>
        <w:br/>
        <w:t>Як з добрим гостем, тинявся;&lt;br /&gt;</w:t>
        <w:br/>
        <w:t>Неначе антиквар, із своїх&lt;br /&gt;</w:t>
        <w:br/>
        <w:t>Скарбів та курйозів пишався.</w:t>
      </w:r>
    </w:p>
    <w:p>
      <w:r>
        <w:br/>
        <w:t>Мене навчав він, як булаву&lt;br /&gt;</w:t>
        <w:br/>
        <w:t>В час битви тримати я маю;&lt;br /&gt;</w:t>
        <w:br/>
        <w:t>Часом з мечей витирав він іржу&lt;br /&gt;</w:t>
        <w:br/>
        <w:t>Полою свого горностаю.</w:t>
      </w:r>
    </w:p>
    <w:p>
      <w:r>
        <w:br/>
        <w:t>У руки взяв він павиний хвіст&lt;br /&gt;</w:t>
        <w:br/>
        <w:t>І заходився змітати&lt;br /&gt;</w:t>
        <w:br/>
        <w:t>Столітній пил, що зброю вкривав,&lt;br /&gt;</w:t>
        <w:br/>
        <w:t>Мечі, кольчуги, лати.</w:t>
      </w:r>
    </w:p>
    <w:p>
      <w:r>
        <w:br/>
        <w:t>Він прапор витрусив і сказав:&lt;br /&gt;</w:t>
        <w:br/>
        <w:t>"Це гордість моя найвища,&lt;br /&gt;</w:t>
        <w:br/>
        <w:t>Що шовку ще досі не згризла міль,&lt;br /&gt;</w:t>
        <w:br/>
        <w:t>Ані черва деревища".</w:t>
      </w:r>
    </w:p>
    <w:p>
      <w:r>
        <w:br/>
        <w:t>Коли ж удвох прийшли ми в зал,&lt;br /&gt;</w:t>
        <w:br/>
        <w:t>Де покотом на підлозі&lt;br /&gt;</w:t>
        <w:br/>
        <w:t>Лежали озброєні бійці,&lt;br /&gt;</w:t>
        <w:br/>
        <w:t>Старий сказав у тривозі:</w:t>
      </w:r>
    </w:p>
    <w:p>
      <w:r>
        <w:br/>
        <w:t>"Тут треба тихіше нам говорить,&lt;br /&gt;</w:t>
        <w:br/>
        <w:t>Щоб хлопців моїх не збудити;&lt;br /&gt;</w:t>
        <w:br/>
        <w:t>Сто літ пройшло — і я мушу платню&lt;br /&gt;</w:t>
        <w:br/>
        <w:t>Сьогодні їм платити".</w:t>
      </w:r>
    </w:p>
    <w:p>
      <w:r>
        <w:br/>
        <w:t>І кайзер тихцем підходить до них,&lt;br /&gt;</w:t>
        <w:br/>
        <w:t>І кожному солдату&lt;br /&gt;</w:t>
        <w:br/>
        <w:t>Кладе в кишеню крадькома&lt;br /&gt;</w:t>
        <w:br/>
        <w:t>По золотому дукату.</w:t>
      </w:r>
    </w:p>
    <w:p>
      <w:r>
        <w:br/>
        <w:t>Я здивувався, і він сказав:&lt;br /&gt;</w:t>
        <w:br/>
        <w:t>"Не пропускаючи строку,&lt;br /&gt;</w:t>
        <w:br/>
        <w:t>Дукат на брата я чесно плачу&lt;br /&gt;</w:t>
        <w:br/>
        <w:t>Кожного сотого року".</w:t>
      </w:r>
    </w:p>
    <w:p>
      <w:r>
        <w:br/>
        <w:t>В тім залі, де в німих рядах&lt;br /&gt;</w:t>
        <w:br/>
        <w:t>Стояли при яслах коні,&lt;br /&gt;</w:t>
        <w:br/>
        <w:t>Мій кайзер потирати став&lt;br /&gt;</w:t>
        <w:br/>
        <w:t>Од радості долоні.</w:t>
      </w:r>
    </w:p>
    <w:p>
      <w:r>
        <w:br/>
        <w:t>Він коні свої рахувати почав,&lt;br /&gt;</w:t>
        <w:br/>
        <w:t>Дививсь їм на ноги і в зуби,&lt;br /&gt;</w:t>
        <w:br/>
        <w:t>Лічба затяглася, і спрагло тряслись&lt;br /&gt;</w:t>
        <w:br/>
        <w:t>Його пересохлі губи.</w:t>
      </w:r>
    </w:p>
    <w:p>
      <w:r>
        <w:br/>
        <w:t>"Ні, все ще в мене мало їх,&lt;br /&gt;</w:t>
        <w:br/>
        <w:t>І це мені серце крає.&lt;br /&gt;</w:t>
        <w:br/>
        <w:t>Солдатів і зброї досить було б,;&lt;br /&gt;</w:t>
        <w:br/>
        <w:t>А коней не вистачає!</w:t>
      </w:r>
    </w:p>
    <w:p>
      <w:r>
        <w:br/>
        <w:t>Я ремонтерів розіслав&lt;br /&gt;</w:t>
        <w:br/>
        <w:t>По всіх краях купувати&lt;br /&gt;</w:t>
        <w:br/>
        <w:t>Для мене кращих жеребців,&lt;br /&gt;</w:t>
        <w:br/>
        <w:t>Багато їх треба мати.</w:t>
      </w:r>
    </w:p>
    <w:p>
      <w:r>
        <w:br/>
        <w:t>Діждуся коней і — тремти,&lt;br /&gt;</w:t>
        <w:br/>
        <w:t>Напасників люта зграє,-&lt;br /&gt;</w:t>
        <w:br/>
        <w:t>Звільню вітчизну і народ,&lt;br /&gt;</w:t>
        <w:br/>
        <w:t>Що вірно мене чекає!"</w:t>
      </w:r>
    </w:p>
    <w:p>
      <w:r>
        <w:br/>
        <w:t>Так мовив кайзер, а я гукнув:&lt;br /&gt;</w:t>
        <w:br/>
        <w:t>"Та це ж нестачі звичайні!&lt;br /&gt;</w:t>
        <w:br/>
        <w:t>Коли в тебе коней не повний комплект,.&lt;br /&gt;</w:t>
        <w:br/>
        <w:t>Бери ослів зі стайні!"</w:t>
      </w:r>
    </w:p>
    <w:p>
      <w:r>
        <w:br/>
        <w:t>А Ротбарт мені сміючись відповів:&lt;br /&gt;</w:t>
        <w:br/>
        <w:t>"Навіщо нам поспішати?&lt;br /&gt;</w:t>
        <w:br/>
        <w:t>Рим не збудуєш протягом дня,&lt;br /&gt;</w:t>
        <w:br/>
        <w:t>Для діла час треба мати.</w:t>
      </w:r>
    </w:p>
    <w:p>
      <w:r>
        <w:br/>
        <w:t>Певніший вчорашнього завтрашній день.&lt;br /&gt;</w:t>
        <w:br/>
        <w:t>Сьогодні ще діяти рано.&lt;br /&gt;</w:t>
        <w:br/>
        <w:t>Є в римській державі прислів'я старе:&lt;br /&gt;</w:t>
        <w:br/>
        <w:t>"Chi va piano, va sano".*</w:t>
      </w:r>
    </w:p>
    <w:p>
      <w:r>
        <w:br/>
        <w:t>--------------------&lt;br /&gt;</w:t>
        <w:br/>
        <w:t>* "Поспішиш — людей насмішиш" (іт.).</w:t>
      </w:r>
    </w:p>
    <w:p>
      <w:r>
        <w:br/>
        <w:t>XVI</w:t>
      </w:r>
    </w:p>
    <w:p>
      <w:r>
        <w:br/>
        <w:t>Візок труснув і мене розбудив,&lt;br /&gt;</w:t>
        <w:br/>
        <w:t>Та я з головою вкрився,&lt;br /&gt;</w:t>
        <w:br/>
        <w:t>Заплющив очі й знов заснув,&lt;br /&gt;</w:t>
        <w:br/>
        <w:t>І знов мені Ротбарт снився.</w:t>
      </w:r>
    </w:p>
    <w:p>
      <w:r>
        <w:br/>
        <w:t>Я знову по залах з ним блукав&lt;br /&gt;</w:t>
        <w:br/>
        <w:t>Під тінню громохких зводів,&lt;br /&gt;</w:t>
        <w:br/>
        <w:t>А він зо мною про се й про те&lt;br /&gt;</w:t>
        <w:br/>
        <w:t>Розмови довгі заводив.</w:t>
      </w:r>
    </w:p>
    <w:p>
      <w:r>
        <w:br/>
        <w:t>Уже давно, багато літ&lt;br /&gt;</w:t>
        <w:br/>
        <w:t>Не мав король зі світу,&lt;br /&gt;</w:t>
        <w:br/>
        <w:t>Либонь, з Семилітньої війни,&lt;br /&gt;</w:t>
        <w:br/>
        <w:t>Ні звістки, ні привіту.</w:t>
      </w:r>
    </w:p>
    <w:p>
      <w:r>
        <w:br/>
        <w:t>Про Мендельсона він питав,&lt;br /&gt;</w:t>
        <w:br/>
        <w:t>Про Ка?ршиху,— а наостанку&lt;br /&gt;</w:t>
        <w:br/>
        <w:t>Спитав про графиню Дюбаррі,&lt;br /&gt;</w:t>
        <w:br/>
        <w:t>Людовікову коханку.</w:t>
      </w:r>
    </w:p>
    <w:p>
      <w:r>
        <w:br/>
        <w:t>"О кайзер! — гукнув я.— Як ти відстав!&lt;br /&gt;</w:t>
        <w:br/>
        <w:t>Вже Мозеса черви зжерли,&lt;br /&gt;</w:t>
        <w:br/>
        <w:t>Давно вже й Ребекка, і Абрагам,&lt;br /&gt;</w:t>
        <w:br/>
        <w:t>Синок його милий, померли.</w:t>
      </w:r>
    </w:p>
    <w:p>
      <w:r>
        <w:br/>
        <w:t>Абрагам та Лія родили на світ&lt;br /&gt;</w:t>
        <w:br/>
        <w:t>Синочка Фелікса — нині&lt;br /&gt;</w:t>
        <w:br/>
        <w:t>Він охрестився й далеко пішов —&lt;br /&gt;</w:t>
        <w:br/>
        <w:t>Став диригентом в Берліні.</w:t>
      </w:r>
    </w:p>
    <w:p>
      <w:r>
        <w:br/>
        <w:t>І Ка?ршиха стара вже в труні,&lt;br /&gt;</w:t>
        <w:br/>
        <w:t>Й дочки її, Кленке, немає;&lt;br /&gt;</w:t>
        <w:br/>
        <w:t>Онука її, Гельміна Шезі,&lt;br /&gt;</w:t>
        <w:br/>
        <w:t>Здається, ще шкандибає.</w:t>
      </w:r>
    </w:p>
    <w:p>
      <w:r>
        <w:br/>
        <w:t>З Людовіком добре мадам Дюбаррі&lt;br /&gt;</w:t>
        <w:br/>
        <w:t>Свій довгий вік одгуляли,&lt;br /&gt;</w:t>
        <w:br/>
        <w:t>З П'ятнадцятим, значить. Старою вже&lt;br /&gt;</w:t>
        <w:br/>
        <w:t>Її гільйотинували.</w:t>
      </w:r>
    </w:p>
    <w:p>
      <w:r>
        <w:br/>
        <w:t>У ліжку Людовік П'ятнадцятий вмер,&lt;br /&gt;</w:t>
        <w:br/>
        <w:t>З своїм розлучившись народом.&lt;br /&gt;</w:t>
        <w:br/>
        <w:t>Шістнадцятий на гільйотину пішов&lt;br /&gt;</w:t>
        <w:br/>
        <w:t>З Антуанеттою згодом.</w:t>
      </w:r>
    </w:p>
    <w:p>
      <w:r>
        <w:br/>
        <w:t>Спокійно йшла королева на смерть.&lt;br /&gt;</w:t>
        <w:br/>
        <w:t>Відповідно до свого звання.&lt;br /&gt;</w:t>
        <w:br/>
        <w:t>В істериці билась мадам Дюбаррі&lt;br /&gt;</w:t>
        <w:br/>
        <w:t>Під час гільйотинування".</w:t>
      </w:r>
    </w:p>
    <w:p>
      <w:r>
        <w:br/>
        <w:t>Тут кайзер раптово зупинивсь,&lt;br /&gt;</w:t>
        <w:br/>
        <w:t>Його пойняла тривога,&lt;br /&gt;</w:t>
        <w:br/>
        <w:t>Він вирячив очі: "Гільйотинувать?!&lt;br /&gt;</w:t>
        <w:br/>
        <w:t>Та що це значить, на бога?"</w:t>
      </w:r>
    </w:p>
    <w:p>
      <w:r>
        <w:br/>
        <w:t>"Гільйотинувати,— я так пояснив, —&lt;br /&gt;</w:t>
        <w:br/>
        <w:t>Це метод новий: без крику&lt;br /&gt;</w:t>
        <w:br/>
        <w:t>І незалежно від стану людей&lt;br /&gt;</w:t>
        <w:br/>
        <w:t>Вкорочувати їм віку.</w:t>
      </w:r>
    </w:p>
    <w:p>
      <w:r>
        <w:br/>
        <w:t>Для цього служить тепер на землі&lt;br /&gt;</w:t>
        <w:br/>
        <w:t>Нова, чудова машина,&lt;br /&gt;</w:t>
        <w:br/>
        <w:t>Її завів мосьє Гільйотен,&lt;br /&gt;</w:t>
        <w:br/>
        <w:t>Тим-то вона й гільйотина.</w:t>
      </w:r>
    </w:p>
    <w:p>
      <w:r>
        <w:br/>
        <w:t>До дошки прив'язує тебе&lt;br /&gt;</w:t>
        <w:br/>
        <w:t>Кат своєю рукою,&lt;br /&gt;</w:t>
        <w:br/>
        <w:t>Трикутна сокира між двох стовпів&lt;br /&gt;</w:t>
        <w:br/>
        <w:t>Вгорі висить над тобою.</w:t>
      </w:r>
    </w:p>
    <w:p>
      <w:r>
        <w:br/>
        <w:t>Вірьовку смикнути — сокира летить,&lt;br /&gt;</w:t>
        <w:br/>
        <w:t>З блиском, як личить залізу,&lt;br /&gt;</w:t>
        <w:br/>
        <w:t>І ось вже впала твоя голова&lt;br /&gt;</w:t>
        <w:br/>
        <w:t>В лантух, що висить знизу".</w:t>
      </w:r>
    </w:p>
    <w:p>
      <w:r>
        <w:br/>
        <w:t>Тут кайзер знову закричав:&lt;br /&gt;</w:t>
        <w:br/>
        <w:t>"Мовчи! Про ваші машини&lt;br /&gt;</w:t>
        <w:br/>
        <w:t>Я знать не хочу! Боже боронь&lt;br /&gt;</w:t>
        <w:br/>
        <w:t>Мене від гільйотини!</w:t>
      </w:r>
    </w:p>
    <w:p>
      <w:r>
        <w:br/>
        <w:t>І королеву й короля!&lt;br /&gt;</w:t>
        <w:br/>
        <w:t>До дошки — і на страту!&lt;br /&gt;</w:t>
        <w:br/>
        <w:t>Це ж проти етикету! Та ні,&lt;br /&gt;</w:t>
        <w:br/>
        <w:t>Це проти маєстату!</w:t>
      </w:r>
    </w:p>
    <w:p>
      <w:r>
        <w:br/>
        <w:t>А ти, нахаба,— відкіль принесла&lt;br /&gt;</w:t>
        <w:br/>
        <w:t>Тебе нечиста сила?&lt;br /&gt;</w:t>
        <w:br/>
        <w:t>Зажди, хлоп'я, підріжу я&lt;br /&gt;</w:t>
        <w:br/>
        <w:t>Твої зухвалі крила!</w:t>
      </w:r>
    </w:p>
    <w:p>
      <w:r>
        <w:br/>
        <w:t>Замовкни! Жовч вивертає в мені&lt;br /&gt;</w:t>
        <w:br/>
        <w:t>Твоя страшна бравада.&lt;br /&gt;</w:t>
        <w:br/>
        <w:t>Ти бунтівник, і подих твій —&lt;br /&gt;</w:t>
        <w:br/>
        <w:t>Страшна державна зрада".</w:t>
      </w:r>
    </w:p>
    <w:p>
      <w:r>
        <w:br/>
        <w:t>З такою люттю мене він кляв,&lt;br /&gt;</w:t>
        <w:br/>
        <w:t>І так проклинав без міри,&lt;br /&gt;</w:t>
        <w:br/>
        <w:t>Що й я не стримавсь і виклав свій&lt;br /&gt;</w:t>
        <w:br/>
        <w:t>Таємний символ віри:</w:t>
      </w:r>
    </w:p>
    <w:p>
      <w:r>
        <w:br/>
        <w:t>"Гер Ротбарт, годі нам байок,&lt;br /&gt;</w:t>
        <w:br/>
        <w:t>Що втратили принаду!&lt;br /&gt;</w:t>
        <w:br/>
        <w:t>Лягай та спи, без тебе ми&lt;br /&gt;</w:t>
        <w:br/>
        <w:t>Самі дамо собі раду!</w:t>
      </w:r>
    </w:p>
    <w:p>
      <w:r>
        <w:br/>
        <w:t>Республіканці нас візьмуть на сміх,&lt;br /&gt;</w:t>
        <w:br/>
        <w:t>Коли нас очолювать буде&lt;br /&gt;</w:t>
        <w:br/>
        <w:t>Така коронована мара,-&lt;br /&gt;</w:t>
        <w:br/>
        <w:t>Вони дотепні люди.</w:t>
      </w:r>
    </w:p>
    <w:p>
      <w:r>
        <w:br/>
        <w:t>Твій прапор давно вже я розлюбив —&lt;br /&gt;</w:t>
        <w:br/>
        <w:t>Ще в роки студентства мого&lt;br /&gt;</w:t>
        <w:br/>
        <w:t>Старонімецькі дурні смак&lt;br /&gt;</w:t>
        <w:br/>
        <w:t>Одбили мені до нього.</w:t>
      </w:r>
    </w:p>
    <w:p>
      <w:r>
        <w:br/>
        <w:t>Найкраще буде лишитись тобі&lt;br /&gt;</w:t>
        <w:br/>
        <w:t>В Кіфгейзері у себе,&lt;br /&gt;</w:t>
        <w:br/>
        <w:t>Бо, правду кажучи, короля&lt;br /&gt;</w:t>
        <w:br/>
        <w:t>Давно уже нам не треба!"</w:t>
      </w:r>
    </w:p>
    <w:p>
      <w:r>
        <w:br/>
        <w:t>XVII</w:t>
      </w:r>
    </w:p>
    <w:p>
      <w:r>
        <w:br/>
        <w:t>Отак посварився з кайзером я,&lt;br /&gt;</w:t>
        <w:br/>
        <w:t>У сні, у сні, зрозуміло,-&lt;br /&gt;</w:t>
        <w:br/>
        <w:t>Не сміємо ми говорить наяву&lt;br /&gt;</w:t>
        <w:br/>
        <w:t>З монархами так сміло.</w:t>
      </w:r>
    </w:p>
    <w:p>
      <w:r>
        <w:br/>
        <w:t>У сні лише, в ідеальному сні&lt;br /&gt;</w:t>
        <w:br/>
        <w:t>Німець може відкрити&lt;br /&gt;</w:t>
        <w:br/>
        <w:t>Німецькі погляди, що звик&lt;br /&gt;</w:t>
        <w:br/>
        <w:t>У вірному серці крити.</w:t>
      </w:r>
    </w:p>
    <w:p>
      <w:r>
        <w:br/>
        <w:t>Коли я прокинувся, повз ліс&lt;br /&gt;</w:t>
        <w:br/>
        <w:t>Карета повзла помалу,&lt;br /&gt;</w:t>
        <w:br/>
        <w:t>І дійсності дерев'яна суть&lt;br /&gt;</w:t>
        <w:br/>
        <w:t>Геть сон мій розігнала.</w:t>
      </w:r>
    </w:p>
    <w:p>
      <w:r>
        <w:br/>
        <w:t>Верхами похитували дуби,&lt;br /&gt;</w:t>
        <w:br/>
        <w:t>Берези, сповнені болю,&lt;br /&gt;</w:t>
        <w:br/>
        <w:t>Схилялися сумно, і я гукнув:&lt;br /&gt;</w:t>
        <w:br/>
        <w:t>"Прости мені, мій королю!</w:t>
      </w:r>
    </w:p>
    <w:p>
      <w:r>
        <w:br/>
        <w:t>Прости мені, Ротбарте, гострі слова!&lt;br /&gt;</w:t>
        <w:br/>
        <w:t>Що ти мудріший, знаю,&lt;br /&gt;</w:t>
        <w:br/>
        <w:t>Але вже мені увірвався терпець,-&lt;br /&gt;</w:t>
        <w:br/>
        <w:t>Приходь же, королю, чекаю!</w:t>
      </w:r>
    </w:p>
    <w:p>
      <w:r>
        <w:br/>
        <w:t>А що гільйотина не до душі —&lt;br /&gt;</w:t>
        <w:br/>
        <w:t>Хай буде все по-старому:&lt;br /&gt;</w:t>
        <w:br/>
        <w:t>Дворянство можеш карати мечем&lt;br /&gt;</w:t>
        <w:br/>
        <w:t>І вішать міщан і сірому.</w:t>
      </w:r>
    </w:p>
    <w:p>
      <w:r>
        <w:br/>
        <w:t>Або ж навпаки — підсмикуй дворян,&lt;br /&gt;</w:t>
        <w:br/>
        <w:t>А селяни та бюргери згодні,&lt;br /&gt;</w:t>
        <w:br/>
        <w:t>Щоб голови кат відтинав їм мечем;&lt;br /&gt;</w:t>
        <w:br/>
        <w:t>Всі ми створіння господні.</w:t>
      </w:r>
    </w:p>
    <w:p>
      <w:r>
        <w:br/>
        <w:t>Страхітний Карла П'ятого суд&lt;br /&gt;</w:t>
        <w:br/>
        <w:t>Не бійся поновити,&lt;br /&gt;</w:t>
        <w:br/>
        <w:t>На стани, гільдії, цехи народ&lt;br /&gt;</w:t>
        <w:br/>
        <w:t>Ти можеш знов поділити.</w:t>
      </w:r>
    </w:p>
    <w:p>
      <w:r>
        <w:br/>
        <w:t>Священну Римську імперію знов&lt;br /&gt;</w:t>
        <w:br/>
        <w:t>В наш вік поверни криваву,&lt;br /&gt;</w:t>
        <w:br/>
        <w:t>Верни разом з тим огидним дрантям&lt;br /&gt;</w:t>
        <w:br/>
        <w:t>Її ганебну славу.</w:t>
      </w:r>
    </w:p>
    <w:p>
      <w:r>
        <w:br/>
        <w:t>Середньовіччя маячню,&lt;br /&gt;</w:t>
        <w:br/>
        <w:t>Усю його гнилизну&lt;br /&gt;</w:t>
        <w:br/>
        <w:t>Стерпіти б я міг, коли б ти нас звільнив&lt;br /&gt;</w:t>
        <w:br/>
        <w:t>Від гермафродитизму</w:t>
      </w:r>
    </w:p>
    <w:p>
      <w:r>
        <w:br/>
        <w:t>Гамашного рицарства, що в нім&lt;br /&gt;</w:t>
        <w:br/>
        <w:t>Змішались в безформну масу&lt;br /&gt;</w:t>
        <w:br/>
        <w:t>Готичний кошмар і новітня брехня,&lt;br /&gt;</w:t>
        <w:br/>
        <w:t>Воно ж — ні риба ні м'ясо.</w:t>
      </w:r>
    </w:p>
    <w:p>
      <w:r>
        <w:br/>
        <w:t>Закрий цей балаган, розжени&lt;br /&gt;</w:t>
        <w:br/>
        <w:t>Комедіантів зграю,&lt;br /&gt;</w:t>
        <w:br/>
        <w:t>Що пародіює старовину,&lt;br /&gt;</w:t>
        <w:br/>
        <w:t>А сам приходь — чекаю!"</w:t>
      </w:r>
    </w:p>
    <w:p>
      <w:r>
        <w:br/>
        <w:t>XVIII</w:t>
      </w:r>
    </w:p>
    <w:p>
      <w:r>
        <w:br/>
        <w:t>Мінден — фортеця досить міцна&lt;br /&gt;</w:t>
        <w:br/>
        <w:t>І має добру зброю.&lt;br /&gt;</w:t>
        <w:br/>
        <w:t>Та прусські фортеці радніше я&lt;br /&gt;</w:t>
        <w:br/>
        <w:t>Минав би стороною.</w:t>
      </w:r>
    </w:p>
    <w:p>
      <w:r>
        <w:br/>
        <w:t>Надвечір ми спинилися тут.&lt;br /&gt;</w:t>
        <w:br/>
        <w:t>На мості зарипіли&lt;br /&gt;</w:t>
        <w:br/>
        <w:t>Під нами дошки, і зяяв рів,&lt;br /&gt;</w:t>
        <w:br/>
        <w:t>Коли ми в браму в'їздили.</w:t>
      </w:r>
    </w:p>
    <w:p>
      <w:r>
        <w:br/>
        <w:t>Ряди бастіонів лякали мене.&lt;br /&gt;</w:t>
        <w:br/>
        <w:t>Підводились темні брами.&lt;br /&gt;</w:t>
        <w:br/>
        <w:t>Лунко ворота одкрились для нас&lt;br /&gt;</w:t>
        <w:br/>
        <w:t>І лунко закрились за нами.</w:t>
      </w:r>
    </w:p>
    <w:p>
      <w:r>
        <w:br/>
        <w:t>Ох, Одіссею, я зрозумів,&lt;br /&gt;</w:t>
        <w:br/>
        <w:t>Що відбувалось з тобою&lt;br /&gt;</w:t>
        <w:br/>
        <w:t>В ту мить, коли Поліфем завалив&lt;br /&gt;</w:t>
        <w:br/>
        <w:t>Печеру свою скалою.</w:t>
      </w:r>
    </w:p>
    <w:p>
      <w:r>
        <w:br/>
        <w:t>Капрал карету мою спинив:&lt;br /&gt;</w:t>
        <w:br/>
        <w:t>"Ім'я ваше?" Відповідаю:&lt;br /&gt;</w:t>
        <w:br/>
        <w:t>"Я звуся — Ніхто, я — лікар очний,&lt;br /&gt;</w:t>
        <w:br/>
        <w:t>Велетням більма знімаю".</w:t>
      </w:r>
    </w:p>
    <w:p>
      <w:r>
        <w:br/>
        <w:t>В готелі ще гірше зробилось мені,&lt;br /&gt;</w:t>
        <w:br/>
        <w:t>Не міг шматка проковтнути.&lt;br /&gt;</w:t>
        <w:br/>
        <w:t>Душили ковдри в ліжку мене&lt;br /&gt;</w:t>
        <w:br/>
        <w:t>І не давали заснути.</w:t>
      </w:r>
    </w:p>
    <w:p>
      <w:r>
        <w:br/>
        <w:t>Моя постеля по боках&lt;br /&gt;</w:t>
        <w:br/>
        <w:t>Червоні завіси мала,&lt;br /&gt;</w:t>
        <w:br/>
        <w:t>І китиця з-під балдахіна брудна&lt;br /&gt;</w:t>
        <w:br/>
        <w:t>Над головою звисала.</w:t>
      </w:r>
    </w:p>
    <w:p>
      <w:r>
        <w:br/>
        <w:t>Проклята китиця! Довгу ніч&lt;br /&gt;</w:t>
        <w:br/>
        <w:t>Я не знаходив спокою!&lt;br /&gt;</w:t>
        <w:br/>
        <w:t>Мов меч Дамокла, висіла вона&lt;br /&gt;</w:t>
        <w:br/>
        <w:t>В мене над головою.</w:t>
      </w:r>
    </w:p>
    <w:p>
      <w:r>
        <w:br/>
        <w:t>То враз, немов голова змії,&lt;br /&gt;</w:t>
        <w:br/>
        <w:t>Вона починала шипіти:&lt;br /&gt;</w:t>
        <w:br/>
        <w:t>"В оцій фортеці довічно ти&lt;br /&gt;</w:t>
        <w:br/>
        <w:t>Засуджений сидіти!"</w:t>
      </w:r>
    </w:p>
    <w:p>
      <w:r>
        <w:br/>
        <w:t>Зітхав я — добре було б мені&lt;br /&gt;</w:t>
        <w:br/>
        <w:t>Лежати в ці хвилини&lt;br /&gt;</w:t>
        <w:br/>
        <w:t>В Парижі на Faubourg Poissoniere,&lt;br /&gt;</w:t>
        <w:br/>
        <w:t>Біля моєї дружини.</w:t>
      </w:r>
    </w:p>
    <w:p>
      <w:r>
        <w:br/>
        <w:t>Я часом чув: по моєму чолі&lt;br /&gt;</w:t>
        <w:br/>
        <w:t>Тупим ніби чимсь черкала&lt;br /&gt;</w:t>
        <w:br/>
        <w:t>Холодна цензорська рука —&lt;br /&gt;</w:t>
        <w:br/>
        <w:t>І думка раптом зникала.</w:t>
      </w:r>
    </w:p>
    <w:p>
      <w:r>
        <w:br/>
        <w:t>Жандарми в саванах враз при мені&lt;br /&gt;</w:t>
        <w:br/>
        <w:t>З'явились, мов видіння,&lt;br /&gt;</w:t>
        <w:br/>
        <w:t>І виразно я кайданів почув&lt;br /&gt;</w:t>
        <w:br/>
        <w:t>Страхітливе брязкотіння.</w:t>
      </w:r>
    </w:p>
    <w:p>
      <w:r>
        <w:br/>
        <w:t>Ох! Привиди підхопили мене,&lt;br /&gt;</w:t>
        <w:br/>
        <w:t>І я опинився в пустелі,&lt;br /&gt;</w:t>
        <w:br/>
        <w:t>І тут мене прикували вони&lt;br /&gt;</w:t>
        <w:br/>
        <w:t>До прямовисної скелі.</w:t>
      </w:r>
    </w:p>
    <w:p>
      <w:r>
        <w:br/>
        <w:t>Жахлива китиця з ліжка брудна&lt;br /&gt;</w:t>
        <w:br/>
        <w:t>На мене налетіла —&lt;br /&gt;</w:t>
        <w:br/>
        <w:t>Тепер, як у шуліки, були&lt;br /&gt;</w:t>
        <w:br/>
        <w:t>У неї кігті і крила!</w:t>
      </w:r>
    </w:p>
    <w:p>
      <w:r>
        <w:br/>
        <w:t>Вона обернулась прусським орлом!&lt;br /&gt;</w:t>
        <w:br/>
        <w:t>Він кігтями вп'явсь мені в тіло!&lt;br /&gt;</w:t>
        <w:br/>
        <w:t>Він рвав печінку з грудей моїх,&lt;br /&gt;</w:t>
        <w:br/>
        <w:t>Кричав я й стогнав безсило.</w:t>
      </w:r>
    </w:p>
    <w:p>
      <w:r>
        <w:br/>
        <w:t>Я довго стогнав — закричали півні,&lt;br /&gt;</w:t>
        <w:br/>
        <w:t>Мій сон розвіявсь марою.&lt;br /&gt;</w:t>
        <w:br/>
        <w:t>Лежу я в ліжку, і вже не орел,&lt;br /&gt;</w:t>
        <w:br/>
        <w:t>А китиця знов наді мною.</w:t>
      </w:r>
    </w:p>
    <w:p>
      <w:r>
        <w:br/>
        <w:t>Подавсь я з екстра-поштою геть&lt;br /&gt;</w:t>
        <w:br/>
        <w:t>І лиш на лоні природи,&lt;br /&gt;</w:t>
        <w:br/>
        <w:t>На бюкебурзьких землях, зітхнув,&lt;br /&gt;</w:t>
        <w:br/>
        <w:t>Мліючи з насолоди.</w:t>
      </w:r>
    </w:p>
    <w:p>
      <w:r>
        <w:br/>
        <w:t>XIX</w:t>
      </w:r>
    </w:p>
    <w:p>
      <w:r>
        <w:br/>
        <w:t>О, як, Дантоне, ти помиливсь,&lt;br /&gt;</w:t>
        <w:br/>
        <w:t>За те й діждався розплати!&lt;br /&gt;</w:t>
        <w:br/>
        <w:t>Вітчизну можна з собою всю&lt;br /&gt;</w:t>
        <w:br/>
        <w:t>На закаблуках забрати.</w:t>
      </w:r>
    </w:p>
    <w:p>
      <w:r>
        <w:br/>
        <w:t>Я пів-Бю кебурга набрав на мої&lt;br /&gt;</w:t>
        <w:br/>
        <w:t>Чоботи знамениті!&lt;br /&gt;</w:t>
        <w:br/>
        <w:t>По правді, таких багнистих шляхів&lt;br /&gt;</w:t>
        <w:br/>
        <w:t>Ніде не бачив я в світі.</w:t>
      </w:r>
    </w:p>
    <w:p>
      <w:r>
        <w:br/>
        <w:t>У Бюкебурзі я зупинивсь,&lt;br /&gt;</w:t>
        <w:br/>
        <w:t>Бо намір мав мимоходом&lt;br /&gt;</w:t>
        <w:br/>
        <w:t>Оглянути дідівське гніздо:&lt;br /&gt;</w:t>
        <w:br/>
        <w:t>Бабуся з Гамбурга родом.</w:t>
      </w:r>
    </w:p>
    <w:p>
      <w:r>
        <w:br/>
        <w:t>Удень до Ганно?вера я прибув,&lt;br /&gt;</w:t>
        <w:br/>
        <w:t>Начистив чоботи чисто&lt;br /&gt;</w:t>
        <w:br/>
        <w:t>І зразу ж — бо з користю їздить люблю —&lt;br /&gt;</w:t>
        <w:br/>
        <w:t>Пішов оглядати місто.</w:t>
      </w:r>
    </w:p>
    <w:p>
      <w:r>
        <w:br/>
        <w:t>О боже! Як тут охайно скрізь!&lt;br /&gt;</w:t>
        <w:br/>
        <w:t>Ні порошинки не видно.&lt;br /&gt;</w:t>
        <w:br/>
        <w:t>Будинки розкішні, і я б сказав —&lt;br /&gt;</w:t>
        <w:br/>
        <w:t>Збудовані солідно.</w:t>
      </w:r>
    </w:p>
    <w:p>
      <w:r>
        <w:br/>
        <w:t>Зокрема сподобався плац мені&lt;br /&gt;</w:t>
        <w:br/>
        <w:t>Та навколо нього будови;&lt;br /&gt;</w:t>
        <w:br/>
        <w:t>Живе тут король, це його палац,&lt;br /&gt;</w:t>
        <w:br/>
        <w:t>Він зовні просто чудовий</w:t>
      </w:r>
    </w:p>
    <w:p>
      <w:r>
        <w:br/>
        <w:t>(Звичайно, палац). Обабіч дверей&lt;br /&gt;</w:t>
        <w:br/>
        <w:t>Дві будки непривітні —&lt;br /&gt;</w:t>
        <w:br/>
        <w:t>В рудих мундирах стоять вартові,&lt;br /&gt;</w:t>
        <w:br/>
        <w:t>Обличчя у них страхітні.</w:t>
      </w:r>
    </w:p>
    <w:p>
      <w:r>
        <w:br/>
        <w:t>Мій чичероне мовив: "Тут&lt;br /&gt;</w:t>
        <w:br/>
        <w:t>Ернст Август наш проживає,&lt;br /&gt;</w:t>
        <w:br/>
        <w:t>Хоч він і поважного віку лорд,&lt;br /&gt;</w:t>
        <w:br/>
        <w:t>Але ще в нім жилка жива є.</w:t>
      </w:r>
    </w:p>
    <w:p>
      <w:r>
        <w:br/>
        <w:t>Він ідилічно у нас живе,&lt;br /&gt;</w:t>
        <w:br/>
        <w:t>Бо ліпше, ніж варта ледача,&lt;br /&gt;</w:t>
        <w:br/>
        <w:t>Його боронить знайомих нам&lt;br /&gt;</w:t>
        <w:br/>
        <w:t>Людців боягузлива вдача.</w:t>
      </w:r>
    </w:p>
    <w:p>
      <w:r>
        <w:br/>
        <w:t>Ми бачимось іноді, і завжди&lt;br /&gt;</w:t>
        <w:br/>
        <w:t>Він нарікає на долю&lt;br /&gt;</w:t>
        <w:br/>
        <w:t>Свою королівську, каже, що тут&lt;br /&gt;</w:t>
        <w:br/>
        <w:t>Потрапив наче в неволю.</w:t>
      </w:r>
    </w:p>
    <w:p>
      <w:r>
        <w:br/>
        <w:t>Він широко звик, по-британськи, жить,&lt;br /&gt;</w:t>
        <w:br/>
        <w:t>А в цю тісну країну&lt;br /&gt;</w:t>
        <w:br/>
        <w:t>На трон попавши, боїться він&lt;br /&gt;</w:t>
        <w:br/>
        <w:t>Повіситись від спліну.</w:t>
      </w:r>
    </w:p>
    <w:p>
      <w:r>
        <w:br/>
        <w:t>Я позавчора бачив його,&lt;br /&gt;</w:t>
        <w:br/>
        <w:t>По правді, в великому горі:&lt;br /&gt;</w:t>
        <w:br/>
        <w:t>Він саме зволив варити клістир —&lt;br /&gt;</w:t>
        <w:br/>
        <w:t>В нього собаки хворі".</w:t>
      </w:r>
    </w:p>
    <w:p>
      <w:r>
        <w:br/>
        <w:t>XX</w:t>
      </w:r>
    </w:p>
    <w:p>
      <w:r>
        <w:br/>
        <w:t>З Гарбурга через годину я&lt;br /&gt;</w:t>
        <w:br/>
        <w:t>В Гамбург виїхав. Зорі&lt;br /&gt;</w:t>
        <w:br/>
        <w:t>Мигтіли в небі. Свіжили мене&lt;br /&gt;</w:t>
        <w:br/>
        <w:t>Подуви вітру бадьорі.</w:t>
      </w:r>
    </w:p>
    <w:p>
      <w:r>
        <w:br/>
        <w:t>Прибув я до неньки — від щастя вона&lt;br /&gt;</w:t>
        <w:br/>
        <w:t>Злякалась до нестями,&lt;br /&gt;</w:t>
        <w:br/>
        <w:t>Гукнула: "Сину любий мій!" —&lt;br /&gt;</w:t>
        <w:br/>
        <w:t>І аж сплеснула руками.</w:t>
      </w:r>
    </w:p>
    <w:p>
      <w:r>
        <w:br/>
        <w:t>"Мій сину, ти тринадцять літ&lt;br /&gt;</w:t>
        <w:br/>
        <w:t>Себе примусив ждати&lt;br /&gt;</w:t>
        <w:br/>
        <w:t>І, мабуть, дуже зголоднів —&lt;br /&gt;</w:t>
        <w:br/>
        <w:t>Чим тебе годувати?</w:t>
      </w:r>
    </w:p>
    <w:p>
      <w:r>
        <w:br/>
        <w:t>Є риба, і гусятина,&lt;br /&gt;</w:t>
        <w:br/>
        <w:t>І добрі помаранчі".&lt;br /&gt;</w:t>
        <w:br/>
        <w:t>"Дай риби і гусятини,&lt;br /&gt;</w:t>
        <w:br/>
        <w:t>Це добре — помаранчі".</w:t>
      </w:r>
    </w:p>
    <w:p>
      <w:r>
        <w:br/>
        <w:t>І поки я з апетитом їв,&lt;br /&gt;</w:t>
        <w:br/>
        <w:t>Сміялась від радості мати,&lt;br /&gt;</w:t>
        <w:br/>
        <w:t>А потім про се, а там і про те&lt;br /&gt;</w:t>
        <w:br/>
        <w:t>Мене заходилась питати:</w:t>
      </w:r>
    </w:p>
    <w:p>
      <w:r>
        <w:br/>
        <w:t>"Чи маєш догляду, сину мій,&lt;br /&gt;</w:t>
        <w:br/>
        <w:t>Ти на чужині хоч трохи?&lt;br /&gt;</w:t>
        <w:br/>
        <w:t>Чи добре латає дружина твоя&lt;br /&gt;</w:t>
        <w:br/>
        <w:t>Твої сорочки і панчохи?"</w:t>
      </w:r>
    </w:p>
    <w:p>
      <w:r>
        <w:br/>
        <w:t>"Чудова рибка, матінко,&lt;br /&gt;</w:t>
        <w:br/>
        <w:t>Та слід її мовчки з'їдати —&lt;br /&gt;</w:t>
        <w:br/>
        <w:t>Буває, що в горлі застрягне кість;&lt;br /&gt;</w:t>
        <w:br/>
        <w:t>Краще давай мовчати".</w:t>
      </w:r>
    </w:p>
    <w:p>
      <w:r>
        <w:br/>
        <w:t>Я впорав рибу — і на стіл&lt;br /&gt;</w:t>
        <w:br/>
        <w:t>Гуску поставила мати,&lt;br /&gt;</w:t>
        <w:br/>
        <w:t>І знову про се, і знову про те&lt;br /&gt;</w:t>
        <w:br/>
        <w:t>Мене заходилась питати:</w:t>
      </w:r>
    </w:p>
    <w:p>
      <w:r>
        <w:br/>
        <w:t>"Скажи, у Франції чи у нас&lt;br /&gt;</w:t>
        <w:br/>
        <w:t>Краще живеться людині?&lt;br /&gt;</w:t>
        <w:br/>
        <w:t>Кому перевагу ти віддаєш,&lt;br /&gt;</w:t>
        <w:br/>
        <w:t>Мій синку, якій країні?"</w:t>
      </w:r>
    </w:p>
    <w:p>
      <w:r>
        <w:br/>
        <w:t>"Німецька гуска, матінко,&lt;br /&gt;</w:t>
        <w:br/>
        <w:t>У нас непогана бува ще;&lt;br /&gt;</w:t>
        <w:br/>
        <w:t>Французи ж відкормлюють краще гусей&lt;br /&gt;</w:t>
        <w:br/>
        <w:t>І соус готують краще".</w:t>
      </w:r>
    </w:p>
    <w:p>
      <w:r>
        <w:br/>
        <w:t>А тільки з гускою я попрощавсь,&lt;br /&gt;</w:t>
        <w:br/>
        <w:t>Як на столі з'явились&lt;br /&gt;</w:t>
        <w:br/>
        <w:t>Презапашні помаранчі: вони&lt;br /&gt;</w:t>
        <w:br/>
        <w:t>Самі у рота просились.</w:t>
      </w:r>
    </w:p>
    <w:p>
      <w:r>
        <w:br/>
        <w:t>А матінка знову почала&lt;br /&gt;</w:t>
        <w:br/>
        <w:t>Цікавитись, питати;&lt;br /&gt;</w:t>
        <w:br/>
        <w:t>Такі запитання гострі були —&lt;br /&gt;</w:t>
        <w:br/>
        <w:t>Не знав я, що їй сказати.</w:t>
      </w:r>
    </w:p>
    <w:p>
      <w:r>
        <w:br/>
        <w:t>"Ти й досі політиці вірний чи вже&lt;br /&gt;</w:t>
        <w:br/>
        <w:t>Давно розпрощався з нею?&lt;br /&gt;</w:t>
        <w:br/>
        <w:t>До котрої партії тепер&lt;br /&gt;</w:t>
        <w:br/>
        <w:t>Належиш ти душею?"</w:t>
      </w:r>
    </w:p>
    <w:p>
      <w:r>
        <w:br/>
        <w:t>"Чудовий, матінко, помаранч!&lt;br /&gt;</w:t>
        <w:br/>
        <w:t>Ти бачиш — я радо ковтаю&lt;br /&gt;</w:t>
        <w:br/>
        <w:t>Солодкий, пахучий сік, але&lt;br /&gt;</w:t>
        <w:br/>
        <w:t>Лушпиння геть викидаю".</w:t>
      </w:r>
    </w:p>
    <w:p>
      <w:r>
        <w:br/>
        <w:t>XXI</w:t>
      </w:r>
    </w:p>
    <w:p>
      <w:r>
        <w:br/>
        <w:t>Напівзгоріле місто знов&lt;br /&gt;</w:t>
        <w:br/>
        <w:t>Потроху оживає.&lt;br /&gt;</w:t>
        <w:br/>
        <w:t>Мов півобстрижений пудель сумний,&lt;br /&gt;</w:t>
        <w:br/>
        <w:t>Гамбург тепер виглядає.</w:t>
      </w:r>
    </w:p>
    <w:p>
      <w:r>
        <w:br/>
        <w:t>В руїнах вулиці лежать,&lt;br /&gt;</w:t>
        <w:br/>
        <w:t>Не милий мені цей трунок.&lt;br /&gt;</w:t>
        <w:br/>
        <w:t>Де дім, в якому я зірвав&lt;br /&gt;</w:t>
        <w:br/>
        <w:t>Свій перший поцілунок?</w:t>
      </w:r>
    </w:p>
    <w:p>
      <w:r>
        <w:br/>
        <w:t>А та друкарня, з якої в світ&lt;br /&gt;</w:t>
        <w:br/>
        <w:t>"Мандрівні картини" з'явив я?&lt;br /&gt;</w:t>
        <w:br/>
        <w:t>А та аустерія, в якій&lt;br /&gt;</w:t>
        <w:br/>
        <w:t>Устриці вперше їв я?</w:t>
      </w:r>
    </w:p>
    <w:p>
      <w:r>
        <w:br/>
        <w:t>А Дрекваль, куди наш Дрекваль зник?&lt;br /&gt;</w:t>
        <w:br/>
        <w:t>Годі його й шукати!&lt;br /&gt;</w:t>
        <w:br/>
        <w:t>Де павільйон, в якому я&lt;br /&gt;</w:t>
        <w:br/>
        <w:t>Їв пиріжки та цукати?</w:t>
      </w:r>
    </w:p>
    <w:p>
      <w:r>
        <w:br/>
        <w:t>А ратуша, де царював сенат?&lt;br /&gt;</w:t>
        <w:br/>
        <w:t>Бюргерської твердині&lt;br /&gt;</w:t>
        <w:br/>
        <w:t>Вогонь безжальний не пощадив —&lt;br /&gt;</w:t>
        <w:br/>
        <w:t>Найбільшої святині!</w:t>
      </w:r>
    </w:p>
    <w:p>
      <w:r>
        <w:br/>
        <w:t>Зітхають люди, обличчя в них&lt;br /&gt;</w:t>
        <w:br/>
        <w:t>Сумні, як їхні квартали,&lt;br /&gt;</w:t>
        <w:br/>
        <w:t>Вони про грізну пожежу мені&lt;br /&gt;</w:t>
        <w:br/>
        <w:t>Отак розповідали:</w:t>
      </w:r>
    </w:p>
    <w:p>
      <w:r>
        <w:br/>
        <w:t>"Схопилось одразу з усіх кінців.&lt;br /&gt;</w:t>
        <w:br/>
        <w:t>Страхітні були хвилини!&lt;br /&gt;</w:t>
        <w:br/>
        <w:t>Дзвіниці палали, від них тепер&lt;br /&gt;</w:t>
        <w:br/>
        <w:t>Лишились тільки руїни.</w:t>
      </w:r>
    </w:p>
    <w:p>
      <w:r>
        <w:br/>
        <w:t>Згоріла біржа,— сотні літ&lt;br /&gt;</w:t>
        <w:br/>
        <w:t>Батьки наші в ній збивали&lt;br /&gt;</w:t>
        <w:br/>
        <w:t>З можливою чесністю, хто як міг,&lt;br /&gt;</w:t>
        <w:br/>
        <w:t>Свої визначні капітали.</w:t>
      </w:r>
    </w:p>
    <w:p>
      <w:r>
        <w:br/>
        <w:t>Лиш банку — срібної міста душі —&lt;br /&gt;</w:t>
        <w:br/>
        <w:t>Та тих книжок, де людину&lt;br /&gt;</w:t>
        <w:br/>
        <w:t>Оцінено точно, вогонь не здолав,-&lt;br /&gt;</w:t>
        <w:br/>
        <w:t>І всім ми знаємо ціну.</w:t>
      </w:r>
    </w:p>
    <w:p>
      <w:r>
        <w:br/>
        <w:t>Богові дяка, збирали для нас&lt;br /&gt;</w:t>
        <w:br/>
        <w:t>В найдальших країнах гроші.&lt;br /&gt;</w:t>
        <w:br/>
        <w:t>Мільйонів на вісім зібрали, ну що ж,&lt;br /&gt;</w:t>
        <w:br/>
        <w:t>Прибутки справді хороші!</w:t>
      </w:r>
    </w:p>
    <w:p>
      <w:r>
        <w:br/>
        <w:t>А що християни щирі гуртом&lt;br /&gt;</w:t>
        <w:br/>
        <w:t>Грошима порядкували,&lt;br /&gt;</w:t>
        <w:br/>
        <w:t>То ліва й не відала рука,&lt;br /&gt;</w:t>
        <w:br/>
        <w:t>Скільки правицею брали.</w:t>
      </w:r>
    </w:p>
    <w:p>
      <w:r>
        <w:br/>
        <w:t>З усього світу гроші пливли&lt;br /&gt;</w:t>
        <w:br/>
        <w:t>І все до тієї правиці,-&lt;br /&gt;</w:t>
        <w:br/>
        <w:t>Ні провіантом не гребали ми,&lt;br /&gt;</w:t>
        <w:br/>
        <w:t>Ні лептою удовиці.</w:t>
      </w:r>
    </w:p>
    <w:p>
      <w:r>
        <w:br/>
        <w:t>Нам слали одежу, і ліжка, й харчі,&lt;br /&gt;</w:t>
        <w:br/>
        <w:t>І хліб, і м'ясо, й бульйони,&lt;br /&gt;</w:t>
        <w:br/>
        <w:t>А прусський король — той навіть хотів.&lt;br /&gt;</w:t>
        <w:br/>
        <w:t>Послати свої батальйони.</w:t>
      </w:r>
    </w:p>
    <w:p>
      <w:r>
        <w:br/>
        <w:t>Матеріальні збитки нам&lt;br /&gt;</w:t>
        <w:br/>
        <w:t>Покрили, можна сказати;&lt;br /&gt;</w:t>
        <w:br/>
        <w:t>Але переляку — наш переляк&lt;br /&gt;</w:t>
        <w:br/>
        <w:t>Не можна відшкодувати!"</w:t>
      </w:r>
    </w:p>
    <w:p>
      <w:r>
        <w:br/>
        <w:t>Щоб їх збадьорити, я сказав:&lt;br /&gt;</w:t>
        <w:br/>
        <w:t>"Годі вам сльози лити!&lt;br /&gt;</w:t>
        <w:br/>
        <w:t>Троя на що вже гарна була,&lt;br /&gt;</w:t>
        <w:br/>
        <w:t>А мусила теж згоріти.</w:t>
      </w:r>
    </w:p>
    <w:p>
      <w:r>
        <w:br/>
        <w:t>Будуйтесь знову, добре сушіть&lt;br /&gt;</w:t>
        <w:br/>
        <w:t>Свої калюжі безмежні,&lt;br /&gt;</w:t>
        <w:br/>
        <w:t>Заводьте кращі закони собі&lt;br /&gt;</w:t>
        <w:br/>
        <w:t>І кращі помпи пожежні.</w:t>
      </w:r>
    </w:p>
    <w:p>
      <w:r>
        <w:br/>
        <w:t>Кайєнського перцю менше кладіть&lt;br /&gt;</w:t>
        <w:br/>
        <w:t>В супи свої для спокою,&lt;br /&gt;</w:t>
        <w:br/>
        <w:t>І коропи для здоров'я важкі,&lt;br /&gt;</w:t>
        <w:br/>
        <w:t>Бо варите ви їх з лускою.</w:t>
      </w:r>
    </w:p>
    <w:p>
      <w:r>
        <w:br/>
        <w:t>Гиндички шкодять вам не так,-&lt;br /&gt;</w:t>
        <w:br/>
        <w:t>Лиш не давайтеся в руки&lt;br /&gt;</w:t>
        <w:br/>
        <w:t>Тій птиці, що знесла яйце&lt;br /&gt;</w:t>
        <w:br/>
        <w:t>Бургомістрові до перуки.</w:t>
      </w:r>
    </w:p>
    <w:p>
      <w:r>
        <w:br/>
        <w:t>Оту фатальну птицю, либонь,&lt;br /&gt;</w:t>
        <w:br/>
        <w:t>З вас кожен чудово знає.&lt;br /&gt;</w:t>
        <w:br/>
        <w:t>Згадаю про неї — все, що я їв,&lt;br /&gt;</w:t>
        <w:br/>
        <w:t>Мій шлунок вивертає".</w:t>
      </w:r>
    </w:p>
    <w:p>
      <w:r>
        <w:br/>
        <w:t>XXII</w:t>
      </w:r>
    </w:p>
    <w:p>
      <w:r>
        <w:br/>
        <w:t>Змінилось місто, та більш значні&lt;br /&gt;</w:t>
        <w:br/>
        <w:t>В народі знайшов я зміни.&lt;br /&gt;</w:t>
        <w:br/>
        <w:t>Блукають розбиті й похмурі усі,&lt;br /&gt;</w:t>
        <w:br/>
        <w:t>Немов живі руїни.</w:t>
      </w:r>
    </w:p>
    <w:p>
      <w:r>
        <w:br/>
        <w:t>Кощавий ще більше схуд, товстий&lt;br /&gt;</w:t>
        <w:br/>
        <w:t>Давно нагадує льо?ху.&lt;br /&gt;</w:t>
        <w:br/>
        <w:t>Постаршали діти, а хто старий —&lt;br /&gt;</w:t>
        <w:br/>
        <w:t>Здитинюється потроху.</w:t>
      </w:r>
    </w:p>
    <w:p>
      <w:r>
        <w:br/>
        <w:t>Кого телям я покинув колись —&lt;br /&gt;</w:t>
        <w:br/>
        <w:t>Биком реве тепера,&lt;br /&gt;</w:t>
        <w:br/>
        <w:t>Гусята вийшли в гусаки,&lt;br /&gt;</w:t>
        <w:br/>
        <w:t>Убрались в пишні пера.</w:t>
      </w:r>
    </w:p>
    <w:p>
      <w:r>
        <w:br/>
        <w:t>І Гудель стару я також зустрів —&lt;br /&gt;</w:t>
        <w:br/>
        <w:t>Ну, що ті сирени колишні!&lt;br /&gt;</w:t>
        <w:br/>
        <w:t>Придбала чорні буклі собі&lt;br /&gt;</w:t>
        <w:br/>
        <w:t>І зуби білосніжні.</w:t>
      </w:r>
    </w:p>
    <w:p>
      <w:r>
        <w:br/>
        <w:t>Зберігсь паперу продавець,&lt;br /&gt;</w:t>
        <w:br/>
        <w:t>Колишній мій друг, до речі,-&lt;br /&gt;</w:t>
        <w:br/>
        <w:t>Здалеку не відрізнити його&lt;br /&gt;</w:t>
        <w:br/>
        <w:t>Від Іоанна Предтечі.</w:t>
      </w:r>
    </w:p>
    <w:p>
      <w:r>
        <w:br/>
        <w:t>Я Галле бачив тільки здаля,&lt;br /&gt;</w:t>
        <w:br/>
        <w:t>Він геть од мене подався.&lt;br /&gt;</w:t>
        <w:br/>
        <w:t>Казали, що дух його згорів,&lt;br /&gt;</w:t>
        <w:br/>
        <w:t>Хоч в Бібера він страхувався.</w:t>
      </w:r>
    </w:p>
    <w:p>
      <w:r>
        <w:br/>
        <w:t>Старого цензора свого&lt;br /&gt;</w:t>
        <w:br/>
        <w:t>Побачив я знову. В тумані&lt;br /&gt;</w:t>
        <w:br/>
        <w:t>На гусячім торзі стрілися ми.&lt;br /&gt;</w:t>
        <w:br/>
        <w:t>В дуже лихому він стані.</w:t>
      </w:r>
    </w:p>
    <w:p>
      <w:r>
        <w:br/>
        <w:t>Ми привітались. В старого з очей&lt;br /&gt;</w:t>
        <w:br/>
        <w:t>Скотилась холодна сльозина.&lt;br /&gt;</w:t>
        <w:br/>
        <w:t>Він вельми радий, що бачить мене!&lt;br /&gt;</w:t>
        <w:br/>
        <w:t>Дуже химерна картина.</w:t>
      </w:r>
    </w:p>
    <w:p>
      <w:r>
        <w:br/>
        <w:t>Не всіх я бачив. Лютий час&lt;br /&gt;</w:t>
        <w:br/>
        <w:t>Веде нас в домовину,&lt;br /&gt;</w:t>
        <w:br/>
        <w:t>Уже я Гумпеліно мого&lt;br /&gt;</w:t>
        <w:br/>
        <w:t>Тут більше не зустріну.</w:t>
      </w:r>
    </w:p>
    <w:p>
      <w:r>
        <w:br/>
        <w:t>З його шляхетної душі&lt;br /&gt;</w:t>
        <w:br/>
        <w:t>Упали земні закови,&lt;br /&gt;</w:t>
        <w:br/>
        <w:t>Тепер він плаває, як серафим,&lt;br /&gt;</w:t>
        <w:br/>
        <w:t>Перед престолом Єгови.</w:t>
      </w:r>
    </w:p>
    <w:p>
      <w:r>
        <w:br/>
        <w:t>Кульгавий Адоніс з товаром своїм&lt;br /&gt;</w:t>
        <w:br/>
        <w:t>До мене тепер не загляне.&lt;br /&gt;</w:t>
        <w:br/>
        <w:t>Колись на вулицях він продавав&lt;br /&gt;</w:t>
        <w:br/>
        <w:t>Урильники з порцеляни.</w:t>
      </w:r>
    </w:p>
    <w:p>
      <w:r>
        <w:br/>
        <w:t>Чи Майєр малий ще живий, чи ні,&lt;br /&gt;</w:t>
        <w:br/>
        <w:t>Не можу напевно сказати.&lt;br /&gt;</w:t>
        <w:br/>
        <w:t>На жаль, про нього я забув&lt;br /&gt;</w:t>
        <w:br/>
        <w:t>У Ко?рнета розпитати.</w:t>
      </w:r>
    </w:p>
    <w:p>
      <w:r>
        <w:br/>
        <w:t>Помер чудовий пудель Саррас.&lt;br /&gt;</w:t>
        <w:br/>
        <w:t>Це втрата! Парі — хто хоче,-&lt;br /&gt;</w:t>
        <w:br/>
        <w:t>Що милий Кампе за нього б віддав&lt;br /&gt;</w:t>
        <w:br/>
        <w:t>Десять поетів охоче.</w:t>
      </w:r>
    </w:p>
    <w:p>
      <w:r>
        <w:br/>
        <w:t>У Гамбурзі зроду-віку живуть&lt;br /&gt;</w:t>
        <w:br/>
        <w:t>Хрещені та нехрещені.&lt;br /&gt;</w:t>
        <w:br/>
        <w:t>Однаково пильно дбають вони&lt;br /&gt;</w:t>
        <w:br/>
        <w:t>Про справи своєї кишені.</w:t>
      </w:r>
    </w:p>
    <w:p>
      <w:r>
        <w:br/>
        <w:t>Хрещені порядні всі, як один,&lt;br /&gt;</w:t>
        <w:br/>
        <w:t>Обіди у них чудові,&lt;br /&gt;</w:t>
        <w:br/>
        <w:t>Не дай їм відстрочки по векселях —&lt;br /&gt;</w:t>
        <w:br/>
        <w:t>Вони платити готові.</w:t>
      </w:r>
    </w:p>
    <w:p>
      <w:r>
        <w:br/>
        <w:t>Серед євреїв знову розкол,&lt;br /&gt;</w:t>
        <w:br/>
        <w:t>Дві протилежні програми —&lt;br /&gt;</w:t>
        <w:br/>
        <w:t>Старі не кидають синагог,&lt;br /&gt;</w:t>
        <w:br/>
        <w:t>Нові відвідують храми.</w:t>
      </w:r>
    </w:p>
    <w:p>
      <w:r>
        <w:br/>
        <w:t>Нові свинятини шматок&lt;br /&gt;</w:t>
        <w:br/>
        <w:t>Спроможні проковтнути,&lt;br /&gt;</w:t>
        <w:br/>
        <w:t>Вони — демокради, а старі&lt;br /&gt;</w:t>
        <w:br/>
        <w:t>Здебільш аристокрути.</w:t>
      </w:r>
    </w:p>
    <w:p>
      <w:r>
        <w:br/>
        <w:t>Люблю і старих я, люблю і нових,&lt;br /&gt;</w:t>
        <w:br/>
        <w:t>Клянуся господом цноти,&lt;br /&gt;</w:t>
        <w:br/>
        <w:t>Та значно більше я рибку люблю,&lt;br /&gt;</w:t>
        <w:br/>
        <w:t>Що зветься — копчені шпроти.</w:t>
      </w:r>
    </w:p>
    <w:p>
      <w:r>
        <w:br/>
        <w:t>XXIII</w:t>
      </w:r>
    </w:p>
    <w:p>
      <w:r>
        <w:br/>
        <w:t>Як республіку, Гамбург я б не міг&lt;br /&gt;</w:t>
        <w:br/>
        <w:t>З Флоренцією зрівняти.&lt;br /&gt;</w:t>
        <w:br/>
        <w:t>Та в Гамбурзі устриці кращі — їх тут&lt;br /&gt;</w:t>
        <w:br/>
        <w:t>У Лоренца можна дістати.</w:t>
      </w:r>
    </w:p>
    <w:p>
      <w:r>
        <w:br/>
        <w:t>Був гарний вечір. З Кампе я&lt;br /&gt;</w:t>
        <w:br/>
        <w:t>У льох той мусив пірнути,&lt;br /&gt;</w:t>
        <w:br/>
        <w:t>Щоб устрицями поласувать&lt;br /&gt;</w:t>
        <w:br/>
        <w:t>І трішки винця хильнути.</w:t>
      </w:r>
    </w:p>
    <w:p>
      <w:r>
        <w:br/>
        <w:t>А там товариство добре було —&lt;br /&gt;</w:t>
        <w:br/>
        <w:t>Зустрів я радо знову&lt;br /&gt;</w:t>
        <w:br/>
        <w:t>І друзів старих, як, наприклад, Шофп'є,&lt;br /&gt;</w:t>
        <w:br/>
        <w:t>І молодь нову чудову.</w:t>
      </w:r>
    </w:p>
    <w:p>
      <w:r>
        <w:br/>
        <w:t>Тут був і Віллє, чиє лице —&lt;br /&gt;</w:t>
        <w:br/>
        <w:t>Альбом, у якому видко&lt;br /&gt;</w:t>
        <w:br/>
        <w:t>Факсиміле ворожих рапір —&lt;br /&gt;</w:t>
        <w:br/>
        <w:t>Академічно і чітко.</w:t>
      </w:r>
    </w:p>
    <w:p>
      <w:r>
        <w:br/>
        <w:t>Сидів тут сліпий язичник Фукс,&lt;br /&gt;</w:t>
        <w:br/>
        <w:t>Особистий ворог Єгови,&lt;br /&gt;</w:t>
        <w:br/>
        <w:t>Що вірить в Гегеля тільки, та ще&lt;br /&gt;</w:t>
        <w:br/>
        <w:t>Трохи в Венеру Канови.</w:t>
      </w:r>
    </w:p>
    <w:p>
      <w:r>
        <w:br/>
        <w:t>Амфітріоном Кампе був,&lt;br /&gt;</w:t>
        <w:br/>
        <w:t>Сам, з власної персони,&lt;br /&gt;</w:t>
        <w:br/>
        <w:t>Лилося блаженство з його очей&lt;br /&gt;</w:t>
        <w:br/>
        <w:t>Замріяної мадонни.</w:t>
      </w:r>
    </w:p>
    <w:p>
      <w:r>
        <w:br/>
        <w:t>Я добрі устриці з смаком їв&lt;br /&gt;</w:t>
        <w:br/>
        <w:t>І думав, п'ючи наші вина:&lt;br /&gt;</w:t>
        <w:br/>
        <w:t>"Кампе — велика людина, це факт,&lt;br /&gt;</w:t>
        <w:br/>
        <w:t>І між видавців — перлина!</w:t>
      </w:r>
    </w:p>
    <w:p>
      <w:r>
        <w:br/>
        <w:t>Боюсь, що з іншим видавцем&lt;br /&gt;</w:t>
        <w:br/>
        <w:t>З голоду я загину,&lt;br /&gt;</w:t>
        <w:br/>
        <w:t>А цей і пити дає мені.&lt;br /&gt;</w:t>
        <w:br/>
        <w:t>Ніколи його не кину.</w:t>
      </w:r>
    </w:p>
    <w:p>
      <w:r>
        <w:br/>
        <w:t>Я славлю найвищого творця&lt;br /&gt;</w:t>
        <w:br/>
        <w:t>За сік лози і найпаче&lt;br /&gt;</w:t>
        <w:br/>
        <w:t>За те, що видавцем мені&lt;br /&gt;</w:t>
        <w:br/>
        <w:t>Він Юлія Кампе призначив.</w:t>
      </w:r>
    </w:p>
    <w:p>
      <w:r>
        <w:br/>
        <w:t>Я славлю Всевишнього творця,&lt;br /&gt;</w:t>
        <w:br/>
        <w:t>Підводячи очі д'го?рі,&lt;br /&gt;</w:t>
        <w:br/>
        <w:t>Бо він створив рейнвейн на землі,&lt;br /&gt;</w:t>
        <w:br/>
        <w:t>А також устриці в морі!</w:t>
      </w:r>
    </w:p>
    <w:p>
      <w:r>
        <w:br/>
        <w:t>Отче, що сотворив лимон,&lt;br /&gt;</w:t>
        <w:br/>
        <w:t>Щоб устриці кропити,&lt;br /&gt;</w:t>
        <w:br/>
        <w:t>Мою вечерю дай мені&lt;br /&gt;</w:t>
        <w:br/>
        <w:t>Добре перетравити!"</w:t>
      </w:r>
    </w:p>
    <w:p>
      <w:r>
        <w:br/>
        <w:t>Рейнвейн завжди підносить в мені&lt;br /&gt;</w:t>
        <w:br/>
        <w:t>Чуття високі й чудові!&lt;br /&gt;</w:t>
        <w:br/>
        <w:t>В моєму серці він до людей&lt;br /&gt;</w:t>
        <w:br/>
        <w:t>Пробуджує по?рив любові.</w:t>
      </w:r>
    </w:p>
    <w:p>
      <w:r>
        <w:br/>
        <w:t>В цей час на вулицю поблукать&lt;br /&gt;</w:t>
        <w:br/>
        <w:t>Виносить мене з світлиці,&lt;br /&gt;</w:t>
        <w:br/>
        <w:t>Живої душі шукає душа,&lt;br /&gt;</w:t>
        <w:br/>
        <w:t>Бажано — в білій спідниці.</w:t>
      </w:r>
    </w:p>
    <w:p>
      <w:r>
        <w:br/>
        <w:t>В подібні хвилини всю душу мою&lt;br /&gt;</w:t>
        <w:br/>
        <w:t>Сповняє чуття блаженне,-&lt;br /&gt;</w:t>
        <w:br/>
        <w:t>Всі ки?цьки для мене сірі в цей час,&lt;br /&gt;</w:t>
        <w:br/>
        <w:t>А всі жінки — Єлени.</w:t>
      </w:r>
    </w:p>
    <w:p>
      <w:r>
        <w:br/>
        <w:t>На Дрейбані побачив я&lt;br /&gt;</w:t>
        <w:br/>
        <w:t>Величну жінку,— не всюди&lt;br /&gt;</w:t>
        <w:br/>
        <w:t>Побачить можна і не завжди&lt;br /&gt;</w:t>
        <w:br/>
        <w:t>?Такі величні груди.</w:t>
      </w:r>
    </w:p>
    <w:p>
      <w:r>
        <w:br/>
        <w:t>Було в неї повне і свіже лице,&lt;br /&gt;</w:t>
        <w:br/>
        <w:t>В очах розцвітали блавати,&lt;br /&gt;</w:t>
        <w:br/>
        <w:t>Трояндові щоки, як вишні — уста,&lt;br /&gt;</w:t>
        <w:br/>
        <w:t>От тільки ніс — сизуватий.</w:t>
      </w:r>
    </w:p>
    <w:p>
      <w:r>
        <w:br/>
        <w:t>Її ясне чоло вкривав&lt;br /&gt;</w:t>
        <w:br/>
        <w:t>Очіпок з білого льону,&lt;br /&gt;</w:t>
        <w:br/>
        <w:t>На вежу скидався він, а також&lt;br /&gt;</w:t>
        <w:br/>
        <w:t>Нагадував трохи корону.</w:t>
      </w:r>
    </w:p>
    <w:p>
      <w:r>
        <w:br/>
        <w:t>Туніка біла на литки&lt;br /&gt;</w:t>
        <w:br/>
        <w:t>Звисала в тієї матрони.&lt;br /&gt;</w:t>
        <w:br/>
        <w:t>Литки! У неї ноги були&lt;br /&gt;</w:t>
        <w:br/>
        <w:t>Мов дві дорійські колони.</w:t>
      </w:r>
    </w:p>
    <w:p>
      <w:r>
        <w:br/>
        <w:t>Натури людської вона,&lt;br /&gt;</w:t>
        <w:br/>
        <w:t>Здавалось мені, достоту,&lt;br /&gt;</w:t>
        <w:br/>
        <w:t>І тільки її надприродний зад&lt;br /&gt;</w:t>
        <w:br/>
        <w:t>Виказував вищу істоту.</w:t>
      </w:r>
    </w:p>
    <w:p>
      <w:r>
        <w:br/>
        <w:t>Вона до мене підійшла,&lt;br /&gt;</w:t>
        <w:br/>
        <w:t>З приїздом привітала:&lt;br /&gt;</w:t>
        <w:br/>
        <w:t>"Тринадцять літ ти на Ельбі не був,&lt;br /&gt;</w:t>
        <w:br/>
        <w:t>А бачу — змінився мало.</w:t>
      </w:r>
    </w:p>
    <w:p>
      <w:r>
        <w:br/>
        <w:t>Ти, мабуть, шукаєш створіння ті,&lt;br /&gt;</w:t>
        <w:br/>
        <w:t>Що в цих місцях з тобою&lt;br /&gt;</w:t>
        <w:br/>
        <w:t>Колись блукали ночами без сну&lt;br /&gt;</w:t>
        <w:br/>
        <w:t>Мрійливою юрбою.</w:t>
      </w:r>
    </w:p>
    <w:p>
      <w:r>
        <w:br/>
        <w:t>Давно вже поглинуло їх життя,&lt;br /&gt;</w:t>
        <w:br/>
        <w:t>Страхітна гідра стоглава,-&lt;br /&gt;</w:t>
        <w:br/>
        <w:t>Ні подруг давніх, ні давніх днів&lt;br /&gt;</w:t>
        <w:br/>
        <w:t>Не знайдеш ти, от в чім справа.</w:t>
      </w:r>
    </w:p>
    <w:p>
      <w:r>
        <w:br/>
        <w:t>Не знайдеш тих гордих квітів, яким&lt;br /&gt;</w:t>
        <w:br/>
        <w:t>Душа твоя гімн співала.&lt;br /&gt;</w:t>
        <w:br/>
        <w:t>Вони тут цвіли, та давно одцвіли,&lt;br /&gt;</w:t>
        <w:br/>
        <w:t>Давно їх буря зламала.</w:t>
      </w:r>
    </w:p>
    <w:p>
      <w:r>
        <w:br/>
        <w:t>Обірвано, збито, розтоптано їх&lt;br /&gt;</w:t>
        <w:br/>
        <w:t>Судьби важкою стопою,-&lt;br /&gt;</w:t>
        <w:br/>
        <w:t>Мій друже, такий кінець на землі&lt;br /&gt;</w:t>
        <w:br/>
        <w:t>Всього, що зветься красою!"</w:t>
      </w:r>
    </w:p>
    <w:p>
      <w:r>
        <w:br/>
        <w:t>"Та хто ж ти? — гукнув я.— Чи не тебе&lt;br /&gt;</w:t>
        <w:br/>
        <w:t>Я бачив у сні старому?&lt;br /&gt;</w:t>
        <w:br/>
        <w:t>Де ти живеш? Чи можна мені&lt;br /&gt;</w:t>
        <w:br/>
        <w:t>Тебе провести додому?"</w:t>
      </w:r>
    </w:p>
    <w:p>
      <w:r>
        <w:br/>
        <w:t>"Ти помилився, друже мій,-&lt;br /&gt;</w:t>
        <w:br/>
        <w:t>Вона засміялася дзвінко.-&lt;br /&gt;</w:t>
        <w:br/>
        <w:t>Я зовсім не те, що думаєш ти,&lt;br /&gt;</w:t>
        <w:br/>
        <w:t>Я дуже порядна жінка.</w:t>
      </w:r>
    </w:p>
    <w:p>
      <w:r>
        <w:br/>
        <w:t>Ні, справді, я не маленька мамзель&lt;br /&gt;</w:t>
        <w:br/>
        <w:t>Що звуть лоретками нині.&lt;br /&gt;</w:t>
        <w:br/>
        <w:t>Чи ти Гаммонії не впізнав,&lt;br /&gt;</w:t>
        <w:br/>
        <w:t>Гамбурзької богині?</w:t>
      </w:r>
    </w:p>
    <w:p>
      <w:r>
        <w:br/>
        <w:t>Але, я бачу, тремтить душа&lt;br /&gt;</w:t>
        <w:br/>
        <w:t>Твоя, співець, благородна.&lt;br /&gt;</w:t>
        <w:br/>
        <w:t>Ти проведеш мене й тепер?&lt;br /&gt;</w:t>
        <w:br/>
        <w:t>Ну що ж, ходім — я згодна!"</w:t>
      </w:r>
    </w:p>
    <w:p>
      <w:r>
        <w:br/>
        <w:t>І сміючись я відповів:&lt;br /&gt;</w:t>
        <w:br/>
        <w:t>"Не битиму одбою —&lt;br /&gt;</w:t>
        <w:br/>
        <w:t>Іди вперед, а я піду&lt;br /&gt;</w:t>
        <w:br/>
        <w:t>Хоч в пекло за тобою!"</w:t>
      </w:r>
    </w:p>
    <w:p>
      <w:r>
        <w:br/>
        <w:t>XXIV</w:t>
      </w:r>
    </w:p>
    <w:p>
      <w:r>
        <w:br/>
        <w:t>Не знаю, як опинився я&lt;br /&gt;</w:t>
        <w:br/>
        <w:t>У неї перед дверима.&lt;br /&gt;</w:t>
        <w:br/>
        <w:t>По сходах, мабуть, мене підняла&lt;br /&gt;</w:t>
        <w:br/>
        <w:t>Могутня сила незрима.</w:t>
      </w:r>
    </w:p>
    <w:p>
      <w:r>
        <w:br/>
        <w:t>В кімнатці Гаммонії для нас&lt;br /&gt;</w:t>
        <w:br/>
        <w:t>Чудова мить настала.&lt;br /&gt;</w:t>
        <w:br/>
        <w:t>Богиня призналась, що давно&lt;br /&gt;</w:t>
        <w:br/>
        <w:t>До мене симпатію мала.</w:t>
      </w:r>
    </w:p>
    <w:p>
      <w:r>
        <w:br/>
        <w:t>"Колись,— сказала вона,— найбільш&lt;br /&gt;</w:t>
        <w:br/>
        <w:t>Любила я твори щирі&lt;br /&gt;</w:t>
        <w:br/>
        <w:t>Співця, що месію оспівав&lt;br /&gt;</w:t>
        <w:br/>
        <w:t>На благочесній лірі.</w:t>
      </w:r>
    </w:p>
    <w:p>
      <w:r>
        <w:br/>
        <w:t>Дивись, на комоді і досі я&lt;br /&gt;</w:t>
        <w:br/>
        <w:t>Погруддя Клопштока маю,&lt;br /&gt;</w:t>
        <w:br/>
        <w:t>Але на нього вже давно&lt;br /&gt;</w:t>
        <w:br/>
        <w:t>Очіпки одягаю.</w:t>
      </w:r>
    </w:p>
    <w:p>
      <w:r>
        <w:br/>
        <w:t>Ти мій улюбленець тепер,&lt;br /&gt;</w:t>
        <w:br/>
        <w:t>Портрет твій над ліжком у мене.&lt;br /&gt;</w:t>
        <w:br/>
        <w:t>Вінчає свіжий лавровий вінок&lt;br /&gt;</w:t>
        <w:br/>
        <w:t>Обличчя твоє натхненне.</w:t>
      </w:r>
    </w:p>
    <w:p>
      <w:r>
        <w:br/>
        <w:t>Даремно тільки моїх синів,-&lt;br /&gt;</w:t>
        <w:br/>
        <w:t>Кажу тобі щиро, як мати,-&lt;br /&gt;</w:t>
        <w:br/>
        <w:t>Своїм бичем шмагаєш ти...&lt;br /&gt;</w:t>
        <w:br/>
        <w:t>Треба вже з цим кінчати.</w:t>
      </w:r>
    </w:p>
    <w:p>
      <w:r>
        <w:br/>
        <w:t>Я сподіваюсь, що життя&lt;br /&gt;</w:t>
        <w:br/>
        <w:t>Чогось таки навчило&lt;br /&gt;</w:t>
        <w:br/>
        <w:t>І толерантнішим тебе&lt;br /&gt;</w:t>
        <w:br/>
        <w:t>Навіть до дурнів зробило.</w:t>
      </w:r>
    </w:p>
    <w:p>
      <w:r>
        <w:br/>
        <w:t>Але як зважився ти рушать&lt;br /&gt;</w:t>
        <w:br/>
        <w:t>В холодну зимову пору&lt;br /&gt;</w:t>
        <w:br/>
        <w:t>До нас на північ? На півночі ми&lt;br /&gt;</w:t>
        <w:br/>
        <w:t>Маємо зиму сувору".</w:t>
      </w:r>
    </w:p>
    <w:p>
      <w:r>
        <w:br/>
        <w:t>"Моя богине,— я їй відповів,-&lt;br /&gt;</w:t>
        <w:br/>
        <w:t>Одне лиш для мене ясно:&lt;br /&gt;</w:t>
        <w:br/>
        <w:t>Найглибші чуття у людській душі&lt;br /&gt;</w:t>
        <w:br/>
        <w:t>Пробуджуються невчасно.</w:t>
      </w:r>
    </w:p>
    <w:p>
      <w:r>
        <w:br/>
        <w:t>З вигляду добре жилося мені,&lt;br /&gt;</w:t>
        <w:br/>
        <w:t>Але помирав од нудьги я,&lt;br /&gt;</w:t>
        <w:br/>
        <w:t>Щодня хвилювання моє росло —&lt;br /&gt;</w:t>
        <w:br/>
        <w:t>І це вже була ностальгія.</w:t>
      </w:r>
    </w:p>
    <w:p>
      <w:r>
        <w:br/>
        <w:t>Нараз французьке повітря легке&lt;br /&gt;</w:t>
        <w:br/>
        <w:t>Стало мене душити,-&lt;br /&gt;</w:t>
        <w:br/>
        <w:t>Я мусив дихати в моїй&lt;br /&gt;</w:t>
        <w:br/>
        <w:t>Німеччині, щоб жити.</w:t>
      </w:r>
    </w:p>
    <w:p>
      <w:r>
        <w:br/>
        <w:t>За духом торфу й тютюну&lt;br /&gt;</w:t>
        <w:br/>
        <w:t>Почав я сумувати.&lt;br /&gt;</w:t>
        <w:br/>
        <w:t>Тремтіли ноги — так їм баглось&lt;br /&gt;</w:t>
        <w:br/>
        <w:t>Німецьку землю топтати.</w:t>
      </w:r>
    </w:p>
    <w:p>
      <w:r>
        <w:br/>
        <w:t>Вночі зітхав я і сумував,&lt;br /&gt;</w:t>
        <w:br/>
        <w:t>Згадуючи ворота,&lt;br /&gt;</w:t>
        <w:br/>
        <w:t>Біля яких моя мати живе&lt;br /&gt;</w:t>
        <w:br/>
        <w:t>І зовсім близенько Лотта.</w:t>
      </w:r>
    </w:p>
    <w:p>
      <w:r>
        <w:br/>
        <w:t>І доброго старого я&lt;br /&gt;</w:t>
        <w:br/>
        <w:t>Згадував часто до ранку,&lt;br /&gt;</w:t>
        <w:br/>
        <w:t>Бо він хоч і лаяв мене завжди,&lt;br /&gt;</w:t>
        <w:br/>
        <w:t>Але й захищав до останку.</w:t>
      </w:r>
    </w:p>
    <w:p>
      <w:r>
        <w:br/>
        <w:t>"Дурний хлопчисько!" — його слова&lt;br /&gt;</w:t>
        <w:br/>
        <w:t>Хотів би я чути знову.&lt;br /&gt;</w:t>
        <w:br/>
        <w:t>Вони музи?ку в моїй душі&lt;br /&gt;</w:t>
        <w:br/>
        <w:t>Пробуджують чудову.</w:t>
      </w:r>
    </w:p>
    <w:p>
      <w:r>
        <w:br/>
        <w:t>Я сумував за блакитним димком&lt;br /&gt;</w:t>
        <w:br/>
        <w:t>Над рідними димарями,&lt;br /&gt;</w:t>
        <w:br/>
        <w:t>За нижньосаксонським солов'єм,&lt;br /&gt;</w:t>
        <w:br/>
        <w:t>За буковими гаями.</w:t>
      </w:r>
    </w:p>
    <w:p>
      <w:r>
        <w:br/>
        <w:t>Й за тими місцями я сумував —&lt;br /&gt;</w:t>
        <w:br/>
        <w:t>Голгофою суму й любові,&lt;br /&gt;</w:t>
        <w:br/>
        <w:t>Де ніс свого юнацтва хрест&lt;br /&gt;</w:t>
        <w:br/>
        <w:t>І мій вінок терновий.</w:t>
      </w:r>
    </w:p>
    <w:p>
      <w:r>
        <w:br/>
        <w:t>Хотів я ридати там, де колись&lt;br /&gt;</w:t>
        <w:br/>
        <w:t>Доводилося ридати,&lt;br /&gt;</w:t>
        <w:br/>
        <w:t>Любов до вітчизни — зветься в нас&lt;br /&gt;</w:t>
        <w:br/>
        <w:t>Це почуття дурнувате.</w:t>
      </w:r>
    </w:p>
    <w:p>
      <w:r>
        <w:br/>
        <w:t>По суті — це хворість; і ми на цім&lt;br /&gt;</w:t>
        <w:br/>
        <w:t>Довго спинятись не будем.&lt;br /&gt;</w:t>
        <w:br/>
        <w:t>Сором'язкий я з натури і ран&lt;br /&gt;</w:t>
        <w:br/>
        <w:t>Своїх не показую людям.</w:t>
      </w:r>
    </w:p>
    <w:p>
      <w:r>
        <w:br/>
        <w:t>Мені огидні ті людці,&lt;br /&gt;</w:t>
        <w:br/>
        <w:t>Що, наче сліпці біля брами,&lt;br /&gt;</w:t>
        <w:br/>
        <w:t>Показують свій патріотизм&lt;br /&gt;</w:t>
        <w:br/>
        <w:t>З його всіма болячками.</w:t>
      </w:r>
    </w:p>
    <w:p>
      <w:r>
        <w:br/>
        <w:t>Ну й що ж, безсовісні жебраки?&lt;br /&gt;</w:t>
        <w:br/>
        <w:t>Чи з того на гріш приваби&lt;br /&gt;</w:t>
        <w:br/>
        <w:t>Та популярності здобули&lt;br /&gt;</w:t>
        <w:br/>
        <w:t>Менцель і всі його шваби?</w:t>
      </w:r>
    </w:p>
    <w:p>
      <w:r>
        <w:br/>
        <w:t>Моя богине, сьогодні я&lt;br /&gt;</w:t>
        <w:br/>
        <w:t>Справді занадто нудьгую;&lt;br /&gt;</w:t>
        <w:br/>
        <w:t>Я трохи стомився, але дарма —&lt;br /&gt;</w:t>
        <w:br/>
        <w:t>Зараз себе підлікую.</w:t>
      </w:r>
    </w:p>
    <w:p>
      <w:r>
        <w:br/>
        <w:t>Авжеж, я стомився, та можеш ти&lt;br /&gt;</w:t>
        <w:br/>
        <w:t>Чаєм мене підсвіжити,-&lt;br /&gt;</w:t>
        <w:br/>
        <w:t>І, правду сказати, добре було б&lt;br /&gt;</w:t>
        <w:br/>
        <w:t>У склянку рому підлити".</w:t>
      </w:r>
    </w:p>
    <w:p>
      <w:r>
        <w:br/>
        <w:t>XXV</w:t>
      </w:r>
    </w:p>
    <w:p>
      <w:r>
        <w:br/>
        <w:t>Богиня заварила чай,&lt;br /&gt;</w:t>
        <w:br/>
        <w:t>Ром влила для звичаю,&lt;br /&gt;</w:t>
        <w:br/>
        <w:t>Але сама той ром пила,&lt;br /&gt;</w:t>
        <w:br/>
        <w:t>Як водиться, без чаю.</w:t>
      </w:r>
    </w:p>
    <w:p>
      <w:r>
        <w:br/>
        <w:t>Чоло схилила на плече&lt;br /&gt;</w:t>
        <w:br/>
        <w:t>Вона мені, холщову&lt;br /&gt;</w:t>
        <w:br/>
        <w:t>При цьому зім'явши корону свою,&lt;br /&gt;</w:t>
        <w:br/>
        <w:t>І так почала розмову:</w:t>
      </w:r>
    </w:p>
    <w:p>
      <w:r>
        <w:br/>
        <w:t>"Мене не раз страхало те,&lt;br /&gt;</w:t>
        <w:br/>
        <w:t>Що ти чуття свої свіжі&lt;br /&gt;</w:t>
        <w:br/>
        <w:t>Так довго з французами витрачав&lt;br /&gt;</w:t>
        <w:br/>
        <w:t>В отім аморальнім Парижі.</w:t>
      </w:r>
    </w:p>
    <w:p>
      <w:r>
        <w:br/>
        <w:t>Ти там тинявся і не мав,&lt;br /&gt;</w:t>
        <w:br/>
        <w:t>На лихо, біля себе&lt;br /&gt;</w:t>
        <w:br/>
        <w:t>Німецького щирого видавця,&lt;br /&gt;</w:t>
        <w:br/>
        <w:t>Що був би ментором в тебе.</w:t>
      </w:r>
    </w:p>
    <w:p>
      <w:r>
        <w:br/>
        <w:t>Нелегко жити серед спокус.&lt;br /&gt;</w:t>
        <w:br/>
        <w:t>В Парижі блукає чимало&lt;br /&gt;</w:t>
        <w:br/>
        <w:t>Недужих сильфід, і спокій душі&lt;br /&gt;</w:t>
        <w:br/>
        <w:t>Згубити там легко стало.</w:t>
      </w:r>
    </w:p>
    <w:p>
      <w:r>
        <w:br/>
        <w:t>Не їдь туди, лишайсь у нас,&lt;br /&gt;</w:t>
        <w:br/>
        <w:t>Забудь спокуси нечисті,&lt;br /&gt;</w:t>
        <w:br/>
        <w:t>Ти знайдеш безліч тихих розваг&lt;br /&gt;</w:t>
        <w:br/>
        <w:t>У нашому товаристві.</w:t>
      </w:r>
    </w:p>
    <w:p>
      <w:r>
        <w:br/>
        <w:t>Лишайся в Німеччині, тут тобі&lt;br /&gt;</w:t>
        <w:br/>
        <w:t>Краще тепер буде жити;&lt;br /&gt;</w:t>
        <w:br/>
        <w:t>Ми йдем вперед, ти, певно, й сам&lt;br /&gt;</w:t>
        <w:br/>
        <w:t>Значний прогрес помітив.</w:t>
      </w:r>
    </w:p>
    <w:p>
      <w:r>
        <w:br/>
        <w:t>Цензура легшає щодня,&lt;br /&gt;</w:t>
        <w:br/>
        <w:t>Гофман — добріший дитини,&lt;br /&gt;</w:t>
        <w:br/>
        <w:t>Не буде різати він уже&lt;br /&gt;</w:t>
        <w:br/>
        <w:t>Твої "Подорожні картини".</w:t>
      </w:r>
    </w:p>
    <w:p>
      <w:r>
        <w:br/>
        <w:t>Ти теж постаршав і м'якший став,&lt;br /&gt;</w:t>
        <w:br/>
        <w:t>Поступишся, де треба,&lt;br /&gt;</w:t>
        <w:br/>
        <w:t>І навіть немила старовина&lt;br /&gt;</w:t>
        <w:br/>
        <w:t>Милішою буде для тебе.</w:t>
      </w:r>
    </w:p>
    <w:p>
      <w:r>
        <w:br/>
        <w:t>Що нам в Німеччині важко жилось —&lt;br /&gt;</w:t>
        <w:br/>
        <w:t>Це перебільшення зримі.&lt;br /&gt;</w:t>
        <w:br/>
        <w:t>Від рабства ми самогубством могли&lt;br /&gt;</w:t>
        <w:br/>
        <w:t>Рятуватись, як в древнім Римі.</w:t>
      </w:r>
    </w:p>
    <w:p>
      <w:r>
        <w:br/>
        <w:t>Свободу думки маси у нас&lt;br /&gt;</w:t>
        <w:br/>
        <w:t>Безмежну і повну мали,&lt;br /&gt;</w:t>
        <w:br/>
        <w:t>Обмежень зазнавали лиш ті,&lt;br /&gt;</w:t>
        <w:br/>
        <w:t>Що десь там щось друкували.</w:t>
      </w:r>
    </w:p>
    <w:p>
      <w:r>
        <w:br/>
        <w:t>Сваволя? Її не знали ми!&lt;br /&gt;</w:t>
        <w:br/>
        <w:t>Без постанови влади&lt;br /&gt;</w:t>
        <w:br/>
        <w:t>Ми й демагога не зняли б&lt;br /&gt;</w:t>
        <w:br/>
        <w:t>З державної посади.</w:t>
      </w:r>
    </w:p>
    <w:p>
      <w:r>
        <w:br/>
        <w:t>Ні, так погано в нас не було,&lt;br /&gt;</w:t>
        <w:br/>
        <w:t>Траплялися дрібниці,&lt;br /&gt;</w:t>
        <w:br/>
        <w:t>А з голоду ще ніхто не вмирав&lt;br /&gt;</w:t>
        <w:br/>
        <w:t>У нас, в німецькій в'язниці.</w:t>
      </w:r>
    </w:p>
    <w:p>
      <w:r>
        <w:br/>
        <w:t>Багато гарних прикладів я&lt;br /&gt;</w:t>
        <w:br/>
        <w:t>З минулого можу навести&lt;br /&gt;</w:t>
        <w:br/>
        <w:t>Покори і віри, не те що тепер —&lt;br /&gt;</w:t>
        <w:br/>
        <w:t>Лиш сумніви та протести.</w:t>
      </w:r>
    </w:p>
    <w:p>
      <w:r>
        <w:br/>
        <w:t>Умовної волі практичний вік&lt;br /&gt;</w:t>
        <w:br/>
        <w:t>Винищить швидко мрії,&lt;br /&gt;</w:t>
        <w:br/>
        <w:t>Що ми у серці плекали, святі&lt;br /&gt;</w:t>
        <w:br/>
        <w:t>І чисті, мов сон лелії.</w:t>
      </w:r>
    </w:p>
    <w:p>
      <w:r>
        <w:br/>
        <w:t>Погасне, вже погасать почала&lt;br /&gt;</w:t>
        <w:br/>
        <w:t>Поезія наша багата.&lt;br /&gt;</w:t>
        <w:br/>
        <w:t>З усіми князями скоро помре&lt;br /&gt;</w:t>
        <w:br/>
        <w:t>І маврський князь Фрейліграта.</w:t>
      </w:r>
    </w:p>
    <w:p>
      <w:r>
        <w:br/>
        <w:t>Онук буде пити та їсти, але&lt;br /&gt;</w:t>
        <w:br/>
        <w:t>Не в цій тишині скам'янілій.&lt;br /&gt;</w:t>
        <w:br/>
        <w:t>Гряде вистава вельми гучна,&lt;br /&gt;</w:t>
        <w:br/>
        <w:t>Кінець прийшов для ідилій.</w:t>
      </w:r>
    </w:p>
    <w:p>
      <w:r>
        <w:br/>
        <w:t>Коли б ти мовчав, я книгу судьби&lt;br /&gt;</w:t>
        <w:br/>
        <w:t>У дзеркалі чарівному&lt;br /&gt;</w:t>
        <w:br/>
        <w:t>Тобі одкрила б,— майбутні часи&lt;br /&gt;</w:t>
        <w:br/>
        <w:t>Ти міг би побачити в ньому.</w:t>
      </w:r>
    </w:p>
    <w:p>
      <w:r>
        <w:br/>
        <w:t>Нікому в світі — тільки тобі&lt;br /&gt;</w:t>
        <w:br/>
        <w:t>Хотіла б я показати&lt;br /&gt;</w:t>
        <w:br/>
        <w:t>Майбутнє твоєї вітчизни, але&lt;br /&gt;</w:t>
        <w:br/>
        <w:t>Не вмієш ти мовчати!"</w:t>
      </w:r>
    </w:p>
    <w:p>
      <w:r>
        <w:br/>
        <w:t>"О ні, богине! — образивсь я,-&lt;br /&gt;</w:t>
        <w:br/>
        <w:t>Мовчатиму, як домовина!&lt;br /&gt;</w:t>
        <w:br/>
        <w:t>Німецьке майбутнє ти мені&lt;br /&gt;</w:t>
        <w:br/>
        <w:t>Будь-що показати повинна!</w:t>
      </w:r>
    </w:p>
    <w:p>
      <w:r>
        <w:br/>
        <w:t>Яку призначиш ти сама,&lt;br /&gt;</w:t>
        <w:br/>
        <w:t>Я можу клятву дати —&lt;br /&gt;</w:t>
        <w:br/>
        <w:t>І що? побачу, з тим помру,-&lt;br /&gt;</w:t>
        <w:br/>
        <w:t>Кажи, як присягати?"</w:t>
      </w:r>
    </w:p>
    <w:p>
      <w:r>
        <w:br/>
        <w:t>Вона звеліла мені: "Поклянись,&lt;br /&gt;</w:t>
        <w:br/>
        <w:t>Як Авраамові клявся&lt;br /&gt;</w:t>
        <w:br/>
        <w:t>Єлеазар, коли він уже&lt;br /&gt;</w:t>
        <w:br/>
        <w:t>В дорогу підперезався.</w:t>
      </w:r>
    </w:p>
    <w:p>
      <w:r>
        <w:br/>
        <w:t>Туніку мою підніми, й поклади&lt;br /&gt;</w:t>
        <w:br/>
        <w:t>Мені на стегна руку,&lt;br /&gt;</w:t>
        <w:br/>
        <w:t>І поклянись весь вік мовчать&lt;br /&gt;</w:t>
        <w:br/>
        <w:t>В розмові, як і в друку".</w:t>
      </w:r>
    </w:p>
    <w:p>
      <w:r>
        <w:br/>
        <w:t>Велична мить! Я знову вдихав&lt;br /&gt;</w:t>
        <w:br/>
        <w:t>Забутий дух святині,&lt;br /&gt;</w:t>
        <w:br/>
        <w:t>Коли на прабатьківський кшталт&lt;br /&gt;</w:t>
        <w:br/>
        <w:t>Складав свою клятву богині.</w:t>
      </w:r>
    </w:p>
    <w:p>
      <w:r>
        <w:br/>
        <w:t>І я туніку її підняв,&lt;br /&gt;</w:t>
        <w:br/>
        <w:t>І, положивши руку&lt;br /&gt;</w:t>
        <w:br/>
        <w:t>На стегна їй, мовчати поклявсь&lt;br /&gt;</w:t>
        <w:br/>
        <w:t>В розмові, як і в друку.</w:t>
      </w:r>
    </w:p>
    <w:p>
      <w:r>
        <w:br/>
        <w:t>XXVI</w:t>
      </w:r>
    </w:p>
    <w:p>
      <w:r>
        <w:br/>
        <w:t>Богиня почервоніла з лиця —&lt;br /&gt;</w:t>
        <w:br/>
        <w:t>Здавалось, що в корону&lt;br /&gt;</w:t>
        <w:br/>
        <w:t>Їм ром ударив,— вона почала&lt;br /&gt;</w:t>
        <w:br/>
        <w:t>З дуже скорботного тону:</w:t>
      </w:r>
    </w:p>
    <w:p>
      <w:r>
        <w:br/>
        <w:t>"Я бачила Гамбурга перший день,&lt;br /&gt;</w:t>
        <w:br/>
        <w:t>То ж роки мої вже не ранні.&lt;br /&gt;</w:t>
        <w:br/>
        <w:t>На Ельбі мати моя була&lt;br /&gt;</w:t>
        <w:br/>
        <w:t>Царицею тарані.</w:t>
      </w:r>
    </w:p>
    <w:p>
      <w:r>
        <w:br/>
        <w:t>Carolus Magnus мій батько звавсь,&lt;br /&gt;</w:t>
        <w:br/>
        <w:t>Монарх у великій славі —&lt;br /&gt;</w:t>
        <w:br/>
        <w:t>Могутніший і мудріший він був,&lt;br /&gt;</w:t>
        <w:br/>
        <w:t>Ніж Фрідріх у прусській державі.</w:t>
      </w:r>
    </w:p>
    <w:p>
      <w:r>
        <w:br/>
        <w:t>В Аахені трон стоїть, на якім&lt;br /&gt;</w:t>
        <w:br/>
        <w:t>Мій батько коронувався,&lt;br /&gt;</w:t>
        <w:br/>
        <w:t>А трон, на якому вночі він сидів,&lt;br /&gt;</w:t>
        <w:br/>
        <w:t>Матусі у спадок зостався.</w:t>
      </w:r>
    </w:p>
    <w:p>
      <w:r>
        <w:br/>
        <w:t>Від матері я дістала його,&lt;br /&gt;</w:t>
        <w:br/>
        <w:t>Ця мебля в мене і нині.&lt;br /&gt;</w:t>
        <w:br/>
        <w:t>Її я й Ротшільду не віддам&lt;br /&gt;</w:t>
        <w:br/>
        <w:t>За повні золота скрині.</w:t>
      </w:r>
    </w:p>
    <w:p>
      <w:r>
        <w:br/>
        <w:t>Дивись, аж он в кутку стоїть&lt;br /&gt;</w:t>
        <w:br/>
        <w:t>Стареньке крісло; побила&lt;br /&gt;</w:t>
        <w:br/>
        <w:t>Подушку міль, і вже шкура давно&lt;br /&gt;</w:t>
        <w:br/>
        <w:t>На спинці його струхліла.</w:t>
      </w:r>
    </w:p>
    <w:p>
      <w:r>
        <w:br/>
        <w:t>Але подушку підніми&lt;br /&gt;</w:t>
        <w:br/>
        <w:t>Правицею своєю —&lt;br /&gt;</w:t>
        <w:br/>
        <w:t>Ти круглу дірку побачиш там&lt;br /&gt;</w:t>
        <w:br/>
        <w:t>І горщика під нею.</w:t>
      </w:r>
    </w:p>
    <w:p>
      <w:r>
        <w:br/>
        <w:t>Чарівний горщик — в ньому киплять&lt;br /&gt;</w:t>
        <w:br/>
        <w:t>Магічні сили могутні.&lt;br /&gt;</w:t>
        <w:br/>
        <w:t>В ту дірку голову встроми —&lt;br /&gt;</w:t>
        <w:br/>
        <w:t>І зразу побачиш майбутнє.</w:t>
      </w:r>
    </w:p>
    <w:p>
      <w:r>
        <w:br/>
        <w:t>Майбутнє Німеччини вочу&lt;br /&gt;</w:t>
        <w:br/>
        <w:t>?Зможеш ти лицезріти,&lt;br /&gt;</w:t>
        <w:br/>
        <w:t>Але не лякайся, коли воно&lt;br /&gt;</w:t>
        <w:br/>
        <w:t>Буде дуже смердіти".</w:t>
      </w:r>
    </w:p>
    <w:p>
      <w:r>
        <w:br/>
        <w:t>Сказала з посміхом вона,&lt;br /&gt;</w:t>
        <w:br/>
        <w:t>Мовляв, чи я не зблідну?&lt;br /&gt;</w:t>
        <w:br/>
        <w:t>Але я сміливо пішов&lt;br /&gt;</w:t>
        <w:br/>
        <w:t>І встромився в ту дірку огидну.</w:t>
      </w:r>
    </w:p>
    <w:p>
      <w:r>
        <w:br/>
        <w:t>Що? я побачив там — не скажу,&lt;br /&gt;</w:t>
        <w:br/>
        <w:t>Хоч як би кому не кортіло,&lt;br /&gt;</w:t>
        <w:br/>
        <w:t>Сказати можу лиш одне —&lt;br /&gt;</w:t>
        <w:br/>
        <w:t>Боже, як там смерділо!</w:t>
      </w:r>
    </w:p>
    <w:p>
      <w:r>
        <w:br/>
        <w:t>І як не вивернуло тебе,&lt;br /&gt;</w:t>
        <w:br/>
        <w:t>Коли почув отой дух ти —&lt;br /&gt;</w:t>
        <w:br/>
        <w:t>Прелюдію смороду, що злилась&lt;br /&gt;</w:t>
        <w:br/>
        <w:t>В суміш капусти і юхти?!</w:t>
      </w:r>
    </w:p>
    <w:p>
      <w:r>
        <w:br/>
        <w:t>Потому, о боже, сморід піднявсь&lt;br /&gt;</w:t>
        <w:br/>
        <w:t>Такий, що я повірив,&lt;br /&gt;</w:t>
        <w:br/>
        <w:t>Що вигрібати враз почали&lt;br /&gt;</w:t>
        <w:br/>
        <w:t>Всі тридцять шість сортирів.</w:t>
      </w:r>
    </w:p>
    <w:p>
      <w:r>
        <w:br/>
        <w:t>Те стерво, що вже давно згнило&lt;br /&gt;</w:t>
        <w:br/>
        <w:t>І лиш історично воняло,&lt;br /&gt;</w:t>
        <w:br/>
        <w:t>Воно останні з своїх отрут,&lt;br /&gt;</w:t>
        <w:br/>
        <w:t>Півмертве, випускало.</w:t>
      </w:r>
    </w:p>
    <w:p>
      <w:r>
        <w:br/>
        <w:t>І навіть привид пресвятий,&lt;br /&gt;</w:t>
        <w:br/>
        <w:t>Той труп у вічній обнові,&lt;br /&gt;</w:t>
        <w:br/>
        <w:t>Що з безлічі людей і держав&lt;br /&gt;</w:t>
        <w:br/>
        <w:t>Висмоктав досить крові,</w:t>
      </w:r>
    </w:p>
    <w:p>
      <w:r>
        <w:br/>
        <w:t>Він ще раз хотів зачумити весь світ —&lt;br /&gt;</w:t>
        <w:br/>
        <w:t>Людей, поля і дере?ва;&lt;br /&gt;</w:t>
        <w:br/>
        <w:t>Смердюча й страшна виповзала черва&lt;br /&gt;</w:t>
        <w:br/>
        <w:t>З його огидного чрева.</w:t>
      </w:r>
    </w:p>
    <w:p>
      <w:r>
        <w:br/>
        <w:t>Був кожний гробак — новий вампір,&lt;br /&gt;</w:t>
        <w:br/>
        <w:t>І знову трупом смерділо,&lt;br /&gt;</w:t>
        <w:br/>
        <w:t>Коли рятівний кіл йому&lt;br /&gt;</w:t>
        <w:br/>
        <w:t>Огидне пронизував тіло.</w:t>
      </w:r>
    </w:p>
    <w:p>
      <w:r>
        <w:br/>
        <w:t>Смерділи шнапс і кров, тютюн&lt;br /&gt;</w:t>
        <w:br/>
        <w:t>І шибеники обдерті,-&lt;br /&gt;</w:t>
        <w:br/>
        <w:t>Хто так смердів за життя, то як&lt;br /&gt;</w:t>
        <w:br/>
        <w:t>Смердітиме після смерті?</w:t>
      </w:r>
    </w:p>
    <w:p>
      <w:r>
        <w:br/>
        <w:t>Смерділо мопсом, таксою, псом,&lt;br /&gt;</w:t>
        <w:br/>
        <w:t>Що плазом на пузі, мов гади,&lt;br /&gt;</w:t>
        <w:br/>
        <w:t>Поперед троном та олтарем&lt;br /&gt;</w:t>
        <w:br/>
        <w:t>Лизали блювотину влади.</w:t>
      </w:r>
    </w:p>
    <w:p>
      <w:r>
        <w:br/>
        <w:t>Здіймався отруйний дух, немов&lt;br /&gt;</w:t>
        <w:br/>
        <w:t>В калюжах кров захолола,&lt;br /&gt;</w:t>
        <w:br/>
        <w:t>Де весь собачий цех лежав&lt;br /&gt;</w:t>
        <w:br/>
        <w:t>І вся історична школа.</w:t>
      </w:r>
    </w:p>
    <w:p>
      <w:r>
        <w:br/>
        <w:t>Я знаю, що від Сен-Жюста почув&lt;br /&gt;</w:t>
        <w:br/>
        <w:t>Колись Комітет порятунку:&lt;br /&gt;</w:t>
        <w:br/>
        <w:t>"Для лікування тяжких хвороб&lt;br /&gt;</w:t>
        <w:br/>
        <w:t>Не досить трояндного трунку".</w:t>
      </w:r>
    </w:p>
    <w:p>
      <w:r>
        <w:br/>
        <w:t>Але німецьке майбуття&lt;br /&gt;</w:t>
        <w:br/>
        <w:t>Усе пересмерділо,&lt;br /&gt;</w:t>
        <w:br/>
        <w:t>Що ніс мій уявити міг,&lt;br /&gt;</w:t>
        <w:br/>
        <w:t>І тут я схилився безсило —</w:t>
      </w:r>
    </w:p>
    <w:p>
      <w:r>
        <w:br/>
        <w:t>Я втратив свідомість, а пробудивсь —&lt;br /&gt;</w:t>
        <w:br/>
        <w:t>Сидів, як раніш, під боком&lt;br /&gt;</w:t>
        <w:br/>
        <w:t>В богині, й лежала моя голова&lt;br /&gt;</w:t>
        <w:br/>
        <w:t>На бюсті її широкім.</w:t>
      </w:r>
    </w:p>
    <w:p>
      <w:r>
        <w:br/>
        <w:t>Горів її погляд, палали уста,&lt;br /&gt;</w:t>
        <w:br/>
        <w:t>Здригалися ніздрі тремтливі,&lt;br /&gt;</w:t>
        <w:br/>
        <w:t>Вакхічно поета вона обняла,&lt;br /&gt;</w:t>
        <w:br/>
        <w:t>Співаючи так в надпориві:</w:t>
      </w:r>
    </w:p>
    <w:p>
      <w:r>
        <w:br/>
        <w:t>"Є в Фуле? король, над усі скарби&lt;br /&gt;</w:t>
        <w:br/>
        <w:t>Найдорожчого келиха має;&lt;br /&gt;</w:t>
        <w:br/>
        <w:t>Як з того келиха він п'є,-&lt;br /&gt;</w:t>
        <w:br/>
        <w:t>Сльоза на очах закипає.</w:t>
      </w:r>
    </w:p>
    <w:p>
      <w:r>
        <w:br/>
        <w:t>Що? думає в цей час король —&lt;br /&gt;</w:t>
        <w:br/>
        <w:t>Ніхто не може вгадати.&lt;br /&gt;</w:t>
        <w:br/>
        <w:t>Він сп'яну може віддати наказ&lt;br /&gt;</w:t>
        <w:br/>
        <w:t>Тебе арештувати.</w:t>
      </w:r>
    </w:p>
    <w:p>
      <w:r>
        <w:br/>
        <w:t>Минай стороною того короля,&lt;br /&gt;</w:t>
        <w:br/>
        <w:t>Не їдь на північ ніколи,&lt;br /&gt;</w:t>
        <w:br/>
        <w:t>А також поліції стережись&lt;br /&gt;</w:t>
        <w:br/>
        <w:t>І всії історичної школи.</w:t>
      </w:r>
    </w:p>
    <w:p>
      <w:r>
        <w:br/>
        <w:t>Лишайсь у мене, тебе я люблю,&lt;br /&gt;</w:t>
        <w:br/>
        <w:t>Ми їсти і пити будем&lt;br /&gt;</w:t>
        <w:br/>
        <w:t>Сучасності устриці і вино,&lt;br /&gt;</w:t>
        <w:br/>
        <w:t>А темне майбутнє забудем.</w:t>
      </w:r>
    </w:p>
    <w:p>
      <w:r>
        <w:br/>
        <w:t>Накрий-бо горщик, щоб сила в нім&lt;br /&gt;</w:t>
        <w:br/>
        <w:t>Магічна не вирувала!&lt;br /&gt;</w:t>
        <w:br/>
        <w:t>Тебе я люблю, як жодна з жінок&lt;br /&gt;</w:t>
        <w:br/>
        <w:t>Поета ще не кохала!</w:t>
      </w:r>
    </w:p>
    <w:p>
      <w:r>
        <w:br/>
        <w:t>Цілую тебе і чую — мене&lt;br /&gt;</w:t>
        <w:br/>
        <w:t>Твій геній надихає;&lt;br /&gt;</w:t>
        <w:br/>
        <w:t>Легким сп'янінням дивний хміль&lt;br /&gt;</w:t>
        <w:br/>
        <w:t>Всю душу мою сповиває.</w:t>
      </w:r>
    </w:p>
    <w:p>
      <w:r>
        <w:br/>
        <w:t>Я чую — нічної сторожі спів&lt;br /&gt;</w:t>
        <w:br/>
        <w:t>Лунає над землею,&lt;br /&gt;</w:t>
        <w:br/>
        <w:t>Неначе все місто на нашу честь&lt;br /&gt;</w:t>
        <w:br/>
        <w:t>Співає гімн Гіменею.</w:t>
      </w:r>
    </w:p>
    <w:p>
      <w:r>
        <w:br/>
        <w:t>Вже й слуги на конях з вогнем прибули,&lt;br /&gt;</w:t>
        <w:br/>
        <w:t>І кожен вже добре випив,&lt;br /&gt;</w:t>
        <w:br/>
        <w:t>Кружляє, гасає, вирує народ —&lt;br /&gt;</w:t>
        <w:br/>
        <w:t>Танцює танок смолоскипів.</w:t>
      </w:r>
    </w:p>
    <w:p>
      <w:r>
        <w:br/>
        <w:t>Приходить великомудрий сенат,&lt;br /&gt;</w:t>
        <w:br/>
        <w:t>Старши?на сивоголова!&lt;br /&gt;</w:t>
        <w:br/>
        <w:t>Відкашлюється бургомістр,-&lt;br /&gt;</w:t>
        <w:br/>
        <w:t>Здається, буде промова.</w:t>
      </w:r>
    </w:p>
    <w:p>
      <w:r>
        <w:br/>
        <w:t>В блискучих мундирах прибули&lt;br /&gt;</w:t>
        <w:br/>
        <w:t>Всім корпусом дипломати,&lt;br /&gt;</w:t>
        <w:br/>
        <w:t>Від іноземних держав привіт&lt;br /&gt;</w:t>
        <w:br/>
        <w:t>І шану просять прийняти.</w:t>
      </w:r>
    </w:p>
    <w:p>
      <w:r>
        <w:br/>
        <w:t>Прийшло духівництво, рабини й попи,&lt;br /&gt;</w:t>
        <w:br/>
        <w:t>Сяють масні тонзури.&lt;br /&gt;</w:t>
        <w:br/>
        <w:t>О боже, Гофман теж прийшов&lt;br /&gt;</w:t>
        <w:br/>
        <w:t>З ножицями цензури.</w:t>
      </w:r>
    </w:p>
    <w:p>
      <w:r>
        <w:br/>
        <w:t>Вони дзвенять в його руці,&lt;br /&gt;</w:t>
        <w:br/>
        <w:t>Він рветься до твого тіла&lt;br /&gt;</w:t>
        <w:br/>
        <w:t>І вирізає той шматок,&lt;br /&gt;</w:t>
        <w:br/>
        <w:t>Що я найбільше любила!"</w:t>
      </w:r>
    </w:p>
    <w:p>
      <w:r>
        <w:br/>
        <w:t>ХХVII</w:t>
      </w:r>
    </w:p>
    <w:p>
      <w:r>
        <w:br/>
        <w:t>Про ту чудову довгу ніч&lt;br /&gt;</w:t>
        <w:br/>
        <w:t>Під темним небозводом&lt;br /&gt;</w:t>
        <w:br/>
        <w:t>В привітний теплий літній день&lt;br /&gt;</w:t>
        <w:br/>
        <w:t>Я розповім вам згодом.</w:t>
      </w:r>
    </w:p>
    <w:p>
      <w:r>
        <w:br/>
        <w:t>Старих лицемірів перед кінцем&lt;br /&gt;</w:t>
        <w:br/>
        <w:t>Безсила душить злоба,&lt;br /&gt;</w:t>
        <w:br/>
        <w:t>Але дарма — зведе їх в труну&lt;br /&gt;</w:t>
        <w:br/>
        <w:t>Брехні гнила хвороба.</w:t>
      </w:r>
    </w:p>
    <w:p>
      <w:r>
        <w:br/>
        <w:t>Нове покоління, що вироста,&lt;br /&gt;</w:t>
        <w:br/>
        <w:t>Не піде стежками старими!&lt;br /&gt;</w:t>
        <w:br/>
        <w:t>Я — з вільними духом новими людьми,&lt;br /&gt;</w:t>
        <w:br/>
        <w:t>Усі мої помисли — з ними.</w:t>
      </w:r>
    </w:p>
    <w:p>
      <w:r>
        <w:br/>
        <w:t>Квітує вже молодь, яка збагне&lt;br /&gt;</w:t>
        <w:br/>
        <w:t>Поетову честь і гідність,&lt;br /&gt;</w:t>
        <w:br/>
        <w:t>Зігріється в сонці його душі,&lt;br /&gt;</w:t>
        <w:br/>
        <w:t>Свою з ним відчувши рідність.</w:t>
      </w:r>
    </w:p>
    <w:p>
      <w:r>
        <w:br/>
        <w:t>Мов полум'я, чиста душа моя&lt;br /&gt;</w:t>
        <w:br/>
        <w:t>І повна світла і віри;&lt;br /&gt;</w:t>
        <w:br/>
        <w:t>Безсмертні богині краси натягли&lt;br /&gt;</w:t>
        <w:br/>
        <w:t>Струни моєї ліри.</w:t>
      </w:r>
    </w:p>
    <w:p>
      <w:r>
        <w:br/>
        <w:t>Колись на лірі цій творив&lt;br /&gt;</w:t>
        <w:br/>
        <w:t>Свої античні сцени&lt;br /&gt;</w:t>
        <w:br/>
        <w:t>Покійний батько мій — Арістофан,&lt;br /&gt;</w:t>
        <w:br/>
        <w:t>Улюбленець Камени.</w:t>
      </w:r>
    </w:p>
    <w:p>
      <w:r>
        <w:br/>
        <w:t>На ній з великим натхненням він&lt;br /&gt;</w:t>
        <w:br/>
        <w:t>Оспівував Базілею,&lt;br /&gt;</w:t>
        <w:br/>
        <w:t>Що висватав Пайстетер колись&lt;br /&gt;</w:t>
        <w:br/>
        <w:t>І в небо вознісся з нею.</w:t>
      </w:r>
    </w:p>
    <w:p>
      <w:r>
        <w:br/>
        <w:t>В останньому розділі я намагавсь,&lt;br /&gt;</w:t>
        <w:br/>
        <w:t>Нехай це лишиться між нами,&lt;br /&gt;</w:t>
        <w:br/>
        <w:t>Наслідувати кінець "Птахів",&lt;br /&gt;</w:t>
        <w:br/>
        <w:t>Його найкращої драми.</w:t>
      </w:r>
    </w:p>
    <w:p>
      <w:r>
        <w:br/>
        <w:t>І "Жаби" — це також чудова річ,&lt;br /&gt;</w:t>
        <w:br/>
        <w:t>В перекладі в Берліні,&lt;br /&gt;</w:t>
        <w:br/>
        <w:t>На радість прусському королю,&lt;br /&gt;</w:t>
        <w:br/>
        <w:t>Її виставляють нині.</w:t>
      </w:r>
    </w:p>
    <w:p>
      <w:r>
        <w:br/>
        <w:t>Король античність любить, ну що ж,&lt;br /&gt;</w:t>
        <w:br/>
        <w:t>Візьмемо це на відзнаку.&lt;br /&gt;</w:t>
        <w:br/>
        <w:t>Його попередник прихильником був&lt;br /&gt;</w:t>
        <w:br/>
        <w:t>Сучасного жабокряку.</w:t>
      </w:r>
    </w:p>
    <w:p>
      <w:r>
        <w:br/>
        <w:t>Король цю п'єсу любить, але&lt;br /&gt;</w:t>
        <w:br/>
        <w:t>Я міг би пораду дати&lt;br /&gt;</w:t>
        <w:br/>
        <w:t>Арістофану, коли б він жив,&lt;br /&gt;</w:t>
        <w:br/>
        <w:t>Прусські кордони минати.</w:t>
      </w:r>
    </w:p>
    <w:p>
      <w:r>
        <w:br/>
        <w:t>З живим Арістофаном у нас&lt;br /&gt;</w:t>
        <w:br/>
        <w:t>Було б не так, як з твором,-&lt;br /&gt;</w:t>
        <w:br/>
        <w:t>Невдовзі цей великий поет&lt;br /&gt;</w:t>
        <w:br/>
        <w:t>Ходив би з жандармським хором.</w:t>
      </w:r>
    </w:p>
    <w:p>
      <w:r>
        <w:br/>
        <w:t>Одержала б дозвіл гавкать юрба,&lt;br /&gt;</w:t>
        <w:br/>
        <w:t>Замість хвостом крутити!&lt;br /&gt;</w:t>
        <w:br/>
        <w:t>А там недовго було б його&lt;br /&gt;</w:t>
        <w:br/>
        <w:t>І зовсім посадити.</w:t>
      </w:r>
    </w:p>
    <w:p>
      <w:r>
        <w:br/>
        <w:t>Коро?лю! Я дам пораду тобі:&lt;br /&gt;</w:t>
        <w:br/>
        <w:t>Вшановуй якнайвище&lt;br /&gt;</w:t>
        <w:br/>
        <w:t>Мертвих поетів і спокій дай&lt;br /&gt;</w:t>
        <w:br/>
        <w:t>Поетам, що живі ще.</w:t>
      </w:r>
    </w:p>
    <w:p>
      <w:r>
        <w:br/>
        <w:t>Живих поетів не зневажай,&lt;br /&gt;</w:t>
        <w:br/>
        <w:t>Є полум'я в них і стріли,&lt;br /&gt;</w:t>
        <w:br/>
        <w:t>Страшніші Зевсових блискавиць,&lt;br /&gt;</w:t>
        <w:br/>
        <w:t>Що ті ж поети створили.</w:t>
      </w:r>
    </w:p>
    <w:p>
      <w:r>
        <w:br/>
        <w:t>Богів зневажай старих і нових&lt;br /&gt;</w:t>
        <w:br/>
        <w:t>І всю олімпійську зграю,&lt;br /&gt;</w:t>
        <w:br/>
        <w:t>Найвищого Єгову ганьби,&lt;br /&gt;</w:t>
        <w:br/>
        <w:t>Але поета — не ра?ю!</w:t>
      </w:r>
    </w:p>
    <w:p>
      <w:r>
        <w:br/>
        <w:t>Безжалісні боги наших гріхів&lt;br /&gt;</w:t>
        <w:br/>
        <w:t>Не звикли нам дарувати,&lt;br /&gt;</w:t>
        <w:br/>
        <w:t>У пеклі лютий вогонь горить —&lt;br /&gt;</w:t>
        <w:br/>
        <w:t>І треба в ньому палати!</w:t>
      </w:r>
    </w:p>
    <w:p>
      <w:r>
        <w:br/>
        <w:t>Та все-таки є святі, що з вогню&lt;br /&gt;</w:t>
        <w:br/>
        <w:t>Врятують нас при потребі&lt;br /&gt;</w:t>
        <w:br/>
        <w:t>За свічку чи за споми?н душі,&lt;br /&gt;</w:t>
        <w:br/>
        <w:t>Бо є ще протекція в небі.</w:t>
      </w:r>
    </w:p>
    <w:p>
      <w:r>
        <w:br/>
        <w:t>Непорушні пекельні ворота Христос&lt;br /&gt;</w:t>
        <w:br/>
        <w:t>Зламає в день страшного суду,&lt;br /&gt;</w:t>
        <w:br/>
        <w:t>Та навіть від праведного судії&lt;br /&gt;</w:t>
        <w:br/>
        <w:t>Чимало врятується люду.</w:t>
      </w:r>
    </w:p>
    <w:p>
      <w:r>
        <w:br/>
        <w:t>Але є пекло — потрапиш туди,&lt;br /&gt;</w:t>
        <w:br/>
        <w:t>Ніщо вже не допоможе,&lt;br /&gt;</w:t>
        <w:br/>
        <w:t>Ні ме?си, ні молитви?, ні свічки?,&lt;br /&gt;</w:t>
        <w:br/>
        <w:t>Ані заступництво боже.</w:t>
      </w:r>
    </w:p>
    <w:p>
      <w:r>
        <w:br/>
        <w:t>Чи чув ти про Дантове "Пекло" колись,&lt;br /&gt;</w:t>
        <w:br/>
        <w:t>Про грізні його терцини?&lt;br /&gt;</w:t>
        <w:br/>
        <w:t>Кого засудить туди поет,&lt;br /&gt;</w:t>
        <w:br/>
        <w:t>Той вже там і загине.</w:t>
      </w:r>
    </w:p>
    <w:p>
      <w:r>
        <w:br/>
        <w:t>Сам бог не порятує його&lt;br /&gt;</w:t>
        <w:br/>
        <w:t>З вогню пісенного того!&lt;br /&gt;</w:t>
        <w:br/>
        <w:t>Отож начувайся, бо ми зашлем&lt;br /&gt;</w:t>
        <w:br/>
        <w:t>В те пекло й тебе самого!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Німеччина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